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入党申请书范文（最新完整版）</w:t>
      </w:r>
    </w:p>
    <w:p>
      <w:r>
        <w:t>一、写作指南</w:t>
      </w:r>
    </w:p>
    <w:p>
      <w:r>
        <w:t>入党申请书是要求入党的人向党组织提出的书面申请，是党组织了解申请人政治觉悟、思想认识和入党动机的重要材料。本文提供规范完整的入党申请书范文，并附写作要点、格式要求和常见注意事项，供参考使用。申请人应根据自身实际情况修改完善，切勿原样照抄。</w:t>
      </w:r>
    </w:p>
    <w:p>
      <w:r>
        <w:t>入党申请书一般包括五个部分：标题、称谓、正文（入党动机与思想认识、个人基本情况、入党决心）、结尾（请党组织考验）、署名和日期。正文是核心，要如实反映自己的思想演变过程和对党的认识，切忌空洞说教。</w:t>
      </w:r>
    </w:p>
    <w:p>
      <w:r>
        <w:t>二、范文正文</w:t>
      </w:r>
    </w:p>
    <w:p>
      <w:r>
        <w:t>敬爱的党组织：</w:t>
      </w:r>
    </w:p>
    <w:p>
      <w:r>
        <w:t>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r>
        <w:t>今天，我郑重地向党组织提出入党申请，恳请党组织在实践中考验我。</w:t>
      </w:r>
    </w:p>
    <w:p>
      <w:r>
        <w:t>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自诞生以来，党领导中国人民完成了新民主主义革命，建立了新中国，完成了社会主义改造，确立了社会主义基本制度，实行改革开放，开辟了中国特色社会主义道路，带领人民实现了从站起来、富起来到强起来的伟大飞跃。这些成就充分证明，没有共产党就没有新中国，没有共产党就没有今天的幸福生活。</w:t>
      </w:r>
    </w:p>
    <w:p>
      <w:r>
        <w:t>我的入党动机，是在长期的学习和实践中逐步形成的。从小到大，我成长在红旗下，沐浴着党的阳光，身边无数优秀共产党员的先进事迹深深打动着我。在抗击疫情的战场上，广大党员冲锋在前、逆行而上；在脱贫攻坚的征程中，基层党员干部扎根一线、默默奉献；在日常工作中，我身边的党员同志总是吃苦在前、享受在后。他们的一言一行让我深刻认识到，共产党员是光荣的称号，更是一份沉甸甸的责任。我渴望加入党组织，像他们一样，在平凡岗位上发光发热，为人民服务。</w:t>
      </w:r>
    </w:p>
    <w:p>
      <w:r>
        <w:t>参加工作以来（或：进入大学以来），我在思想上积极要求进步，认真学习党的理论知识和路线方针政策，努力提高自己的政治素养；在工作（学习）上勤奋努力，踏实肯干，较好地完成了各项任务；在生活中严于律己、团结同事（同学），乐于助人。同时，我也清醒地认识到，自己距离一名合格共产党员的标准还有差距，主要表现为：理论学习的系统性和深入性还不够，遇到复杂问题时处理能力有待提高，批评与自我批评还不够经常。</w:t>
      </w:r>
    </w:p>
    <w:p>
      <w:r>
        <w:t>如果党组织批准我的申请，我将以党员标准更加严格地要求自己，认真学习党的理论，坚定理想信念，立足本职岗位，勤奋工作，服务群众，充分发挥先锋模范作用，决不辜负党组织的信任和期望。如果党组织暂时没有批准我的申请，我也不会气馁，将认真查找差距，努力改进不足，继续以党员标准要求自己，争取早日加入党组织。</w:t>
      </w:r>
    </w:p>
    <w:p>
      <w:r>
        <w:t>请党组织在实践中考验我！</w:t>
      </w:r>
    </w:p>
    <w:p>
      <w:r>
        <w:t>此致</w:t>
      </w:r>
    </w:p>
    <w:p>
      <w:r>
        <w:t>敬礼！</w:t>
      </w:r>
    </w:p>
    <w:p>
      <w:r>
        <w:t>申请人：XXX</w:t>
      </w:r>
    </w:p>
    <w:p>
      <w:r>
        <w:t>XXXX年X月X日</w:t>
      </w:r>
    </w:p>
    <w:p>
      <w:r>
        <w:t>三、写作要点</w:t>
      </w:r>
    </w:p>
    <w:p>
      <w:r>
        <w:t>1. 入党动机要真实自然，结合个人成长经历写，不要照抄网络模板；2. 对党的认识要准确，涉及党的性质、宗旨、历史等内容必须表述规范；3. 个人表现要实事求是，既写成绩也写不足；4. 结尾表达决心要真诚，语气恳切；5. 字数一般1500-2500字，手写需字迹工整，打印版用A4纸。</w:t>
      </w:r>
    </w:p>
    <w:p>
      <w:r>
        <w:t>四、注意事项</w:t>
      </w:r>
    </w:p>
    <w:p>
      <w:r>
        <w:t>1. 入党申请书只能向所在单位的党组织提出，一般逐级递交；2. 内容必须结合自身实际，杜绝抄袭；3. 用黑色签字笔手写或规范打印，署名处须本人签名并按手印（以党组织要求为准）；4. 递交后要主动与党组织保持联系，汇报思想；5. 申请人必须年满十八周岁，且是中国公民。</w:t>
      </w:r>
    </w:p>
    <w:p>
      <w:r>
        <w:t>五、个人思想成长历程示例（请结合自身实际改写）</w:t>
      </w:r>
    </w:p>
    <w:p>
      <w:r>
        <w:t>回顾自己的成长历程，我先后经历了求学、工作等不同阶段，每一步都离不开党组织的关怀和培养。学生时代，我从课本和历史记录中认识了党的奋斗历程，从汶川地震、新冠疫情等重大考验中看到了党领导下的人民团结；工作以后，我在单位党组织的培养下，参加了多次政治学习和主题教育活动，先后递交过思想汇报，主动向党组织靠拢。特别是近年来，我通过系统学习党的创新理论，更加深刻地认识到中国特色社会主义道路的正确性，也更加坚定了加入党组织的信念。这些经历让我明白，入党不是为了个人名利，而是为了更好地为人民服务，在集体中实现个人价值。</w:t>
      </w:r>
    </w:p>
    <w:p>
      <w:r>
        <w:t>六、如何避免申请书常见问题</w:t>
      </w:r>
    </w:p>
    <w:p>
      <w:r>
        <w:t>第一，切忌照搬网络模板，党组织最看重的是申请人真实的思想轨迹；第二，对党的性质、宗旨的表述必须规范准确，引用要严谨；第三，谈成绩时实事求是，谈不足时具体深刻，不要避重就轻；第四，入党决心要表达得恳切而克制，不喊空洞口号；第五，格式要规范：标题居中，称谓顶格，正文分段，此致敬礼格式正确，落款署名日期齐全；第六，提交前请认真通读，错别字和病句会严重影响第一印象。</w:t>
      </w:r>
    </w:p>
    <w:p>
      <w:r>
        <w:t>七、递交后的注意事项</w:t>
      </w:r>
    </w:p>
    <w:p>
      <w:r>
        <w:t>申请书递交后，党组织会安排谈话，考察申请人的政治觉悟、入党动机和现实表现，并指定联系人进行培养考察。申请人应定期向党组织汇报思想，积极参加组织活动，认真学习党的理论，以实际行动争取早日入党。培养考察期一般不少于一年，从被确定为入党积极分子之日算起。整个过程中要保持诚恳态度，如实向党组织反映自己的情况，任何隐瞒都可能影响考察结果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