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员工转正申请书与转正述职报告范文（通用完整版）</w:t>
      </w:r>
    </w:p>
    <w:p>
      <w:r>
        <w:t>一、使用说明</w:t>
      </w:r>
    </w:p>
    <w:p>
      <w:r>
        <w:t>转正申请书是新员工试用期届满、向单位申请转为正式员工时提交的书面材料，一般与转正述职报告配套使用。一份合格的转正申请书应包含：入职时间与岗位、试用期工作回顾、主要成绩与成长、存在的不足与改进计划、转正申请与表态五部分，篇幅以800-1500字为宜，语气诚恳、条理清晰、有具体事例支撑。</w:t>
      </w:r>
    </w:p>
    <w:p>
      <w:r>
        <w:t>本文件提供转正申请书通用范文、转正述职报告框架、写作要点与常见问题解答，请结合本人岗位与实际情况修改后使用，切勿原样照抄。</w:t>
      </w:r>
    </w:p>
    <w:p>
      <w:r>
        <w:t>二、转正申请书范文（通用版）</w:t>
      </w:r>
    </w:p>
    <w:p>
      <w:r>
        <w:t>尊敬的领导：</w:t>
      </w:r>
    </w:p>
    <w:p>
      <w:r>
        <w:t>您好！我是XX部门的XXX，于XXXX年X月X日入职公司，担任XX岗位，试用期三个月。时间过得很快，转眼试用期即将届满，在此我郑重向公司提出转正申请。</w:t>
      </w:r>
    </w:p>
    <w:p>
      <w:r>
        <w:t>试用期内，在部门领导和同事的帮助下，我较快熟悉了岗位职责与业务流程。入职第一周，我系统学习了公司的规章制度、岗位说明书和常用系统工具，完成了XX培训并通过考核；入职一个月后，开始独立处理日常工作，先后负责了XXX、XXX等具体事务，均在节点内完成，未出现重大差错。</w:t>
      </w:r>
    </w:p>
    <w:p>
      <w:r>
        <w:t>回顾试用期的工作，我主要取得以下几方面进展：第一，业务技能方面，我掌握了XX系统操作和XX流程，独立完成了XX项任务，工作效率从最初的两天一项提升到半天一项；第二，团队协作方面，我主动配合同事完成了XX项目的XX环节，在XX节点前交付成果，获得项目组认可；第三，学习提升方面，我利用业余时间学习了XX课程，通过了XX认证，为岗位工作打下更扎实的基础。</w:t>
      </w:r>
    </w:p>
    <w:p>
      <w:r>
        <w:t>同时，我也清醒认识到自身的不足：一是对行业知识的掌握还不够系统，遇到跨部门协作时有时需要反复确认；二是统筹规划能力有待提升，多任务并行时容易顾此失彼；三是主动汇报的频次还不够高，今后将坚持每周向领导汇报工作进展，及时反馈问题。</w:t>
      </w:r>
    </w:p>
    <w:p>
      <w:r>
        <w:t>针对以上不足，我制定了改进计划：一是制定每周学习计划，系统补足XX领域知识；二是使用任务清单工具管理手头事项，按优先级推进；三是坚持当日事当日毕，重要事项提前沟通确认。</w:t>
      </w:r>
    </w:p>
    <w:p>
      <w:r>
        <w:t>经过三个月的试用，我已能够胜任岗位要求，恳请领导批准我的转正申请。转正后我将以更高的标准要求自己，立足岗位、踏实工作，为公司发展贡献自己的力量。</w:t>
      </w:r>
    </w:p>
    <w:p>
      <w:r>
        <w:t>此致</w:t>
      </w:r>
    </w:p>
    <w:p>
      <w:r>
        <w:t>敬礼！</w:t>
      </w:r>
    </w:p>
    <w:p>
      <w:r>
        <w:t>申请人：XXX</w:t>
      </w:r>
    </w:p>
    <w:p>
      <w:r>
        <w:t>XXXX年X月X日</w:t>
      </w:r>
    </w:p>
    <w:p>
      <w:r>
        <w:t>三、转正述职报告框架（供参考）</w:t>
      </w:r>
    </w:p>
    <w:p>
      <w:r>
        <w:t>述职报告可围绕以下结构展开：1. 岗位职责与试用期目标（一句话说明岗位核心职责）；2. 工作成果（用数据说话，如完成项目数、处理单据量、客户满意度等）；3. 能力提升（技能、工具、证书）；4. 不足与改进（诚实但不自贬）；5. 未来工作规划（3-6个月的具体目标）。</w:t>
      </w:r>
    </w:p>
    <w:p>
      <w:r>
        <w:t>四、写作要点</w:t>
      </w:r>
    </w:p>
    <w:p>
      <w:r>
        <w:t>1. 用事实和数据说话，避免空喊口号；2. 篇幅控制在两页以内，重点突出；3. 不足部分要给出改进方案，体现成长性；4. 态度端正，体现对岗位的珍惜；5. 提交前检查错别字、日期、签名等细节。</w:t>
      </w:r>
    </w:p>
    <w:p>
      <w:r>
        <w:t>五、常见问题解答</w:t>
      </w:r>
    </w:p>
    <w:p>
      <w:r>
        <w:t>问：试用期未满可以提前申请转正吗？答：可以，如业绩突出、岗位需要，可与领导沟通后提前申请。问：转正被推迟怎么办？答：主动与领导沟通原因，针对性改进，同时注意劳动合同约定的试用期上限（同一单位同一劳动者只能约定一次试用期，合同期3个月以上不满1年的试用期不超过1个月，1年以上不满3年的不超过2个月，3年以上及无固定期限合同不超过6个月）。问：转正后待遇会调整吗？答：以劳动合同和公司薪酬制度为准，建议转正前与HR确认薪资、社保等书面约定。</w:t>
      </w:r>
    </w:p>
    <w:p>
      <w:r>
        <w:t>六、不同岗位转正申请书示例（可替换段落）</w:t>
      </w:r>
    </w:p>
    <w:p>
      <w:r>
        <w:t>（一）销售/业务岗位示例：'试用期内我累计拜访客户XX家，完成签约XX单，实现销售额XX万元，达成率XX%，并整理出一套客户跟进台账，新客户转介绍率达到XX%。转正后我的目标是季度销售额提升30%，同时沉淀两套行业话术模板，帮助团队新人快速上手。'</w:t>
      </w:r>
    </w:p>
    <w:p>
      <w:r>
        <w:t>（二）行政/职能岗位示例：'试用期内我负责的行政事务包括会议组织XX场、固定资产盘点XX批次、办公用品采购XX单，均做到账实相符、流程规范；建立了供应商比价台账，采购成本环比下降约X%。转正后我将重点推动报销流程线上化，把审批时长压缩一半。'</w:t>
      </w:r>
    </w:p>
    <w:p>
      <w:r>
        <w:t>（三）技术/研发岗位示例：'试用期内我完成模块开发XX个，修复缺陷XX个，代码通过率XX%，参与XX版本迭代并按时上线；同时补齐了项目文档XX份，覆盖接口说明、部署手册与变更记录。转正后我将承担XX模块的架构优化工作，并建立自动化测试用例库。'</w:t>
      </w:r>
    </w:p>
    <w:p>
      <w:r>
        <w:t>七、试用期工作总结示例（供转正材料参考）</w:t>
      </w:r>
    </w:p>
    <w:p>
      <w:r>
        <w:t>试用期工作总结可以这样写：本人在试用期内严格遵守公司各项规章制度，未发生迟到早退与违规操作；主要工作成果如下：1. 完成XX培训并通过考核（附成绩）；2. 独立负责XX事项，处理XX单/XX项，质量合格；3. 参与XX项目，承担XX环节，按期交付；4. 提出改进建议XX条，被采纳X条（如：优化XX流程后单笔处理时间缩短X分钟）。存在的不足：对XX业务场景经验不足、跨部门沟通主动性有待加强。下一步计划：用一个月时间系统学习XX，两个月内独立承担XX模块。</w:t>
      </w:r>
    </w:p>
    <w:p>
      <w:r>
        <w:t>八、更多常见问题</w:t>
      </w:r>
    </w:p>
    <w:p>
      <w:r>
        <w:t>问：转正述职需要准备哪些材料？答：试用期工作总结、数据台账、培训证书或考核记录、领导评价表（按公司要求）。问：述职时被问到最大的缺点怎么答？答：坦诚但不自我否定，给出具体不足+已采取的改进措施+阶段性成果，体现成长性。问：转正后工资没涨正常吗？答：以劳动合同与公司薪酬制度为准，转正定薪一般在入职时已约定，如有异议可与HR书面确认。问：公司以'试用期不合格'为由延长试用期合法吗？答：不合法，同一用人单位与同一劳动者只能约定一次试用期，试用期届满即转正或依法解除，不得变相延长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