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家长会学生代表发言稿范文（期中/期末通用版）</w:t>
      </w:r>
    </w:p>
    <w:p>
      <w:r>
        <w:t>一、范文使用说明</w:t>
      </w:r>
    </w:p>
    <w:p>
      <w:r>
        <w:t>本范文适用于小学、初中、高中各学段家长会学生代表发言场合，包含完整结构框架、可替换占位内容以及写作要点提示。家长会学生代表发言一般控制在3-5分钟，约800-1200字，发言内容应以感谢开场、汇报班级学习情况、分享学习方法、表达感恩与决心为主线，语气真诚、条理清晰、避免空话套话。</w:t>
      </w:r>
    </w:p>
    <w:p>
      <w:r>
        <w:t>使用本范文时，请将括号内的内容替换为自己的实际情况，如班级名称、科目名称、个人经历等，切勿照抄全文。建议提前三天准备，脱稿练习两遍以上，确保现场从容自然。</w:t>
      </w:r>
    </w:p>
    <w:p>
      <w:r>
        <w:t>二、范文正文（通用版）</w:t>
      </w:r>
    </w:p>
    <w:p>
      <w:r>
        <w:t>尊敬的各位家长、敬爱的老师们：</w:t>
      </w:r>
    </w:p>
    <w:p>
      <w:r>
        <w:t>大家好！我是XX班的学生XXX，很荣幸能作为学生代表在这次家长会上发言。首先，请允许我代表全班同学，对各位家长在百忙之中抽出时间来参加家长会，表示最热烈的欢迎和最诚挚的感谢！同时，也感谢学校领导和老师们为我们付出的辛勤劳动。</w:t>
      </w:r>
    </w:p>
    <w:p>
      <w:r>
        <w:t>回顾这半个学期，我们班的同学们在老师的带领下，学习上你追我赶，生活上互帮互助，班级凝聚力越来越强。课堂上，大家积极思考、踊跃发言；课间时，同学们讨论题目、交流心得的身影随处可见。就在刚刚过去的期中考试中，我们班在语文、数学、英语等科目上都取得了不错的成绩，这与老师的悉心教导和同学们的刻苦努力是分不开的。</w:t>
      </w:r>
    </w:p>
    <w:p>
      <w:r>
        <w:t>当然，成绩只能代表过去，我们更应当看到自己的不足。在这次考试中，有的同学偏科现象还比较明显，有的同学粗心大意的毛病还没有完全改掉，还有的同学学习效率不高，常常熬夜到很晚。在这里，我想结合自己的体会，向同学们和家长们分享几点学习心得：</w:t>
      </w:r>
    </w:p>
    <w:p>
      <w:r>
        <w:t>第一，课堂效率永远是最重要的。老师讲的每一个知识点，都是经过精心准备的，课堂上听懂一遍，胜过课后补习十遍。我给自己立了一个规矩：上课绝不走神，有疑问当场记下来，下课后第一时间问老师或同学，绝不让问题过夜。</w:t>
      </w:r>
    </w:p>
    <w:p>
      <w:r>
        <w:t>第二，合理规划时间是提高成绩的关键。我每天晚上会列出第二天的学习计划，把作业、复习、预习的时间固定下来，每完成一项就打一个勾。这样做的好处是心里有数，不会手忙脚乱，也避免了拖到很晚才睡觉。</w:t>
      </w:r>
    </w:p>
    <w:p>
      <w:r>
        <w:t>第三，错题本是我的秘密武器。每门课我都准备了一个错题本，把平时作业和考试中做错的题抄下来，写上错误原因和正确解法，每周复习一次。坚持半个学期下来，我发现同样的错误很少再犯第二次。</w:t>
      </w:r>
    </w:p>
    <w:p>
      <w:r>
        <w:t>在这里，我也想对爸爸妈妈们说几句心里话：你们辛苦了！每天早上给我们准备早餐，晚上陪我们写作业，风雨无阻地接送我们上学。有时候我们考试成绩不理想，你们会着急、会批评，但我们知道，那都是因为爱。请你们相信，我们一定会更加努力，不让你们失望。同时，我们也希望爸爸妈妈能多理解我们一点，多和我们聊聊天，当我们遇到困难时，你们的一句鼓励，比什么都有力量。</w:t>
      </w:r>
    </w:p>
    <w:p>
      <w:r>
        <w:t>最后，我代表全班同学向老师和家长们保证：在接下来的日子里，我们会端正学习态度，改进学习方法，合理安排时间，以更加饱满的热情投入到学习中去。期末考试，我们一定会交上一份满意的答卷！</w:t>
      </w:r>
    </w:p>
    <w:p>
      <w:r>
        <w:t>我的发言完毕，谢谢大家！</w:t>
      </w:r>
    </w:p>
    <w:p>
      <w:r>
        <w:t>三、不同学段修改建议</w:t>
      </w:r>
    </w:p>
    <w:p>
      <w:r>
        <w:t>小学低年级版：语言要更简单活泼，重点感谢老师和家长，可以加入自己学会的新本领，如写字、画画、认字等，篇幅控制在500字左右。</w:t>
      </w:r>
    </w:p>
    <w:p>
      <w:r>
        <w:t>初中版：重点谈学习方法转变和青春期适应，可以提到如何应对科目增多、作业量加大，以及手机管理、时间规划等话题，语气要诚恳，避免说教。</w:t>
      </w:r>
    </w:p>
    <w:p>
      <w:r>
        <w:t>高中版：重点谈目标规划与自主学习，可结合选科、高考等话题，表达感恩的同时展现冲刺决心，篇幅可以到1200字。</w:t>
      </w:r>
    </w:p>
    <w:p>
      <w:r>
        <w:t>四、写作要点与注意事项</w:t>
      </w:r>
    </w:p>
    <w:p>
      <w:r>
        <w:t>1. 开头感谢是礼貌也是定调，感谢对象要具体，不要笼统地说'感谢大家'。2. 汇报成绩时要用'我们班''我们同学'，突出集体荣誉感，不要只讲个人。3. 分享方法要具体可操作，不要喊口号，说'认真听讲'不如说'不懂就问、错题整理'。4. 对家长说话要有分寸，既表达感恩，又委婉提出希望，注意措辞。5. 结尾要呼应开头，表达决心，收束有力。6. 语速适中，感情真挚，必要时可以适当停顿，与家长进行眼神交流。</w:t>
      </w:r>
    </w:p>
    <w:p>
      <w:r>
        <w:t>五、常见问题解答</w:t>
      </w:r>
    </w:p>
    <w:p>
      <w:r>
        <w:t>问：发言时紧张忘词怎么办？答：准备小卡片写提纲，忘词时看一眼；也可以把最重要的两句话背熟，万一卡壳就说这两句过渡。</w:t>
      </w:r>
    </w:p>
    <w:p>
      <w:r>
        <w:t>问：家长会发言需要做PPT吗？答：一般不需要，学生代表发言以口头发言为主，除非老师特别要求。</w:t>
      </w:r>
    </w:p>
    <w:p>
      <w:r>
        <w:t>问：发言时间怎么把握？答：提前在家计时练习，一般控制在3-4分钟，留出余量。</w:t>
      </w:r>
    </w:p>
    <w:p>
      <w:r>
        <w:t>问：可以加才艺展示吗？答：如果班级有安排可以，没有安排就不要自行加戏，以发言为主。</w:t>
      </w:r>
    </w:p>
    <w:p>
      <w:r>
        <w:t>六、给家长的建议（发言中可以顺带提到）</w:t>
      </w:r>
    </w:p>
    <w:p>
      <w:r>
        <w:t>各位家长，借此机会我还想补充几点我们同学的共同心声：第一，当我们成绩波动的时候，请多给我们一点耐心和时间，不要一上来就否定我们的努力；第二，请关注我们的学习过程而不只是分数，我们每一次认真完成的作业、每一次主动提问，都值得被看见；第三，请配合学校控制电子产品的使用时间，约定好规则，我们也能更好地自律；第四，如果我们在家里遇到学习上的困难，希望家长能帮我们联系老师，而不是让我们独自面对焦虑。我们相信，家庭和学校是并肩的，只有家校配合好，我们才能走得更稳更远。</w:t>
      </w:r>
    </w:p>
    <w:p>
      <w:r>
        <w:t>七、结语模板</w:t>
      </w:r>
    </w:p>
    <w:p>
      <w:r>
        <w:t>家长会是一座桥，一端是老师的辛勤耕耘，一端是家长的殷切期望，而我们，就是桥上奔跑的孩子。今天我们把近期的表现和心声都说出来，是想让爸爸妈妈们放心：我们懂你们的辛苦，也记得你们的叮嘱。请相信，成长的路上有你们、有老师，我们不会孤单，也不会懈怠。谢谢大家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