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房屋租赁合同范本（通用完整版）</w:t>
      </w:r>
    </w:p>
    <w:p>
      <w:r>
        <w:t>一、使用说明</w:t>
      </w:r>
    </w:p>
    <w:p>
      <w:r>
        <w:t>本范本依据《民法典》合同编及相关司法解释拟定，适用于住宅、公寓等房屋租赁。使用时应将空白处填写完整，双方签字按手印，一式两份各自留存。涉及商业用房的，另需注意营业执照办理、消防、装修恢复等约定。本范本仅供参考，重大或复杂租赁建议咨询专业律师。</w:t>
      </w:r>
    </w:p>
    <w:p>
      <w:r>
        <w:t>二、房屋租赁合同（范本）</w:t>
      </w:r>
    </w:p>
    <w:p>
      <w:r>
        <w:t>出租方（甲方）：XXX，身份证号：XXXXXX，联系电话：XXXXXX</w:t>
      </w:r>
    </w:p>
    <w:p>
      <w:r>
        <w:t>承租方（乙方）：XXX，身份证号：XXXXXX，联系电话：XXXXXX</w:t>
      </w:r>
    </w:p>
    <w:p>
      <w:r>
        <w:t>根据《中华人民共和国民法典》及相关法律法规，甲乙双方在平等自愿、协商一致的基础上，就房屋租赁事宜订立本合同。</w:t>
      </w:r>
    </w:p>
    <w:p>
      <w:r>
        <w:t>第一条 房屋基本情况：甲方将其所有的位于XX市XX区XX路XX号XX室房屋（建筑面积XX平方米，房屋所有权证号/不动产权证号：XXXXXX）出租给乙方使用。甲方保证对出租房屋享有合法出租权，房屋无产权纠纷、无抵押查封影响使用的情况。</w:t>
      </w:r>
    </w:p>
    <w:p>
      <w:r>
        <w:t>第二条 租赁期限：租赁期自XXXX年X月X日起至XXXX年X月X日止，共XX个月。租赁期满，乙方如需续租，应提前30日书面通知甲方，经甲方同意后重新签订租赁合同；同等条件下乙方享有优先承租权。</w:t>
      </w:r>
    </w:p>
    <w:p>
      <w:r>
        <w:t>第三条 租金及支付方式：月租金为人民币XXXX元（大写：XXXX元整），支付方式为押一付三/押一付六（按实际约定），乙方应于每期租金到期前X日支付。租金不含物业费、水电气等费用，上述费用由乙方按实际使用量承担。</w:t>
      </w:r>
    </w:p>
    <w:p>
      <w:r>
        <w:t>第四条 押金：乙方于签约之日向甲方支付押金人民币XXXX元。租赁期满，乙方结清应付费用并将房屋按约定交还后，甲方应于X日内无息退还押金；如乙方存在欠费或房屋损坏，甲方有权从押金中扣除相应费用，并书面告知明细。</w:t>
      </w:r>
    </w:p>
    <w:p>
      <w:r>
        <w:t>第五条 房屋使用与维护：乙方应合理使用房屋及其附属设施，不得擅自改变房屋结构，不得将房屋转租、转借给他人（经甲方书面同意除外），不得用于违法活动。因乙方使用不当造成的损坏，由乙方负责修复或赔偿；房屋及设施的自然损耗（如墙面老化、正常使用的家电故障），由甲方负责维修。</w:t>
      </w:r>
    </w:p>
    <w:p>
      <w:r>
        <w:t>第六条 物业及其他费用：物业费由XX方承担；水费、电费、燃气费、网络费等由乙方按实际使用缴纳，退租时结清。</w:t>
      </w:r>
    </w:p>
    <w:p>
      <w:r>
        <w:t>第七条 合同解除：有下列情形之一的，任何一方可解除合同：1. 双方协商一致；2. 因不可抗力致使合同无法继续履行；3. 甲方未按约定提供房屋或房屋存在严重安全隐患；4. 乙方未按约定支付租金累计超过X日，经催告后X日内仍未支付；5. 乙方擅自转租、改变房屋用途或从事违法活动。甲方提前收回房屋的，应提前30日通知乙方，并退还剩余租金及押金；乙方提前退租的，应提前30日通知甲方，按合同约定承担违约责任。</w:t>
      </w:r>
    </w:p>
    <w:p>
      <w:r>
        <w:t>第八条 违约责任：1. 乙方逾期支付租金的，每逾期一日按应付租金的X%支付违约金；2. 甲方无正当理由提前收回房屋的，应向乙方支付相当于X个月租金的违约金并退还押金；3. 乙方提前退租且无正当理由的，甲方有权按合同约定扣除相应押金或要求赔偿；4. 一方违反本合同其他约定给对方造成损失的，应承担赔偿责任。</w:t>
      </w:r>
    </w:p>
    <w:p>
      <w:r>
        <w:t>第九条 争议解决：因本合同引起的争议，双方应协商解决；协商不成的，任何一方可向房屋所在地人民法院提起诉讼。</w:t>
      </w:r>
    </w:p>
    <w:p>
      <w:r>
        <w:t>第十条 其他约定：本合同未尽事宜，双方可另行签订补充协议，补充协议与本合同具有同等法律效力。本合同一式两份，甲乙双方各执一份，自双方签字（盖章）之日起生效。</w:t>
      </w:r>
    </w:p>
    <w:p>
      <w:r>
        <w:t>甲方（签字）：XXX   日期：XXXX年X月X日</w:t>
      </w:r>
    </w:p>
    <w:p>
      <w:r>
        <w:t>乙方（签字）：XXX   日期：XXXX年X月X日</w:t>
      </w:r>
    </w:p>
    <w:p>
      <w:r>
        <w:t>三、签约提示</w:t>
      </w:r>
    </w:p>
    <w:p>
      <w:r>
        <w:t>1. 签约前核验出租方身份与不动产权属，查看房产证原件，确认出租人即产权人或经产权人授权；2. 明确押金退还条件并写入合同，避免口头约定；3. 水电燃气读数在交接时共同记录并拍照留存；4. 涉及中介的，确认中介费承担方式；5. 交房验收单建议逐项勾选（墙面、家电、家具、门窗），双方签字。</w:t>
      </w:r>
    </w:p>
    <w:p>
      <w:r>
        <w:t>四、常见纠纷与防范</w:t>
      </w:r>
    </w:p>
    <w:p>
      <w:r>
        <w:t>常见纠纷：押金不退、提前退租、家电损坏责任、转租争议、房东卖房要求腾房。防范要点：合同写明押金退还期限与扣款条件；损坏责任按'人为损坏承租人担责、自然损耗出租人担责'划分；未经书面同意不得转租；房东卖房不影响租赁合同效力（买卖不破租赁），但可约定配合看房时间。</w:t>
      </w:r>
    </w:p>
    <w:p>
      <w:r>
        <w:t>五、房屋交付验收单（参考格式）</w:t>
      </w:r>
    </w:p>
    <w:p>
      <w:r>
        <w:t>房屋地址：__________________  交付日期：XXXX年X月X日</w:t>
      </w:r>
    </w:p>
    <w:p>
      <w:r>
        <w:t>水表读数：____  电表读数：____  燃气表读数：____</w:t>
      </w:r>
    </w:p>
    <w:p>
      <w:r>
        <w:t>钥匙数量：____把（入户门、房间门等）  门禁卡：____张  电梯卡：____张</w:t>
      </w:r>
    </w:p>
    <w:p>
      <w:r>
        <w:t>家电家具检查：空调□正常□故障  冰箱□正常□故障  洗衣机□正常□故障  热水器□正常□故障  电视□正常□故障  燃气灶□正常□故障  床/衣柜/桌椅□完好□损坏（详见备注）</w:t>
      </w:r>
    </w:p>
    <w:p>
      <w:r>
        <w:t>墙面地面：□完好  □有污渍/划痕（备注：____________）</w:t>
      </w:r>
    </w:p>
    <w:p>
      <w:r>
        <w:t>网络：□已开通（账号密码另附）□未开通</w:t>
      </w:r>
    </w:p>
    <w:p>
      <w:r>
        <w:t>甲乙双方确认上述情况属实，退租时按此清单核验（自然损耗除外）。</w:t>
      </w:r>
    </w:p>
    <w:p>
      <w:r>
        <w:t>甲方签字：______  乙方签字：______  日期：______</w:t>
      </w:r>
    </w:p>
    <w:p>
      <w:r>
        <w:t>六、补充协议/特别约定（参考条款）</w:t>
      </w:r>
    </w:p>
    <w:p>
      <w:r>
        <w:t>1. 关于续租：租赁期满乙方继续承租的，应在期满前30日书面提出，甲方同意的按新租金标准续签；2. 关于转租：未经甲方书面同意，乙方不得转租、转借或改变房屋用途；经同意的转租，乙方仍对甲方承担全部合同义务；3. 关于维修：房屋主体结构及约定由甲方提供的设施（热水器、空调、燃气等）自然损坏的，甲方应在接到通知后X日内维修，逾期乙方可自行维修并要求甲方承担合理费用；4. 关于宠物：是否允许饲养宠物需明确约定（□允许 □不允许，如允许需约定卫生与赔偿标准）；5. 关于提前解约：任何一方提前解约应提前30日书面通知，并支付相当于X个月租金的违约金，双方另有约定的除外；6. 关于居住人数：约定居住人数为X人，超出需提前告知甲方并协商。</w:t>
      </w:r>
    </w:p>
    <w:p>
      <w:r>
        <w:t>七、法律法规要点提示</w:t>
      </w:r>
    </w:p>
    <w:p>
      <w:r>
        <w:t>1. 租赁期限不得超过二十年，超过部分无效；2. 承租人经出租人同意转租的，转租期限不得超过原租赁期限；3. 出租人出卖租赁房屋的，应在出卖之前的合理期限内通知承租人，承租人享有以同等条件优先购买的权利（买卖不破租赁）；4. 承租人在租赁期间死亡或宣告死亡的，与其共同居住的亲属可以继续租住原租赁房屋；5. 租赁物危及承租人的安全或者健康的，即使承租人订立合同时明知该租赁物质量不合格，承租人仍然可以随时解除合同；6. 未经出租人同意擅自转租的，出租人可以解除合同；7. 承租人未按照约定的方法或者根据租赁物的性质使用租赁物致使租赁物受到损耗的，出租人可以解除合同并请求赔偿损失；8. 当事人一方不履行合同义务或者履行合同义务不符合约定的，应当承担继续履行、采取补救措施或者赔偿损失等违约责任。</w:t>
      </w:r>
    </w:p>
    <w:p>
      <w:r>
        <w:t>八、常见问题解答</w:t>
      </w:r>
    </w:p>
    <w:p>
      <w:r>
        <w:t>问：房东在租期内卖房，租客必须搬走吗？答：不需要，买卖不破租赁，新房主应继续履行原租赁合同至期满。问：押金最多收几个月？答：法律未规定上限，市场惯例多为一个月至两个月租金，超过部分可协商；约定的押金应在合同到期后及时退还。问：租房需要备案吗？答：房屋租赁实行登记备案制度，各地执行不同，多数城市线上即可办理，备案不影响合同效力，但便于居住证办理等事项。问：租金发票由谁开？答：自然人出租住房的，可申请代开发票，税费一般由出租方承担或按约定分担，建议合同写明。问：房子漏水谁负责修？答：因房屋主体或设施老化导致的漏水由出租人负责维修，因承租人使用不当造成的由承租人负责。</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