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普通话水平测试基础训练100题（含答案与解析）</w:t>
      </w:r>
    </w:p>
    <w:p>
      <w:r>
        <w:t>一、使用说明</w:t>
      </w:r>
    </w:p>
    <w:p>
      <w:r>
        <w:t>普通话水平测试分为读单音节字词（100个音节，10分）、读多音节词语（100个音节，20分）、朗读短文（30分）和命题说话（40分）四部分。本资料围绕前三部分的高频考点整理100道训练题，含答案与解析，帮助考生掌握声韵调基础、轻声儿化、变调等难点。</w:t>
      </w:r>
    </w:p>
    <w:p>
      <w:r>
        <w:t>二、读单音节字词训练（40题）</w:t>
      </w:r>
    </w:p>
    <w:p>
      <w:r>
        <w:t>1. 下列加点字读音正确的一项是：A. 徘徊（huái）B. 徘徊（huí）C. 徘徊（kuài）。答案：A。解析：'徊'读huái，注意声母h与韵母uai的组合。</w:t>
      </w:r>
    </w:p>
    <w:p>
      <w:r>
        <w:t>2. '券'的正确读音是：A. quàn B. juàn C. xuàn。答案：A。解析：'券'读quàn，如'入场券'；'卷'才读juàn。</w:t>
      </w:r>
    </w:p>
    <w:p>
      <w:r>
        <w:t>3. '氛'的正确读音是：A. fēn B. fèn C. fēng。答案：A。解析：'气氛'中'氛'读fēn，不读fèn。</w:t>
      </w:r>
    </w:p>
    <w:p>
      <w:r>
        <w:t>4. '档'的正确读音是：A. dàng B. dǎng C. dāng。答案：A。解析：'档案''档次'读dàng。</w:t>
      </w:r>
    </w:p>
    <w:p>
      <w:r>
        <w:t>5. '模'在'模样'中读：A. mú B. mó C. mō。答案：A。解析：'模样''模具'读mú，'模范''模型'读mó。</w:t>
      </w:r>
    </w:p>
    <w:p>
      <w:r>
        <w:t>6. '血'在'血液'中读：A. xuè B. xiě C. xuě。答案：A。解析：书面语读xuè，口语'流血了'读xiě。</w:t>
      </w:r>
    </w:p>
    <w:p>
      <w:r>
        <w:t>7. '削'在'剥削'中读：A. xuē B. xiāo C. xué。答案：A。解析：'剥削''削减'读xuē，'削铅笔'读xiāo。</w:t>
      </w:r>
    </w:p>
    <w:p>
      <w:r>
        <w:t>8. '屏'在'屏息'中读：A. bǐng B. píng C. bīng。答案：A。解析：'屏息''屏弃'读bǐng，'屏幕'读píng。</w:t>
      </w:r>
    </w:p>
    <w:p>
      <w:r>
        <w:t>9. '尽'在'尽管'中读：A. jǐn B. jìn C. jīng。答案：A。解析：'尽管''尽快'读jǐn，'尽力'读jìn。</w:t>
      </w:r>
    </w:p>
    <w:p>
      <w:r>
        <w:t>10. '载'在'载重'中读：A. zài B. zǎi C. zhài。答案：A。解析：'载重''装载'读zài，'记载''三年五载'读zǎi。</w:t>
      </w:r>
    </w:p>
    <w:p>
      <w:r>
        <w:t>11. '处'在'处理'中读：A. chǔ B. chù C. chū。答案：A。解析：动词义读chǔ，名词义读chù。</w:t>
      </w:r>
    </w:p>
    <w:p>
      <w:r>
        <w:t>12. '宁'在'安宁'中读：A. níng B. nìng C. líng。答案：A。解析：'安宁''宁静'读níng，'宁肯'读nìng。</w:t>
      </w:r>
    </w:p>
    <w:p>
      <w:r>
        <w:t>13. '便'在'便宜'中读：A. pián B. biàn C. piàn。答案：A。解析：'便宜'读pián，'方便'读biàn。</w:t>
      </w:r>
    </w:p>
    <w:p>
      <w:r>
        <w:t>14. '给'在'供给'中读：A. jǐ B. gěi C. géi。答案：A。解析：'供给''给予'读jǐ，口语'给你'读gěi。</w:t>
      </w:r>
    </w:p>
    <w:p>
      <w:r>
        <w:t>15. '量'在'打量'中读：A. liang B. liàng C. liáng。答案：A。解析：'打量'的'量'读轻声liang。</w:t>
      </w:r>
    </w:p>
    <w:p>
      <w:r>
        <w:t>16. '结'在'结实'中读：A. jiē B. jié C. jiè。答案：A。解析：'结实（硬朗）''结果子'读jiē，'团结'读jié。</w:t>
      </w:r>
    </w:p>
    <w:p>
      <w:r>
        <w:t>17. '差'在'出差'中读：A. chāi B. chā C. chà。答案：A。解析：'出差'读chāi，'差别'读chā，'差不多'读chà。</w:t>
      </w:r>
    </w:p>
    <w:p>
      <w:r>
        <w:t>18. '强'在'勉强'中读：A. qiǎng B. qiáng C. jiàng。答案：A。解析：'勉强''强迫'读qiǎng，'强大'读qiáng。</w:t>
      </w:r>
    </w:p>
    <w:p>
      <w:r>
        <w:t>19. '数'在'数落'中读：A. shǔ B. shù C. shuò。答案：A。解析：动词义'数一数'读shǔ，名词'数字'读shù。</w:t>
      </w:r>
    </w:p>
    <w:p>
      <w:r>
        <w:t>20. '悄'在'悄悄'中读：A. qiāo B. qiǎo C. qiào。答案：A。解析：'悄悄'读qiāo，'悄然'读qiǎo。</w:t>
      </w:r>
    </w:p>
    <w:p>
      <w:r>
        <w:t>21-40题（略，详见完整题库）：21. '剥'在'剥花生'读bāo（B. bō，选A）；22. '泊'在'湖泊'读pō；23. '角'在'角色'读jué；24. '禁'在'情不自禁'读jīn；25. '露'在'露脸'读lòu；26. '没'在'没落'读mò；27. '奇'在'奇数'读jī；28. '亲'在'亲家'读qìng；29. '曲'在'歌曲'读qǔ；30. '散'在'散文'读sǎn；31. '似'在'似的'读shì；32. '挑'在'挑战'读tiǎo；33. '为'在'为难'读wéi；34. '兴'在'兴奋'读xīng；35. '燕'在'燕山'读yān；36. '应'在'应届'读yīng；37. '折'在'折腾'读zhē；38. '正'在'正月'读zhēng；39. '中'在'看中'读zhòng；40. '着'在'着陆'读zhuó。</w:t>
      </w:r>
    </w:p>
    <w:p>
      <w:r>
        <w:t>三、读多音节词语训练（30题）</w:t>
      </w:r>
    </w:p>
    <w:p>
      <w:r>
        <w:t>41. '胡同'的'同'读：A. 轻声 tòng B. tóng C. tōng。答案：A。解析：'胡同'的'同'读轻声。</w:t>
      </w:r>
    </w:p>
    <w:p>
      <w:r>
        <w:t>42. '清楚'的'楚'读：A. 轻声 B. chǔ C. chù。答案：A。解析：'清楚'的'楚'为轻声。</w:t>
      </w:r>
    </w:p>
    <w:p>
      <w:r>
        <w:t>43. '哥哥'的后一音节读：A. 轻声 B. gē C. gé。答案：A。解析：叠音亲属称谓后一音节读轻声。</w:t>
      </w:r>
    </w:p>
    <w:p>
      <w:r>
        <w:t>44. '萝卜'的'卜'读：A. 轻声 bo B. bǔ C. bō。答案：A。解析：'萝卜'的'卜'读轻声。</w:t>
      </w:r>
    </w:p>
    <w:p>
      <w:r>
        <w:t>45. '钥匙'的'匙'读：A. 轻声 shi B. chí C. shì。答案：A。解析：'钥匙'的'匙'读轻声。</w:t>
      </w:r>
    </w:p>
    <w:p>
      <w:r>
        <w:t>46. '星星'的后一音节读：A. 轻声 B. xīng C. xìng。答案：A。解析：叠音名词后一音节读轻声。</w:t>
      </w:r>
    </w:p>
    <w:p>
      <w:r>
        <w:t>47. '咱们'的'们'读：A. 轻声 B. mén C. men（二声）。答案：A。解析：人称代词复数后缀'们'读轻声。</w:t>
      </w:r>
    </w:p>
    <w:p>
      <w:r>
        <w:t>48. '玻璃'的'璃'读：A. 轻声 li B. lí C. lì。答案：A。解析：'玻璃'的'璃'读轻声。</w:t>
      </w:r>
    </w:p>
    <w:p>
      <w:r>
        <w:t>49. '意思'的'思'读：A. 轻声 si B. sī C. sì。答案：A。解析：'意思'的'思'读轻声。</w:t>
      </w:r>
    </w:p>
    <w:p>
      <w:r>
        <w:t>50. '漂亮'的'亮'读：A. 轻声 liang B. liàng C. liáng。答案：A。解析：'漂亮'的'亮'读轻声。</w:t>
      </w:r>
    </w:p>
    <w:p>
      <w:r>
        <w:t>51. '一'在'一致'中读：A. 阳平 yí B. 阴平 yī C. 去声 yì。答案：A。解析：'一'在去声字前读阳平。</w:t>
      </w:r>
    </w:p>
    <w:p>
      <w:r>
        <w:t>52. '不'在'不对'中读：A. 阳平 bú B. 去声 bù C. 轻声 bu。答案：A。解析：'不'在去声字前读阳平。</w:t>
      </w:r>
    </w:p>
    <w:p>
      <w:r>
        <w:t>53. '一'在'一天'中读：A. 去声 yì B. 阴平 yī C. 阳平 yí。答案：A。解析：'一'在非去声前读去声。</w:t>
      </w:r>
    </w:p>
    <w:p>
      <w:r>
        <w:t>54. '不'在'不好'中读：A. 去声 bù B. 阳平 bú C. 轻声。答案：A。解析：'不'在非去声前读去声。</w:t>
      </w:r>
    </w:p>
    <w:p>
      <w:r>
        <w:t>55. 两个上声相连'你好'，前一音节读：A. 阳平 B. 上声 C. 轻声。答案：A。解析：上上相连，前一个读似阳平。</w:t>
      </w:r>
    </w:p>
    <w:p>
      <w:r>
        <w:t>56. '儿子'的'子'读：A. 轻声 B. zǐ C. zī。答案：A。解析：名词后缀'子'读轻声。</w:t>
      </w:r>
    </w:p>
    <w:p>
      <w:r>
        <w:t>57. '石头'的'头'读：A. 轻声 tou B. tóu C. tòu。答案：A。解析：'石头'的'头'读轻声。</w:t>
      </w:r>
    </w:p>
    <w:p>
      <w:r>
        <w:t>58. '衣裳'的'裳'读：A. 轻声 shang B. cháng C. shāng。答案：A。解析：'衣裳'的'裳'读轻声。</w:t>
      </w:r>
    </w:p>
    <w:p>
      <w:r>
        <w:t>59. '护士'的'士'读：A. 轻声 shi B. shì C. shí。答案：A。解析：'护士'的'士'读轻声。</w:t>
      </w:r>
    </w:p>
    <w:p>
      <w:r>
        <w:t>60. '豆腐'的'腐'读：A. 轻声 fu B. fǔ C. fū。答案：A。解析：'豆腐'的'腐'读轻声。</w:t>
      </w:r>
    </w:p>
    <w:p>
      <w:r>
        <w:t>61. '清楚'中'清'的声母是：A. q B. c C. ch。答案：A。解析：'清'声母为送气塞擦音q。</w:t>
      </w:r>
    </w:p>
    <w:p>
      <w:r>
        <w:t>62. '支持'中'持'的声母是：A. ch B. c C. zh。答案：A。解析：'持'声母为ch（翘舌）。</w:t>
      </w:r>
    </w:p>
    <w:p>
      <w:r>
        <w:t>63. '思索'中'思'的声母是：A. s B. sh C. x。答案：A。解析：'思'声母为平舌音s。</w:t>
      </w:r>
    </w:p>
    <w:p>
      <w:r>
        <w:t>64. '黄昏'中'昏'的韵母是：A. un B. en C. uen（省写为un）。答案：A。解析：'昏'韵母为uen，拼写省写为un。</w:t>
      </w:r>
    </w:p>
    <w:p>
      <w:r>
        <w:t>65. '妇女'中'妇'的韵母是：A. u B. ou C. ao。答案：A。解析：'妇'韵母为u（读fù）。</w:t>
      </w:r>
    </w:p>
    <w:p>
      <w:r>
        <w:t>66. '群众'中'群'的韵母是：A. ün B. un C. uen。答案：A。解析：'群'韵母为ün（jqx后ü省略两点）。</w:t>
      </w:r>
    </w:p>
    <w:p>
      <w:r>
        <w:t>67. '白云'中'云'的韵母是：A. ün B. un C. in。答案：A。解析：'云'韵母为ün，拼写省略两点写作yun。</w:t>
      </w:r>
    </w:p>
    <w:p>
      <w:r>
        <w:t>68. '侵略'中'侵'的韵母是：A. in B. ing C. en。答案：A。解析：'侵'韵母为in，注意与'青'（ing）区别。</w:t>
      </w:r>
    </w:p>
    <w:p>
      <w:r>
        <w:t>69. '经济'中'经'的韵母是：A. ing B. in C. eng。答案：A。解析：'经'韵母为ing。</w:t>
      </w:r>
    </w:p>
    <w:p>
      <w:r>
        <w:t>70. '光明'中'明'的韵母是：A. ing B. in C. eng。答案：A。解析：'明'韵母为ing。</w:t>
      </w:r>
    </w:p>
    <w:p>
      <w:r>
        <w:t>四、朗读与说话考点训练（30题）</w:t>
      </w:r>
    </w:p>
    <w:p>
      <w:r>
        <w:t>71-80. 朗读短文常见错读字（写出正确读音）：71. '心旷神怡'的'旷'读kuàng；72. '栩栩如生'的'栩'读xǔ；73. '酗酒'的'酗'读xù；74. '酝酿'的'酿'读niàng；75. '粗糙'的'糙'读cāo；76. '机械'的'械'读xiè；77. '别墅'的'墅'读shù；78. '湖泊'的'泊'读pō；79. '宝藏'的'藏'读zàng；80. '分泌'的'泌'读mì。</w:t>
      </w:r>
    </w:p>
    <w:p>
      <w:r>
        <w:t>81-90. 命题说话提纲要点判断（对/错）：81. 命题说话可以提前背诵固定稿（错，测试要求即兴组织）；82. 说话时用词要口语化，避免书面腔（对）；83. 命题说话有时间要求，应说满3分钟（对，约450字以上）；84. 说话中允许出现方言词（错，应使用规范的普通话词汇）；85. 跑题不影响得分（错，离题会大幅扣分）；86. 说话可以背作文（错，按背稿判定会扣分）；87. 注意避免'嗯''啊'等口头禅过多（对）；88. 说话开头应先点题（对，紧扣话题展开）；89. 语速过快或过慢都会扣分（对，以每分钟200-240字为宜）；90. 说话中可以使用外语词（错，除非是通用的专有名词）。</w:t>
      </w:r>
    </w:p>
    <w:p>
      <w:r>
        <w:t>91-100. 综合知识判断（对/错）：91. 普通话以北京语音为标准音（对，以北京语音为标准音、以北方话为基础方言、以典范的现代白话文著作为语法规范）；92. 轻声是普通话的一个调类（错，轻声不是独立的调类，是一种音变现象）；93. 儿化韵具有区分词义的作用（对，如'信'与'信儿'）；94. 声调有区别意义的作用（对，如'妈''麻''马''骂'）；95. '啊'在句末的读音不变化（错，受前一音节影响会发生音变）；96. 上声在非上声前读半上（对）；97. '一''不'的变调只发生在单读时（错，语流中普遍存在）；98. 测试时读错了可以重读一遍该音节（对，读错允许纠正一次，以第二次为准）；99. 朗读短文要语速均匀、停连恰当（对）；100. 普通话水平测试等级分为三级六等（对，一级甲等、一级乙等、二级甲等、二级乙等、三级甲等、三级乙等）。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