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请假条模板大全（事假/病假/年假/婚假通用）</w:t>
      </w:r>
    </w:p>
    <w:p>
      <w:r>
        <w:t>一、使用说明</w:t>
      </w:r>
    </w:p>
    <w:p>
      <w:r>
        <w:t>请假条是员工或学生因故不能到岗（到校）时，向单位（学校）提交的书面请假凭证。一份规范的请假条应包含：请假对象、请假人姓名、请假事由、请假起止时间、请假天数、联系方式、请假人签名和日期，必要时附证明材料（病假条、诊断证明等）。本文提供事假、病假、年假、婚假、产假、丧假、调休及学生请假八类模板，并附书写要点。</w:t>
      </w:r>
    </w:p>
    <w:p>
      <w:r>
        <w:t>二、通用模板（适用于所有假型）</w:t>
      </w:r>
    </w:p>
    <w:p>
      <w:r>
        <w:t>尊敬的XX领导（老师）：</w:t>
      </w:r>
    </w:p>
    <w:p>
      <w:r>
        <w:t>您好！因（事由），本人需请假（X天），请假时间为XXXX年X月X日至XXXX年X月X日。请假期间，手头工作（学习任务）已做如下安排：……（简述交接安排），如有紧急事务可电话联系我（电话：XXXXXXXXXXX）。恳请领导（老师）批准。</w:t>
      </w:r>
    </w:p>
    <w:p>
      <w:r>
        <w:t>此致</w:t>
      </w:r>
    </w:p>
    <w:p>
      <w:r>
        <w:t>敬礼！</w:t>
      </w:r>
    </w:p>
    <w:p>
      <w:r>
        <w:t>请假人：XXX</w:t>
      </w:r>
    </w:p>
    <w:p>
      <w:r>
        <w:t>XXXX年X月X日</w:t>
      </w:r>
    </w:p>
    <w:p>
      <w:r>
        <w:t>三、事假模板</w:t>
      </w:r>
    </w:p>
    <w:p>
      <w:r>
        <w:t>尊敬的部门领导：</w:t>
      </w:r>
    </w:p>
    <w:p>
      <w:r>
        <w:t>您好！因家中临时有要事需本人亲自处理（如直系亲属婚丧、家庭突发事务、房屋事宜等），需请假X天，时间为X月X日至X月X日。目前手头的工作（列出具体事项）已提前处理完毕或委托同事XXX代为跟进，不会影响工作进度。联系电话：XXX。恳请批准。</w:t>
      </w:r>
    </w:p>
    <w:p>
      <w:r>
        <w:t>注意事项：事假一般无薪或按公司制度扣薪；请提前沟通，紧急事假也要第一时间电话报备；回来后及时销假。</w:t>
      </w:r>
    </w:p>
    <w:p>
      <w:r>
        <w:t>四、病假模板</w:t>
      </w:r>
    </w:p>
    <w:p>
      <w:r>
        <w:t>尊敬的领导：</w:t>
      </w:r>
    </w:p>
    <w:p>
      <w:r>
        <w:t>您好！本人因身体不适，经医院诊断为（疾病名称），医生建议休息治疗X天。现申请病假X天（X月X日至X月X日），附医院诊断证明及病假条。工作方面，本周重点事项已与同事XXX做好交接，有需要随时电话联系（XXX）。恳请批准。</w:t>
      </w:r>
    </w:p>
    <w:p>
      <w:r>
        <w:t>注意事项：病假须在返岗后补齐医院证明；连续病假超过规定天数可能涉及医疗期，按公司制度执行；如遇突发急病，先就医再补手续，但须当日电话报备。</w:t>
      </w:r>
    </w:p>
    <w:p>
      <w:r>
        <w:t>五、年假模板</w:t>
      </w:r>
    </w:p>
    <w:p>
      <w:r>
        <w:t>尊敬的领导：</w:t>
      </w:r>
    </w:p>
    <w:p>
      <w:r>
        <w:t>您好！本人计划于X月X日至X月X日休年假X天（已休X天，剩余X天），外出旅行（或探亲、处理个人事务）。休假前本人已安排妥当工作交接，相关事项由同事XXX负责。休假期间保持电话畅通，如有急事可联系。恳请批准。</w:t>
      </w:r>
    </w:p>
    <w:p>
      <w:r>
        <w:t>注意事项：年假一般需提前3-7天申请；跨周或临近月底申请注意排班；年假可分段休，但需符合公司规定；未休完的年假按国家规定处理。</w:t>
      </w:r>
    </w:p>
    <w:p>
      <w:r>
        <w:t>六、婚假模板</w:t>
      </w:r>
    </w:p>
    <w:p>
      <w:r>
        <w:t>尊敬的领导：</w:t>
      </w:r>
    </w:p>
    <w:p>
      <w:r>
        <w:t>您好！本人定于X月X日举办婚礼，特申请婚假X天（X月X日至X月X日，含往返路程）。依据《劳动法》及公司制度，婚假为X天。婚假期间工作已做好交接，由同事XXX代为处理日常事务。附结婚证复印件。恳请批准。</w:t>
      </w:r>
    </w:p>
    <w:p>
      <w:r>
        <w:t>注意事项：婚假一般须在领证后一年内使用，需提供结婚证；婚假包含法定节假日则顺延与否以当地规定和公司制度为准。</w:t>
      </w:r>
    </w:p>
    <w:p>
      <w:r>
        <w:t>七、产假/陪产假模板</w:t>
      </w:r>
    </w:p>
    <w:p>
      <w:r>
        <w:t>尊敬的领导：</w:t>
      </w:r>
    </w:p>
    <w:p>
      <w:r>
        <w:t>您好！本人预产期为X年X月X日，现申请自X月X日起休产假X天（X天），预计X月X日返岗。休假期间，相关事务已与同事XXX完成交接，部门如有紧急事项可电话联系本人。附医院预产期证明。恳请批准。</w:t>
      </w:r>
    </w:p>
    <w:p>
      <w:r>
        <w:t>陪产假版：本人妻子预产期X月X日，申请陪产假X天……</w:t>
      </w:r>
    </w:p>
    <w:p>
      <w:r>
        <w:t>注意事项：产假时长以国家规定和当地最新政策为准，一般产假为98天加地方奖励假；需提前向人事部门备案，准备好生育服务相关证明。</w:t>
      </w:r>
    </w:p>
    <w:p>
      <w:r>
        <w:t>八、丧假模板</w:t>
      </w:r>
    </w:p>
    <w:p>
      <w:r>
        <w:t>尊敬的领导：</w:t>
      </w:r>
    </w:p>
    <w:p>
      <w:r>
        <w:t>您好！因家中（直系亲属：祖父/祖母/父亲/母亲/配偶/子女）于X月X日不幸去世，需回家料理后事，特申请丧假X天（X月X日至X月X日）。丧假期间，工作已委托同事XXX代为处理，如有紧急事务请电话联系（XXX）。恳请批准。</w:t>
      </w:r>
    </w:p>
    <w:p>
      <w:r>
        <w:t>注意事项：丧假一般为1-3天（直系亲属），路程假另算，具体以国家规定和公司制度为准；返岗后如需补假条，及时补交。</w:t>
      </w:r>
    </w:p>
    <w:p>
      <w:r>
        <w:t>九、学生请假条模板</w:t>
      </w:r>
    </w:p>
    <w:p>
      <w:r>
        <w:t>尊敬的X老师：</w:t>
      </w:r>
    </w:p>
    <w:p>
      <w:r>
        <w:t>您好！我是XX班学生XXX，因（事由：生病就医/家中急事/参加比赛等），需请假X节课（X天），时间为X月X日X时至X时。请假期间我会自学课程内容并及时补齐作业。离校期间安全自负，请老师批准并转告家长。联系电话：XXX（家长电话）。</w:t>
      </w:r>
    </w:p>
    <w:p>
      <w:r>
        <w:t>此致</w:t>
      </w:r>
    </w:p>
    <w:p>
      <w:r>
        <w:t>敬礼！</w:t>
      </w:r>
    </w:p>
    <w:p>
      <w:r>
        <w:t>学生：XXX</w:t>
      </w:r>
    </w:p>
    <w:p>
      <w:r>
        <w:t>家长签名：XXX</w:t>
      </w:r>
    </w:p>
    <w:p>
      <w:r>
        <w:t>X年X月X日</w:t>
      </w:r>
    </w:p>
    <w:p>
      <w:r>
        <w:t>注意事项：学生请假一般需家长确认；病假需医院证明；请假条要写清时间段，返校后向老师销假。</w:t>
      </w:r>
    </w:p>
    <w:p>
      <w:r>
        <w:t>十、书写要点与常见错误</w:t>
      </w:r>
    </w:p>
    <w:p>
      <w:r>
        <w:t>1. 事由要具体，'有事'太模糊，应写明'家人住院需陪护'等；2. 时间要精确到日期甚至时点，避免'过几天'；3. 请假天数与日期要对应，防止自相矛盾；4. 交接安排要写清楚，显示责任心；5. 联系方式必须留，方便紧急联系；6. 常见错误：不写抬头、不署名、不写日期、请假条内容与销假不符等。</w:t>
      </w:r>
    </w:p>
    <w:p>
      <w:r>
        <w:t>十一、电子请假注意事项</w:t>
      </w:r>
    </w:p>
    <w:p>
      <w:r>
        <w:t>使用OA系统或钉钉、企业微信请假的，仍建议重要假型（病假、婚假、产假）保留纸质或电子证明备份；系统审批通过后截图留存，防止记录丢失；请假期间注意系统消息，及时处理紧急事项。</w:t>
      </w:r>
    </w:p>
    <w:p>
      <w:r>
        <w:t>十二、补假与销假注意事项</w:t>
      </w:r>
    </w:p>
    <w:p>
      <w:r>
        <w:t>请假到期后应及时返回工作岗位或学校，并在返岗当日主动向领导（老师）销假；如因特殊情况需要延长假期，必须在原假期到期前办理续假手续，说明原因并取得批准，逾期不归且未办理手续的，可能按旷工（旷课）处理。因突发疾病等原因未能提前请假的，应在事后第一时间说明情况并补齐手续，同时附上相关证明。销假时建议口头汇报返岗情况，并确认请假期间是否有需要接手处理的事项，做到有始有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