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辞职报告与离职申请书范文大全（个人原因/职业规划/家庭原因通用）</w:t>
      </w:r>
    </w:p>
    <w:p>
      <w:r>
        <w:t>一、使用说明</w:t>
      </w:r>
    </w:p>
    <w:p>
      <w:r>
        <w:t>辞职报告是劳动者向用人单位提出解除劳动合同的书面文件。规范的做法是：提前三十日以书面形式通知用人单位（试用期内提前三日），到期后依法办结工作交接。本文提供个人原因、职业规划、家庭原因、身体原因四类辞职报告范文，以及离职交接清单、注意事项和常见问题解答。</w:t>
      </w:r>
    </w:p>
    <w:p>
      <w:r>
        <w:t>二、个人原因辞职报告（通用版）</w:t>
      </w:r>
    </w:p>
    <w:p>
      <w:r>
        <w:t>尊敬的领导：</w:t>
      </w:r>
    </w:p>
    <w:p>
      <w:r>
        <w:t>您好！感谢公司三年多来对我的培养和信任。经过慎重考虑，因个人原因，我决定辞去目前担任的XX岗位工作，特此向公司提出辞职申请，并计划于XXXX年X月X日离职。</w:t>
      </w:r>
    </w:p>
    <w:p>
      <w:r>
        <w:t>在公司工作期间，我得到了领导和同事的诸多帮助，从一名行业新人成长为能够独立负责XX业务的员工，参与了XX、XX等重要项目，这些经历是我职业生涯中宝贵的财富。对此我深表感激。</w:t>
      </w:r>
    </w:p>
    <w:p>
      <w:r>
        <w:t>关于工作交接，我已整理了手头工作的清单与进度说明，包括：在办项目XX项（具体名单及节点）、常用账号与文档资料清单、对接客户与供应商联系表、近期待办事项等，将在离职前与交接同事逐项核对，确保工作平稳过渡。</w:t>
      </w:r>
    </w:p>
    <w:p>
      <w:r>
        <w:t>离职在即，衷心祝愿公司业务蒸蒸日上，祝领导和同事们工作顺利、万事如意。如后续有需要，我仍愿意提供力所能及的协助。</w:t>
      </w:r>
    </w:p>
    <w:p>
      <w:r>
        <w:t>此致</w:t>
      </w:r>
    </w:p>
    <w:p>
      <w:r>
        <w:t>敬礼！</w:t>
      </w:r>
    </w:p>
    <w:p>
      <w:r>
        <w:t>辞职人：XXX</w:t>
      </w:r>
    </w:p>
    <w:p>
      <w:r>
        <w:t>XXXX年X月X日</w:t>
      </w:r>
    </w:p>
    <w:p>
      <w:r>
        <w:t>三、职业规划原因辞职报告（要点版）</w:t>
      </w:r>
    </w:p>
    <w:p>
      <w:r>
        <w:t>这类报告的重点是表达对新方向的追求，同时肯定原单位的培养。范文要点：开头致谢→说明因个人职业规划调整（如转行、深造、返乡发展等）申请辞职→强调试用期/通知期内的交接安排→表达感恩与祝福。注意不要贬低原单位，也不要透露新单位信息（尤其签有竞业限制协议的岗位）。</w:t>
      </w:r>
    </w:p>
    <w:p>
      <w:r>
        <w:t>四、家庭原因辞职报告（要点版）</w:t>
      </w:r>
    </w:p>
    <w:p>
      <w:r>
        <w:t>适用于因照顾老人、子女教育、两地分居等家庭原因离职。要点：说明家庭实际情况（可简述但不渲染）→表达不舍与感激→给出明确离职时间→承诺做好交接。如需更长缓冲期，可与领导协商离职时间。</w:t>
      </w:r>
    </w:p>
    <w:p>
      <w:r>
        <w:t>五、离职交接清单（重要）</w:t>
      </w:r>
    </w:p>
    <w:p>
      <w:r>
        <w:t>1. 工作内容交接：在办事项、进度、截止时间、后续负责人；2. 资料交接：文件、图纸、合同、台账的存放位置与清单；3. 账号交接：办公系统、邮箱、企业微信、平台账号的回收或移交；4. 物品交接：工位钥匙、办公设备、门禁卡；5. 财务核对：借款、报销、备用金结清；6. 客户交接：联系人名单、历史沟通记录、未决事项。建议交接清单双方签字，留存备份。</w:t>
      </w:r>
    </w:p>
    <w:p>
      <w:r>
        <w:t>六、注意事项与常见问题</w:t>
      </w:r>
    </w:p>
    <w:p>
      <w:r>
        <w:t>1. 辞职是劳动者的法定权利，公司无正当理由不得拒绝；2. 提前三十日书面通知是程序要求，试用期提前三日；3. 离职时结清工资，社保可申请办理停保或转移；4. 如与公司约定有服务期或竞业限制，按协议处理，有争议的可依法申请劳动仲裁；5. 问：公司拖着不办离职手续怎么办？答：书面通知已送达即发生效力，期满后可依法解除并办理档案、社保转移，必要时申请劳动仲裁。问：辞职信交了又反悔？答：通知送达后撤回需与公司协商一致；公司同意继续留用的可以继续履行。问：离职证明什么时候开？答：解除劳动合同后十五日内，公司应出具解除或终止劳动合同的证明，办理档案和社会保险关系转移手续。</w:t>
      </w:r>
    </w:p>
    <w:p>
      <w:r>
        <w:t>七、职业规划原因辞职报告（完整范文）</w:t>
      </w:r>
    </w:p>
    <w:p>
      <w:r>
        <w:t>尊敬的领导：</w:t>
      </w:r>
    </w:p>
    <w:p>
      <w:r>
        <w:t>您好！非常感谢公司两年多来对我的悉心培养。经过慎重思考，出于个人职业发展的长远考虑，我计划转行从事XX领域的工作（或：前往XX城市发展/继续深造），现正式向公司提出辞职申请，并拟于XXXX年X月X日离职。</w:t>
      </w:r>
    </w:p>
    <w:p>
      <w:r>
        <w:t>在公司的这段时间，我完成了从XX到XX的转变，参与了XX等代表性项目，积累了宝贵的行业经验，也收获了亦师亦友的同事关系。公司严谨务实的工作氛围让我受益终身。</w:t>
      </w:r>
    </w:p>
    <w:p>
      <w:r>
        <w:t>为不影响部门运转，我已初步梳理了工作交接方案：在办事项清单（XX项）、项目文档与账号清单、客户对接明细将在离职前两周内完成移交，并配合接手同事顺利过渡。若部门需要，我也愿意在离职后通过线上方式提供阶段性咨询。</w:t>
      </w:r>
    </w:p>
    <w:p>
      <w:r>
        <w:t>衷心祝愿公司发展蒸蒸日上，祝愿各位领导和同事前程似锦！</w:t>
      </w:r>
    </w:p>
    <w:p>
      <w:r>
        <w:t>此致</w:t>
      </w:r>
    </w:p>
    <w:p>
      <w:r>
        <w:t>敬礼！</w:t>
      </w:r>
    </w:p>
    <w:p>
      <w:r>
        <w:t>辞职人：XXX</w:t>
      </w:r>
    </w:p>
    <w:p>
      <w:r>
        <w:t>XXXX年X月X日</w:t>
      </w:r>
    </w:p>
    <w:p>
      <w:r>
        <w:t>八、家庭原因辞职报告（完整范文）</w:t>
      </w:r>
    </w:p>
    <w:p>
      <w:r>
        <w:t>尊敬的领导：</w:t>
      </w:r>
    </w:p>
    <w:p>
      <w:r>
        <w:t>您好！因家中老人身体状况需要照顾（或：因孩子升学需要返乡陪读/两地分居多年希望团聚），经与家人充分沟通，我决定辞去XX岗位的工作，特此提出辞职申请，计划于XXXX年X月X日正式离职。</w:t>
      </w:r>
    </w:p>
    <w:p>
      <w:r>
        <w:t>在公司工作期间，我深感受益良多，从入职时的生疏到如今能够独当一面，离不开领导的指点和同事的帮助。做出这个决定我万分不舍，但家庭责任同样重要，恳请领导理解。</w:t>
      </w:r>
    </w:p>
    <w:p>
      <w:r>
        <w:t>离职前我会全力做好交接：在手事项、客户档案、常用账号、待办节点均已整理成清单（附交接表），并与接手同事逐项核对签字，确保不影响部门正常工作。如有需要，我可以在离职后协助处理遗留事宜。</w:t>
      </w:r>
    </w:p>
    <w:p>
      <w:r>
        <w:t>再次感谢公司的培养，祝公司事业兴旺，祝大家工作顺利！</w:t>
      </w:r>
    </w:p>
    <w:p>
      <w:r>
        <w:t>此致</w:t>
      </w:r>
    </w:p>
    <w:p>
      <w:r>
        <w:t>敬礼！</w:t>
      </w:r>
    </w:p>
    <w:p>
      <w:r>
        <w:t>辞职人：XXX</w:t>
      </w:r>
    </w:p>
    <w:p>
      <w:r>
        <w:t>XXXX年X月X日</w:t>
      </w:r>
    </w:p>
    <w:p>
      <w:r>
        <w:t>九、离职办理流程（参考）</w:t>
      </w:r>
    </w:p>
    <w:p>
      <w:r>
        <w:t>1. 提交书面辞职报告并保留送达凭证（邮件/微信/签字回执均可）；2. 通知期内正常工作并同步准备交接；3. 填写公司离职审批表，按部门要求完成工作交接、物品归还、财务结清；4. 与HR确认最后工作日、工资结算日、社保停缴/转移时间；5. 领取解除劳动合同证明书，办理档案与社保关系转移；6. 结清工资与应得补偿（如有加班费、年终奖按约定）。</w:t>
      </w:r>
    </w:p>
    <w:p>
      <w:r>
        <w:t>十、更多常见问题</w:t>
      </w:r>
    </w:p>
    <w:p>
      <w:r>
        <w:t>问：辞职报告必须手写吗？答：法律未要求手写，书面形式（含邮件等数据电文）即可，能证明已送达就行。问：公司要求提前三个月申请才让走合法吗？答：不合法，劳动者提前三十日书面通知即可解除劳动合同，公司不得随意延长。问：离职时公司扣工资合法吗？答：工资应按实际出勤结清，除依法定情形（如造成损失且合同有约定）外不得随意克扣。问：签了竞业限制协议离职要注意什么？答：竞业限制有法定补偿（离职后按月支付，标准不低于当地最低工资），且范围限于约定行业，入职新单位前应书面确认是否触发。问：离职证明写'因个人原因辞职'对我有影响吗？答：属中性表述，一般无影响；如要求写'非因本人过错解除'可协商，但公司无强制义务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