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房屋租赁合同（通用模板）</w:t>
      </w:r>
    </w:p>
    <w:p>
      <w:r>
        <w:t>合同编号：＿＿＿＿＿＿＿＿＿＿</w:t>
      </w:r>
    </w:p>
    <w:p>
      <w:r>
        <w:t>签订地点：＿＿＿＿＿＿＿＿＿＿</w:t>
      </w:r>
    </w:p>
    <w:p>
      <w:r>
        <w:t>签订日期：＿＿＿年＿＿月＿＿日</w:t>
      </w:r>
    </w:p>
    <w:p/>
    <w:p>
      <w:r>
        <w:t>出租方（以下简称甲方）：</w:t>
      </w:r>
    </w:p>
    <w:p>
      <w:r>
        <w:t>姓名／名称：＿＿＿＿＿＿＿＿＿＿</w:t>
      </w:r>
    </w:p>
    <w:p>
      <w:r>
        <w:t>身份证号／统一社会信用代码：＿＿＿＿＿＿＿＿＿＿</w:t>
      </w:r>
    </w:p>
    <w:p>
      <w:r>
        <w:t>联系地址：＿＿＿＿＿＿＿＿＿＿</w:t>
      </w:r>
    </w:p>
    <w:p>
      <w:r>
        <w:t>联系电话：＿＿＿＿＿＿＿＿＿＿</w:t>
      </w:r>
    </w:p>
    <w:p/>
    <w:p>
      <w:r>
        <w:t>承租方（以下简称乙方）：</w:t>
      </w:r>
    </w:p>
    <w:p>
      <w:r>
        <w:t>姓名／名称：＿＿＿＿＿＿＿＿＿＿</w:t>
      </w:r>
    </w:p>
    <w:p>
      <w:r>
        <w:t>身份证号／统一社会信用代码：＿＿＿＿＿＿＿＿＿＿</w:t>
      </w:r>
    </w:p>
    <w:p>
      <w:r>
        <w:t>联系地址：＿＿＿＿＿＿＿＿＿＿</w:t>
      </w:r>
    </w:p>
    <w:p>
      <w:r>
        <w:t>联系电话：＿＿＿＿＿＿＿＿＿＿</w:t>
      </w:r>
    </w:p>
    <w:p/>
    <w:p>
      <w:pPr>
        <w:pStyle w:val="Heading1"/>
      </w:pPr>
      <w:r>
        <w:t>第一条　房屋基本情况</w:t>
      </w:r>
    </w:p>
    <w:p>
      <w:r>
        <w:t>1.1 甲方将坐落于＿＿＿＿市＿＿＿＿区（县）＿＿＿＿路＿＿＿＿号＿＿＿＿栋＿＿＿＿单元＿＿＿＿室的房屋（以下简称“该房屋”）出租给乙方使用。</w:t>
      </w:r>
    </w:p>
    <w:p>
      <w:r>
        <w:t>1.2 该房屋建筑面积为＿＿＿＿平方米，房屋用途为＿＿＿＿（住宅／商业／办公），房屋权属证明文件编号为＿＿＿＿＿＿＿＿。</w:t>
      </w:r>
    </w:p>
    <w:p>
      <w:r>
        <w:t>1.3 甲方保证对该房屋享有合法出租权利，房屋权属清晰，不存在权属争议，未被司法机关查封、冻结，也不存在影响乙方正常使用的抵押或其他权利负担。</w:t>
      </w:r>
    </w:p>
    <w:p>
      <w:r>
        <w:t>1.4 房屋现有装修、设施、设备情况详见本合同附件一《房屋交接清单》。该附件作为甲方交付和乙方返还房屋时的验收依据。</w:t>
      </w:r>
    </w:p>
    <w:p/>
    <w:p>
      <w:pPr>
        <w:pStyle w:val="Heading1"/>
      </w:pPr>
      <w:r>
        <w:t>第二条　租赁期限</w:t>
      </w:r>
    </w:p>
    <w:p>
      <w:r>
        <w:t>2.1 租赁期限为＿＿＿年，自＿＿＿年＿＿月＿＿日起至＿＿＿年＿＿月＿＿日止。</w:t>
      </w:r>
    </w:p>
    <w:p>
      <w:r>
        <w:t>2.2 租赁期满，甲方有权收回房屋，乙方应如期返还。乙方如需继续承租，应于租赁期满前＿＿＿日书面通知甲方，经甲方同意后双方重新签订租赁合同。同等条件下，乙方享有优先承租权。</w:t>
      </w:r>
    </w:p>
    <w:p>
      <w:r>
        <w:t>2.3 租赁期满乙方未提出续租申请或甲方不同意续租的，乙方应于期满之日起＿＿＿日内搬离并返还房屋，逾期返还的按本合同约定租金标准的两倍支付占用费。</w:t>
      </w:r>
    </w:p>
    <w:p/>
    <w:p>
      <w:pPr>
        <w:pStyle w:val="Heading1"/>
      </w:pPr>
      <w:r>
        <w:t>第三条　租金及支付方式</w:t>
      </w:r>
    </w:p>
    <w:p>
      <w:r>
        <w:t>3.1 该房屋月租金为人民币（大写）＿＿＿＿＿＿元整（￥＿＿＿＿元／月）。租赁期内，甲方不得单方面随意上涨租金。</w:t>
      </w:r>
    </w:p>
    <w:p>
      <w:r>
        <w:t>3.2 租金支付方式为：按＿＿＿（月／季／半年／年）支付，乙方应于每个支付周期开始前＿＿＿日内将当期租金支付至甲方指定账户。</w:t>
      </w:r>
    </w:p>
    <w:p>
      <w:r>
        <w:t>3.3 甲方收款账户信息：开户名＿＿＿＿＿＿；开户行＿＿＿＿＿＿；账号＿＿＿＿＿＿。甲方变更收款账户应提前书面通知乙方。</w:t>
      </w:r>
    </w:p>
    <w:p>
      <w:r>
        <w:t>3.4 乙方逾期支付租金的，每逾期一日，应按当期未付租金的千分之＿＿向甲方支付违约金；逾期超过＿＿日的，甲方有权解除合同并收回房屋。</w:t>
      </w:r>
    </w:p>
    <w:p/>
    <w:p>
      <w:pPr>
        <w:pStyle w:val="Heading1"/>
      </w:pPr>
      <w:r>
        <w:t>第四条　押金</w:t>
      </w:r>
    </w:p>
    <w:p>
      <w:r>
        <w:t>4.1 乙方应于本合同签订之日向甲方支付房屋租赁押金，金额为人民币（大写）＿＿＿＿＿＿元整（￥＿＿＿＿元），相当于＿＿个月租金。</w:t>
      </w:r>
    </w:p>
    <w:p>
      <w:r>
        <w:t>4.2 租赁期满或合同解除后，押金除抵扣应由乙方承担的费用、租金以及乙方应承担的违约赔偿责任外，剩余部分应如数返还乙方。押金不得用于抵充末期租金。</w:t>
      </w:r>
    </w:p>
    <w:p>
      <w:r>
        <w:t>4.3 甲方不得无故克扣押金。乙方结清全部费用、返还房屋并经验收合格后＿＿＿日内，甲方应无息退还押金。</w:t>
      </w:r>
    </w:p>
    <w:p/>
    <w:p>
      <w:pPr>
        <w:pStyle w:val="Heading1"/>
      </w:pPr>
      <w:r>
        <w:t>第五条　相关费用承担</w:t>
      </w:r>
    </w:p>
    <w:p>
      <w:r>
        <w:t>5.1 租赁期间，因使用该房屋所发生的下列费用由乙方承担：水费、电费、燃气费、物业管理费、网络通讯费、有线电视费、垃圾处理费以及其他因乙方实际使用产生的费用。</w:t>
      </w:r>
    </w:p>
    <w:p>
      <w:r>
        <w:t>5.2 与该房屋有关的房屋所有权税、土地使用费、抵押相关费用以及甲方应承担的其他费用由甲方承担。</w:t>
      </w:r>
    </w:p>
    <w:p>
      <w:r>
        <w:t>5.3 乙方应按时足额缴纳上述各项费用，并保留缴费凭证。因乙方拖欠费用造成的一切后果由乙方承担。</w:t>
      </w:r>
    </w:p>
    <w:p>
      <w:r>
        <w:t>5.4 双方办理房屋交接时应对水表、电表、燃气表读数进行确认，交接前的费用由甲方结清，交接后的费用由乙方承担。</w:t>
      </w:r>
    </w:p>
    <w:p/>
    <w:p>
      <w:pPr>
        <w:pStyle w:val="Heading1"/>
      </w:pPr>
      <w:r>
        <w:t>第六条　房屋修缮与使用</w:t>
      </w:r>
    </w:p>
    <w:p>
      <w:r>
        <w:t>6.1 甲方应保证房屋及其附属设施处于正常可使用和安全状态。房屋及附属设施因自然属性或合理使用导致损耗的，维修责任由甲方承担。</w:t>
      </w:r>
    </w:p>
    <w:p>
      <w:r>
        <w:t>6.2 乙方应合理使用房屋及其附属设施，因乙方使用不当或过错造成房屋或设施损坏的，乙方应立即负责修复或承担赔偿责任。</w:t>
      </w:r>
    </w:p>
    <w:p>
      <w:r>
        <w:t>6.3 乙方需要对房屋进行装修或增设附属设施的，应事先征得甲方书面同意，并按规定须经有关部门审批的，应报请批准后方可进行。</w:t>
      </w:r>
    </w:p>
    <w:p>
      <w:r>
        <w:t>6.4 乙方不得擅自改变房屋结构和用途，不得擅自拆改水、电、燃气等管线。乙方不得利用房屋从事违法活动，不得损害公共利益。</w:t>
      </w:r>
    </w:p>
    <w:p/>
    <w:p>
      <w:pPr>
        <w:pStyle w:val="Heading1"/>
      </w:pPr>
      <w:r>
        <w:t>第七条　转租与转让</w:t>
      </w:r>
    </w:p>
    <w:p>
      <w:r>
        <w:t>7.1 未经甲方书面同意，乙方不得将房屋全部或部分转租、转借、转让给第三人，也不得将房屋用于合伙经营、入股等变相转租情形。</w:t>
      </w:r>
    </w:p>
    <w:p>
      <w:r>
        <w:t>7.2 甲方出卖租赁房屋的，应在出卖之前合理期限内书面通知乙方，乙方在同等条件下享有优先购买权。</w:t>
      </w:r>
    </w:p>
    <w:p>
      <w:r>
        <w:t>7.3 房屋租赁期间甲方转让房屋所有权的，本合同对新的房屋所有权人继续有效，即“买卖不破租赁”。</w:t>
      </w:r>
    </w:p>
    <w:p/>
    <w:p>
      <w:pPr>
        <w:pStyle w:val="Heading1"/>
      </w:pPr>
      <w:r>
        <w:t>第八条　合同的解除</w:t>
      </w:r>
    </w:p>
    <w:p>
      <w:r>
        <w:t>8.1 经双方协商一致，可以解除本合同。</w:t>
      </w:r>
    </w:p>
    <w:p>
      <w:r>
        <w:t>8.2 因不可抗力致使本合同无法继续履行的，本合同自行解除，双方互不承担违约责任。</w:t>
      </w:r>
    </w:p>
    <w:p>
      <w:r>
        <w:t>8.3 甲方有下列情形之一的，乙方有权单方解除合同：①未按约定交付房屋达＿＿日的；②交付房屋严重不符合合同约定或危及乙方安全的；③不承担约定维修义务致使乙方无法正常使用的。</w:t>
      </w:r>
    </w:p>
    <w:p>
      <w:r>
        <w:t>8.4 乙方有下列情形之一的，甲方有权单方解除合同并收回房屋：①逾期支付租金达约定期限的；②欠缴各项费用累计达＿＿元的；③擅自改变房屋用途或结构的；④擅自转租房屋的；⑤利用房屋从事违法活动的。</w:t>
      </w:r>
    </w:p>
    <w:p/>
    <w:p>
      <w:pPr>
        <w:pStyle w:val="Heading1"/>
      </w:pPr>
      <w:r>
        <w:t>第九条　违约责任</w:t>
      </w:r>
    </w:p>
    <w:p>
      <w:r>
        <w:t>9.1 甲方未按约定时间交付房屋的，每逾期一日按月租金的＿＿％向乙方支付违约金。</w:t>
      </w:r>
    </w:p>
    <w:p>
      <w:r>
        <w:t>9.2 租赁期内，甲方无故提前收回房屋或乙方无故提前退租的，应提前＿＿日通知对方，并按月租金的＿＿％向对方支付违约金。</w:t>
      </w:r>
    </w:p>
    <w:p>
      <w:r>
        <w:t>9.3 乙方未按约定时间返还房屋的，应按本合同第二条约定支付逾期占用费。</w:t>
      </w:r>
    </w:p>
    <w:p>
      <w:r>
        <w:t>9.4 因一方违约给对方造成损失的，违约金不足以弥补损失的，违约方还应赔偿差额部分。</w:t>
      </w:r>
    </w:p>
    <w:p/>
    <w:p>
      <w:pPr>
        <w:pStyle w:val="Heading1"/>
      </w:pPr>
      <w:r>
        <w:t>第十条　争议解决</w:t>
      </w:r>
    </w:p>
    <w:p>
      <w:r>
        <w:t>10.1 本合同履行过程中发生争议，双方应友好协商解决；协商不成的，任何一方均可向房屋所在地人民法院提起诉讼。</w:t>
      </w:r>
    </w:p>
    <w:p>
      <w:r>
        <w:t>10.2 本合同未尽事宜，双方可另行签订补充协议。补充协议与本合同具有同等法律效力。</w:t>
      </w:r>
    </w:p>
    <w:p/>
    <w:p>
      <w:pPr>
        <w:pStyle w:val="Heading1"/>
      </w:pPr>
      <w:r>
        <w:t>第十一条　房屋交还与安全责任</w:t>
      </w:r>
    </w:p>
    <w:p>
      <w:r>
        <w:t>11.1 租赁期满或合同解除后，乙方应在约定日期内将房屋打扫干净，将家具、设备恢复至交接时状态（正常损耗除外），并结清全部应缴费用。</w:t>
      </w:r>
    </w:p>
    <w:p>
      <w:r>
        <w:t>11.2 乙方交还房屋时应通知甲方共同验收，双方当场核对水、电、燃气表读数并签署《房屋交接验收单》。验收合格之日视为房屋正式交还之日。</w:t>
      </w:r>
    </w:p>
    <w:p>
      <w:r>
        <w:t>11.3 租赁期间乙方应注意用水、用电、用气安全，不得在房屋内存放易燃、易爆、有毒、放射性等危险物品，不得超负荷使用电器。因乙方原因造成火灾、漏水、漏电等事故的，由乙方承担全部赔偿责任。</w:t>
      </w:r>
    </w:p>
    <w:p>
      <w:r>
        <w:t>11.4 乙方应自行妥善保管个人财物，房屋内乙方物品因被盗、自然灾害等非甲方原因造成损失的，甲方不承担赔偿责任。</w:t>
      </w:r>
    </w:p>
    <w:p>
      <w:r>
        <w:t>11.5 甲方如需进入房屋检查或维修，应提前合理时间通知乙方并经乙方同意；遇紧急情况（如漏水、燃气泄漏）除外。甲方不得擅自进入乙方租住的房屋。</w:t>
      </w:r>
    </w:p>
    <w:p/>
    <w:p>
      <w:pPr>
        <w:pStyle w:val="Heading1"/>
      </w:pPr>
      <w:r>
        <w:t>第十二条　其他约定</w:t>
      </w:r>
    </w:p>
    <w:p>
      <w:r>
        <w:t>12.1 本合同自双方签字（盖章）之日起生效。</w:t>
      </w:r>
    </w:p>
    <w:p>
      <w:r>
        <w:t>12.2 本合同一式两份，甲乙双方各执一份，具有同等法律效力。</w:t>
      </w:r>
    </w:p>
    <w:p>
      <w:r>
        <w:t>12.3 其他约定事项：＿＿＿＿＿＿＿＿＿＿＿＿＿＿＿＿＿＿＿＿＿＿＿＿＿＿＿＿＿＿＿＿＿＿＿＿＿＿＿＿＿＿＿＿＿＿＿＿＿＿。</w:t>
      </w:r>
    </w:p>
    <w:p/>
    <w:p/>
    <w:p>
      <w:r>
        <w:t>甲方（签字／盖章）：＿＿＿＿＿＿＿＿　　乙方（签字／盖章）：＿＿＿＿＿＿＿＿</w:t>
      </w:r>
    </w:p>
    <w:p>
      <w:r>
        <w:t>证件号码：＿＿＿＿＿＿＿＿＿＿　　　证件号码：＿＿＿＿＿＿＿＿＿＿</w:t>
      </w:r>
    </w:p>
    <w:p>
      <w:r>
        <w:t>联系电话：＿＿＿＿＿＿＿＿＿＿　　　联系电话：＿＿＿＿＿＿＿＿＿＿</w:t>
      </w:r>
    </w:p>
    <w:p>
      <w:r>
        <w:t>签订日期：＿＿＿年＿＿月＿＿日　　　签订日期：＿＿＿年＿＿月＿＿日</w:t>
      </w:r>
    </w:p>
    <w:p/>
    <w:p>
      <w:r>
        <w:t>附件一：《房屋交接清单》（含家具家电清单、水电气表底数、钥匙交接等）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