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2026年中小学教师资格考试（笔试）模拟试卷</w:t>
      </w:r>
    </w:p>
    <w:p>
      <w:r>
        <w:t>科目：综合素质（中学）+ 教育知识与能力 综合练习</w:t>
      </w:r>
    </w:p>
    <w:p>
      <w:r>
        <w:t>满分：100分　建议时间：120分钟　出题参考：教育部教育考试院考试大纲</w:t>
      </w:r>
    </w:p>
    <w:p/>
    <w:p>
      <w:pPr>
        <w:pStyle w:val="Heading1"/>
      </w:pPr>
      <w:r>
        <w:t>一、单项选择题（每题1分，共40分）</w:t>
      </w:r>
    </w:p>
    <w:p>
      <w:r>
        <w:t>1. 我国当前全面发展教育的组成部分是德育、智育、体育、（　）和劳动技术教育。</w:t>
      </w:r>
    </w:p>
    <w:p>
      <w:r>
        <w:t>A.美育　B.艺术教育　C.国防教育　D.心理教育</w:t>
      </w:r>
    </w:p>
    <w:p>
      <w:r>
        <w:t>【答案】A　【解析】全面发展教育由德、智、体、美、劳五育组成，美育是重要组成部分。</w:t>
      </w:r>
    </w:p>
    <w:p/>
    <w:p>
      <w:r>
        <w:t>2. 教师职业道德的核心是（　）。</w:t>
      </w:r>
    </w:p>
    <w:p>
      <w:r>
        <w:t>A.爱岗敬业　B.关爱学生　C.教书育人　D.为人师表</w:t>
      </w:r>
    </w:p>
    <w:p>
      <w:r>
        <w:t>【答案】B　【解析】关爱学生是师德的灵魂和核心，是教师处理与学生关系的根本准则。</w:t>
      </w:r>
    </w:p>
    <w:p/>
    <w:p>
      <w:r>
        <w:t>3. 《中华人民共和国教育法》规定，我国教育的性质是（　）。</w:t>
      </w:r>
    </w:p>
    <w:p>
      <w:r>
        <w:t>A.阶级性教育　B.社会主义性质教育　C.精英教育　D.普及教育</w:t>
      </w:r>
    </w:p>
    <w:p>
      <w:r>
        <w:t>【答案】B　【解析】《教育法》第三条明确我国教育坚持中国共产党的领导，保证社会主义方向。</w:t>
      </w:r>
    </w:p>
    <w:p/>
    <w:p>
      <w:r>
        <w:t>4. 个体身心发展的顺序性规律要求教育必须（　）。</w:t>
      </w:r>
    </w:p>
    <w:p>
      <w:r>
        <w:t>A.因材施教　B.循序渐进　C.教学相长　D.防微杜渐</w:t>
      </w:r>
    </w:p>
    <w:p>
      <w:r>
        <w:t>【答案】B　【解析】顺序性指身心发展由低级到高级、由量变到质变，教育要循序渐进，不能揠苗助长。</w:t>
      </w:r>
    </w:p>
    <w:p/>
    <w:p>
      <w:r>
        <w:t>5. 提出“最近发展区”理论的心理学家是（　）。</w:t>
      </w:r>
    </w:p>
    <w:p>
      <w:r>
        <w:t>A.皮亚杰　B.布鲁纳　C.维果茨基　D.埃里克森</w:t>
      </w:r>
    </w:p>
    <w:p>
      <w:r>
        <w:t>【答案】C　【解析】维果茨基提出最近发展区，即儿童现有水平与可能达到水平之间的差距。</w:t>
      </w:r>
    </w:p>
    <w:p/>
    <w:p>
      <w:r>
        <w:t>6. 教学工作的中心环节是（　）。</w:t>
      </w:r>
    </w:p>
    <w:p>
      <w:r>
        <w:t>A.备课　B.上课　C.课外辅导　D.学业评价</w:t>
      </w:r>
    </w:p>
    <w:p>
      <w:r>
        <w:t>【答案】B　【解析】上课是教学工作的中心环节，是教师教和学生学最直接的体现。</w:t>
      </w:r>
    </w:p>
    <w:p/>
    <w:p>
      <w:r>
        <w:t>7. “一把钥匙开一把锁”体现的教学原则是（　）。</w:t>
      </w:r>
    </w:p>
    <w:p>
      <w:r>
        <w:t>A.直观性原则　B.启发性原则　C.因材施教原则　D.巩固性原则</w:t>
      </w:r>
    </w:p>
    <w:p>
      <w:r>
        <w:t>【答案】C　【解析】因材施教指根据学生差异有的放矢地进行教育，“一把钥匙开一把锁”正此意。</w:t>
      </w:r>
    </w:p>
    <w:p/>
    <w:p>
      <w:r>
        <w:t>8. 班主任工作的前提和基础是（　）。</w:t>
      </w:r>
    </w:p>
    <w:p>
      <w:r>
        <w:t>A.组织和培养班集体　B.了解和研究学生　C.做好个别教育　D.统一多方教育影响</w:t>
      </w:r>
    </w:p>
    <w:p>
      <w:r>
        <w:t>【答案】B　【解析】了解和研究学生是班主任工作的前提，只有知己知彼才能有效开展班级工作。</w:t>
      </w:r>
    </w:p>
    <w:p/>
    <w:p>
      <w:r>
        <w:t>9. 我国最早的教育专著是（　）。</w:t>
      </w:r>
    </w:p>
    <w:p>
      <w:r>
        <w:t>A.《论语》　B.《学记》　C.《孟子》　D.《大学》</w:t>
      </w:r>
    </w:p>
    <w:p>
      <w:r>
        <w:t>【答案】B　【解析】《学记》是世界上最早的专门论述教育教学问题的论著，成文于战国末期。</w:t>
      </w:r>
    </w:p>
    <w:p/>
    <w:p>
      <w:r>
        <w:t>10. 提出“泛智教育”思想的教育家是（　）。</w:t>
      </w:r>
    </w:p>
    <w:p>
      <w:r>
        <w:t>A.夸美纽斯　B.赫尔巴特　C.卢梭　D.洛克</w:t>
      </w:r>
    </w:p>
    <w:p>
      <w:r>
        <w:t>【答案】A　【解析】夸美纽斯在《大教学论》中提出“泛智”思想，主张把一切知识教给一切人。</w:t>
      </w:r>
    </w:p>
    <w:p/>
    <w:p>
      <w:r>
        <w:t>11. 学生在教师指导下，运用一定仪器设备进行操作获得知识的方法是（　）。</w:t>
      </w:r>
    </w:p>
    <w:p>
      <w:r>
        <w:t>A.实验法　B.练习法　C.演示法　D.参观法</w:t>
      </w:r>
    </w:p>
    <w:p>
      <w:r>
        <w:t>【答案】A　【解析】实验法是学生在教师指导下利用仪器设备进行独立操作，引起现象变化以获取知识。</w:t>
      </w:r>
    </w:p>
    <w:p/>
    <w:p>
      <w:r>
        <w:t>12. 德育过程的基本矛盾是（　）。</w:t>
      </w:r>
    </w:p>
    <w:p>
      <w:r>
        <w:t>A.教育者与受教育者的矛盾　B.社会通过教师向学生提出的道德要求与学生已有品德水平之间的矛盾　C.受教育者与德育内容的矛盾　D.教育者与德育方法的矛盾</w:t>
      </w:r>
    </w:p>
    <w:p>
      <w:r>
        <w:t>【答案】B　【解析】德育过程的基本矛盾是教育者提出的德育要求与受教育者已有品德水平之间的矛盾。</w:t>
      </w:r>
    </w:p>
    <w:p/>
    <w:p>
      <w:r>
        <w:t>13. “举一反三”“触类旁通”属于（　）。</w:t>
      </w:r>
    </w:p>
    <w:p>
      <w:r>
        <w:t>A.学习迁移　B.学习动机　C.学习策略　D.学习习惯</w:t>
      </w:r>
    </w:p>
    <w:p>
      <w:r>
        <w:t>【答案】A　【解析】学习迁移指一种学习对另一种学习的影响，举一反三是典型的正迁移。</w:t>
      </w:r>
    </w:p>
    <w:p/>
    <w:p>
      <w:r>
        <w:t>14. 短时记忆的容量一般为（　）个组块。</w:t>
      </w:r>
    </w:p>
    <w:p>
      <w:r>
        <w:t>A.5±2　B.7±2　C.9±2　D.11±2</w:t>
      </w:r>
    </w:p>
    <w:p>
      <w:r>
        <w:t>【答案】B　【解析】米勒研究表明短时记忆容量为7±2个组块，这是记忆心理学经典结论。</w:t>
      </w:r>
    </w:p>
    <w:p/>
    <w:p>
      <w:r>
        <w:t>15. 马斯洛需要层次理论中最高层次的需要是（　）。</w:t>
      </w:r>
    </w:p>
    <w:p>
      <w:r>
        <w:t>A.尊重需要　B.安全需要　C.自我实现需要　D.归属与爱的需要</w:t>
      </w:r>
    </w:p>
    <w:p>
      <w:r>
        <w:t>【答案】C　【解析】马斯洛将需要分为生理、安全、归属与爱、尊重、自我实现五层，自我实现是最高层。</w:t>
      </w:r>
    </w:p>
    <w:p/>
    <w:p>
      <w:r>
        <w:t>16. 《教师法》规定，教师的平均工资水平应当（　）国家公务员的平均工资水平。</w:t>
      </w:r>
    </w:p>
    <w:p>
      <w:r>
        <w:t>A.不低于　B.不低于或高于　C.等于　D.高于</w:t>
      </w:r>
    </w:p>
    <w:p>
      <w:r>
        <w:t>【答案】B　【解析】《教师法》第二十五条规定教师平均工资应当不低于或者高于国家公务员平均工资。</w:t>
      </w:r>
    </w:p>
    <w:p/>
    <w:p>
      <w:r>
        <w:t>17. 新课程改革提出的三维教学目标是知识与技能、过程与方法和（　）。</w:t>
      </w:r>
    </w:p>
    <w:p>
      <w:r>
        <w:t>A.认知与实践　B.情感态度与价值观　C.理论与实际　D.科学与人文</w:t>
      </w:r>
    </w:p>
    <w:p>
      <w:r>
        <w:t>【答案】B　【解析】新课改三维目标：知识与技能、过程与方法、情感态度与价值观。</w:t>
      </w:r>
    </w:p>
    <w:p/>
    <w:p>
      <w:r>
        <w:t>18. 注意的两个基本特征是（　）。</w:t>
      </w:r>
    </w:p>
    <w:p>
      <w:r>
        <w:t>A.指向性和集中性　B.紧张性和选择性　C.保持性和深入性　D.强制性和自觉性</w:t>
      </w:r>
    </w:p>
    <w:p>
      <w:r>
        <w:t>【答案】A　【解析】注意是心理活动对一定对象的指向和集中，指向性与集中性是其两大特征。</w:t>
      </w:r>
    </w:p>
    <w:p/>
    <w:p>
      <w:r>
        <w:t>19. “最近发展区”理论对教育的启示是教育要（　）。</w:t>
      </w:r>
    </w:p>
    <w:p>
      <w:r>
        <w:t>A.适应学生发展　B.走在发展前面　C.滞后于发展　D.与发展同步</w:t>
      </w:r>
    </w:p>
    <w:p>
      <w:r>
        <w:t>【答案】B　【解析】维果茨基认为教学应当走在发展的前面，创造最近发展区以带动发展。</w:t>
      </w:r>
    </w:p>
    <w:p/>
    <w:p>
      <w:r>
        <w:t>20. 我国现行学校教育制度中，初等教育是指（　）。</w:t>
      </w:r>
    </w:p>
    <w:p>
      <w:r>
        <w:t>A.幼儿园　B.小学　C.初中　D.高中</w:t>
      </w:r>
    </w:p>
    <w:p>
      <w:r>
        <w:t>【答案】B　【解析】我国学制分学前教育、初等教育（小学）、中等教育、高等教育四段。</w:t>
      </w:r>
    </w:p>
    <w:p/>
    <w:p>
      <w:r>
        <w:t>21. 教师威信的实质是（　）。</w:t>
      </w:r>
    </w:p>
    <w:p>
      <w:r>
        <w:t>A.教师的权威　B.教师良好的师生关系　C.教师的学识　D.教师的权力</w:t>
      </w:r>
    </w:p>
    <w:p>
      <w:r>
        <w:t>【答案】B　【解析】教师威信本质是一种积极的师生关系，学生对教师的肯定、信赖与尊重。</w:t>
      </w:r>
    </w:p>
    <w:p/>
    <w:p>
      <w:r>
        <w:t>22. 讲授法的优点不包括（　）。</w:t>
      </w:r>
    </w:p>
    <w:p>
      <w:r>
        <w:t>A.效率高　B.成本低　C.便于发挥教师主导作用　D.有利于学生主动性发挥</w:t>
      </w:r>
    </w:p>
    <w:p>
      <w:r>
        <w:t>【答案】D　【解析】讲授法以教师口头语言为主，不利于学生主动性和独立性的充分发挥，这是其局限。</w:t>
      </w:r>
    </w:p>
    <w:p/>
    <w:p>
      <w:r>
        <w:t>23. 《未成年人保护法》规定，对未成年人的保护不包括（　）。</w:t>
      </w:r>
    </w:p>
    <w:p>
      <w:r>
        <w:t>A.家庭保护　B.学校保护　C.社会保护　D.司法竞争保护</w:t>
      </w:r>
    </w:p>
    <w:p>
      <w:r>
        <w:t>【答案】D　【解析】未成年人保护包括家庭、学校、社会、网络、政府、司法六大保护，无“竞争保护”。</w:t>
      </w:r>
    </w:p>
    <w:p/>
    <w:p>
      <w:r>
        <w:t>24. 班集体形成的主要标志之一是（　）。</w:t>
      </w:r>
    </w:p>
    <w:p>
      <w:r>
        <w:t>A.成立了班委会　B.开展了班级活动　C.形成了正确舆论和良好班风　D.确定班级工作计划</w:t>
      </w:r>
    </w:p>
    <w:p>
      <w:r>
        <w:t>【答案】C　【解析】正确的集体舆论与良好班风是班集体形成的重要标志，也是班集体成熟的表现。</w:t>
      </w:r>
    </w:p>
    <w:p/>
    <w:p>
      <w:r>
        <w:t>25. 学习动机的强化理论是由（　）提出的。</w:t>
      </w:r>
    </w:p>
    <w:p>
      <w:r>
        <w:t>A.人本主义学派　B.行为主义学派　C.认知学派　D.建构主义学派</w:t>
      </w:r>
    </w:p>
    <w:p>
      <w:r>
        <w:t>【答案】B　【解析】行为主义（斯金纳等）用强化解释学习动机，认为通过奖励强化可激发学习行为。</w:t>
      </w:r>
    </w:p>
    <w:p/>
    <w:p>
      <w:r>
        <w:t>26. “学而时习之”体现的教学原则是（　）。</w:t>
      </w:r>
    </w:p>
    <w:p>
      <w:r>
        <w:t>A.理论联系实际　B.启发性　C.巩固性　D.循序渐进</w:t>
      </w:r>
    </w:p>
    <w:p>
      <w:r>
        <w:t>【答案】C　【解析】巩固性原则强调学生牢固掌握知识技能，“学而时习之”正体现及时复习巩固。</w:t>
      </w:r>
    </w:p>
    <w:p/>
    <w:p>
      <w:r>
        <w:t>27. 教育心理学研究的核心内容是（　）。</w:t>
      </w:r>
    </w:p>
    <w:p>
      <w:r>
        <w:t>A.教学过程　B.学习过程　C.评价过程　D.反思过程</w:t>
      </w:r>
    </w:p>
    <w:p>
      <w:r>
        <w:t>【答案】B　【解析】教育心理学研究学与教的基本心理规律，学习过程是其核心研究内容。</w:t>
      </w:r>
    </w:p>
    <w:p/>
    <w:p>
      <w:r>
        <w:t>28. 学生性格内向、不善交往，教师应重点培养其（　）。</w:t>
      </w:r>
    </w:p>
    <w:p>
      <w:r>
        <w:t>A.意志品质　B.情绪调节　C.社交能力　D.观察能力</w:t>
      </w:r>
    </w:p>
    <w:p>
      <w:r>
        <w:t>【答案】C　【解析】针对内向不善交往的学生，教师应通过集体活动逐步培养其社交能力。</w:t>
      </w:r>
    </w:p>
    <w:p/>
    <w:p>
      <w:r>
        <w:t>29. 德育的基本途径是（　）。</w:t>
      </w:r>
    </w:p>
    <w:p>
      <w:r>
        <w:t>A.班主任工作　B.思想品德课与其他学科教学　C.课外活动　D.共青团活动</w:t>
      </w:r>
    </w:p>
    <w:p>
      <w:r>
        <w:t>【答案】B　【解析】思想品德课与其他学科教学是学校有目的、有计划、系统对学生进行德育的基本途径。</w:t>
      </w:r>
    </w:p>
    <w:p/>
    <w:p>
      <w:r>
        <w:t>30. 艾宾浩斯遗忘曲线揭示的遗忘规律是（　）。</w:t>
      </w:r>
    </w:p>
    <w:p>
      <w:r>
        <w:t>A.先慢后快　B.先快后慢　C.匀速遗忘　D.遗忘均匀</w:t>
      </w:r>
    </w:p>
    <w:p>
      <w:r>
        <w:t>【答案】B　【解析】艾宾浩斯发现遗忘在学习之后立即开始，进程先快后慢，因此要及时复习。</w:t>
      </w:r>
    </w:p>
    <w:p/>
    <w:p>
      <w:r>
        <w:t>31. “教育有法而无定法”说明教师劳动具有（　）。</w:t>
      </w:r>
    </w:p>
    <w:p>
      <w:r>
        <w:t>A.连续性　B.创造性　C.长期性　D.示范性</w:t>
      </w:r>
    </w:p>
    <w:p>
      <w:r>
        <w:t>【答案】B　【解析】教育有规律可循但无固定方法，需要教师因材施教灵活运用，体现创造性。</w:t>
      </w:r>
    </w:p>
    <w:p/>
    <w:p>
      <w:r>
        <w:t>32. 我国颁布并实施的第一个现代学制是（　）。</w:t>
      </w:r>
    </w:p>
    <w:p>
      <w:r>
        <w:t>A.壬寅学制　B.癸卯学制　C.壬子癸丑学制　D.壬戌学制</w:t>
      </w:r>
    </w:p>
    <w:p>
      <w:r>
        <w:t>【答案】B　【解析】1904年癸卯学制是我国第一个正式颁布并实施的现代学制；壬寅学制未实施。</w:t>
      </w:r>
    </w:p>
    <w:p/>
    <w:p>
      <w:r>
        <w:t>33. 学生害怕在社交场合讲话，不敢抬头、不敢对视，这种心理问题属于（　）。</w:t>
      </w:r>
    </w:p>
    <w:p>
      <w:r>
        <w:t>A.抑郁症　B.恐怖症　C.焦虑症　D.强迫症</w:t>
      </w:r>
    </w:p>
    <w:p>
      <w:r>
        <w:t>【答案】B　【解析】社交恐怖症表现为对社交场合和人际交往的强烈恐惧与回避行为。</w:t>
      </w:r>
    </w:p>
    <w:p/>
    <w:p>
      <w:r>
        <w:t>34. “其身正，不令而行；其身不正，虽令不从”反映教师劳动的（　）特点。</w:t>
      </w:r>
    </w:p>
    <w:p>
      <w:r>
        <w:t>A.复杂性　B.示范性　C.创造性　D.长期性</w:t>
      </w:r>
    </w:p>
    <w:p>
      <w:r>
        <w:t>【答案】B　【解析】教师的言行是学生学习的榜样，以身作则体现教师劳动的示范性。</w:t>
      </w:r>
    </w:p>
    <w:p/>
    <w:p>
      <w:r>
        <w:t>35. 注意稳定性的相反品质是（　）。</w:t>
      </w:r>
    </w:p>
    <w:p>
      <w:r>
        <w:t>A.注意分配　B.注意分散　C.注意转移　D.注意广度</w:t>
      </w:r>
    </w:p>
    <w:p>
      <w:r>
        <w:t>【答案】B　【解析】注意稳定性是指注意长时间保持在某一对象上，其相反状态是注意分散（分心）。</w:t>
      </w:r>
    </w:p>
    <w:p/>
    <w:p>
      <w:r>
        <w:t>36. 新课程倡导的学习方式是自主学习、合作学习和（　）。</w:t>
      </w:r>
    </w:p>
    <w:p>
      <w:r>
        <w:t>A.探究学习　B.接受学习　C.个体学习　D.被动学习</w:t>
      </w:r>
    </w:p>
    <w:p>
      <w:r>
        <w:t>【答案】A　【解析】新课改强调自主、合作、探究三种学习方式，改变死记硬背机械训练现状。</w:t>
      </w:r>
    </w:p>
    <w:p/>
    <w:p>
      <w:r>
        <w:t>37. 提出“掌握学习”理论的教育家是（　）。</w:t>
      </w:r>
    </w:p>
    <w:p>
      <w:r>
        <w:t>A.布鲁纳　B.布卢姆　C.奥苏贝尔　D.加涅</w:t>
      </w:r>
    </w:p>
    <w:p>
      <w:r>
        <w:t>【答案】B　【解析】布卢姆提出掌握学习理论，认为只要给予足够时间和适当教学，绝大多数学生都能掌握。</w:t>
      </w:r>
    </w:p>
    <w:p/>
    <w:p>
      <w:r>
        <w:t>38. 个体心理发展中，少年期大致相当于（　）阶段。</w:t>
      </w:r>
    </w:p>
    <w:p>
      <w:r>
        <w:t>A.幼儿园　B.小学　C.初中　D.高中</w:t>
      </w:r>
    </w:p>
    <w:p>
      <w:r>
        <w:t>【答案】C　【解析】少年期约11、12岁至14、15岁，对应初中阶段，是身心剧变的“心理断乳期”。</w:t>
      </w:r>
    </w:p>
    <w:p/>
    <w:p>
      <w:r>
        <w:t>39. 教师提高教学水平最经常、最基本的途径是（　）。</w:t>
      </w:r>
    </w:p>
    <w:p>
      <w:r>
        <w:t>A.课外辅导　B.教学反思与教研　C.听课评课　D.学历进修</w:t>
      </w:r>
    </w:p>
    <w:p>
      <w:r>
        <w:t>【答案】B　【解析】教学反思是教师专业发展和自我成长的核心因素，是最经常最基本的途径。</w:t>
      </w:r>
    </w:p>
    <w:p/>
    <w:p>
      <w:r>
        <w:t>40. 《国家中长期教育改革和发展规划纲要》提出的工作方针是（　）。</w:t>
      </w:r>
    </w:p>
    <w:p>
      <w:r>
        <w:t>A.优先发展、育人为本、改革创新、促进公平、提高质量　B.教育优先、德育为先　C.素质教育、全面发展　D.面向现代化、面向世界</w:t>
      </w:r>
    </w:p>
    <w:p>
      <w:r>
        <w:t>【答案】A　【解析】2010—2020年纲要二十字方针：优先发展、育人为本、改革创新、促进公平、提高质量。</w:t>
      </w:r>
    </w:p>
    <w:p/>
    <w:p>
      <w:pPr>
        <w:pStyle w:val="Heading1"/>
      </w:pPr>
      <w:r>
        <w:t>二、多项选择题（每题2分，共40分，少选得1分，错选不得分）</w:t>
      </w:r>
    </w:p>
    <w:p>
      <w:r>
        <w:t>41. 教育的基本要素包括（　）。</w:t>
      </w:r>
    </w:p>
    <w:p>
      <w:r>
        <w:t>A.教育者　B.受教育者　C.教育影响　D.教育目的</w:t>
      </w:r>
    </w:p>
    <w:p>
      <w:r>
        <w:t>【答案】ABC　【解析】教育的基本要素为教育者、受教育者和教育影响（内容与手段）三要素。</w:t>
      </w:r>
    </w:p>
    <w:p/>
    <w:p>
      <w:r>
        <w:t>42. 我国现行学校教育层次包括（　）。</w:t>
      </w:r>
    </w:p>
    <w:p>
      <w:r>
        <w:t>A.学前教育　B.初等教育　C.中等教育　D.高等教育</w:t>
      </w:r>
    </w:p>
    <w:p>
      <w:r>
        <w:t>【答案】ABCD　【解析】我国学校教育制度包括学前、初等、中等、高等四个层次。</w:t>
      </w:r>
    </w:p>
    <w:p/>
    <w:p>
      <w:r>
        <w:t>43. 教学过程的基本规律包括（　）。</w:t>
      </w:r>
    </w:p>
    <w:p>
      <w:r>
        <w:t>A.间接经验与直接经验相结合　B.掌握知识与发展智力相统一　C.传授知识与思想教育相统一　D.教师主导与学生主体相统一</w:t>
      </w:r>
    </w:p>
    <w:p>
      <w:r>
        <w:t>【答案】ABCD　【解析】教学过程四大规律：间接与直接、掌握知识与发展智力、传授知识与思想教育、教师主导与学生主体。</w:t>
      </w:r>
    </w:p>
    <w:p/>
    <w:p>
      <w:r>
        <w:t>44. 德育过程的组成要素包括（　）。</w:t>
      </w:r>
    </w:p>
    <w:p>
      <w:r>
        <w:t>A.教育者　B.受教育者　C.德育内容　D.德育方法</w:t>
      </w:r>
    </w:p>
    <w:p>
      <w:r>
        <w:t>【答案】ABCD　【解析】德育过程由教育者、受教育者、德育内容和德育方法四个相互制约的要素构成。</w:t>
      </w:r>
    </w:p>
    <w:p/>
    <w:p>
      <w:r>
        <w:t>45. 知觉的基本特性包括（　）。</w:t>
      </w:r>
    </w:p>
    <w:p>
      <w:r>
        <w:t>A.选择性　B.整体性　C.理解性　D.恒常性</w:t>
      </w:r>
    </w:p>
    <w:p>
      <w:r>
        <w:t>【答案】ABCD　【解析】知觉四大基本特性：选择性、整体性、理解性、恒常性。</w:t>
      </w:r>
    </w:p>
    <w:p/>
    <w:p>
      <w:r>
        <w:t>46. 属于认知过程的心理现象有（　）。</w:t>
      </w:r>
    </w:p>
    <w:p>
      <w:r>
        <w:t>A.感觉　B.知觉　C.记忆　D.思维</w:t>
      </w:r>
    </w:p>
    <w:p>
      <w:r>
        <w:t>【答案】ABCD　【解析】认知过程包括感觉、知觉、记忆、思维、想象和注意等。</w:t>
      </w:r>
    </w:p>
    <w:p/>
    <w:p>
      <w:r>
        <w:t>47. 构成动机的基本要素有（　）。</w:t>
      </w:r>
    </w:p>
    <w:p>
      <w:r>
        <w:t>A.内驱力　B.诱因　C.兴趣　D.信念</w:t>
      </w:r>
    </w:p>
    <w:p>
      <w:r>
        <w:t>【答案】AB　【解析】动机由内驱力（需要）和诱因（外部刺激）两个基本要素构成。</w:t>
      </w:r>
    </w:p>
    <w:p/>
    <w:p>
      <w:r>
        <w:t>48. 下列属于体罚学生的情形是（　）。</w:t>
      </w:r>
    </w:p>
    <w:p>
      <w:r>
        <w:t>A.让二年级学生一个生字抄10遍　B.某学生上课说话，令其抄课文5遍　C.王某上课讲话，老师令其绕操场跑3圈　D.体育课动作不规范，老师令其反复练习4次</w:t>
      </w:r>
    </w:p>
    <w:p>
      <w:r>
        <w:t>【答案】BC　【解析】罚抄课文、罚跑操场属于变相体罚；正常适量抄写和动作练习属于教学训练。</w:t>
      </w:r>
    </w:p>
    <w:p/>
    <w:p>
      <w:r>
        <w:t>49. 新课程结构的主要特点有（　）。</w:t>
      </w:r>
    </w:p>
    <w:p>
      <w:r>
        <w:t>A.均衡性　B.综合性　C.选择性　D.强制性</w:t>
      </w:r>
    </w:p>
    <w:p>
      <w:r>
        <w:t>【答案】ABC　【解析】新课程结构体现均衡性、综合性和选择性，打破过于强调学科本位的状况。</w:t>
      </w:r>
    </w:p>
    <w:p/>
    <w:p>
      <w:r>
        <w:t>50. 教师专业发展的途径有（　）。</w:t>
      </w:r>
    </w:p>
    <w:p>
      <w:r>
        <w:t>A.师范教育　B.新教师入职辅导　C.在职培训　D.自我教育</w:t>
      </w:r>
    </w:p>
    <w:p>
      <w:r>
        <w:t>【答案】ABCD　【解析】教师专业发展包括职前师范教育、入职辅导、在职培训和自我教育等途径。</w:t>
      </w:r>
    </w:p>
    <w:p/>
    <w:p>
      <w:r>
        <w:t>51. 备课的三项工作是（　）。</w:t>
      </w:r>
    </w:p>
    <w:p>
      <w:r>
        <w:t>A.钻研教材　B.了解学生　C.设计教法　D.编写试题</w:t>
      </w:r>
    </w:p>
    <w:p>
      <w:r>
        <w:t>【答案】ABC　【解析】备课要做好三项工作：钻研教材、了解学生、设计教法，即“备教材、备学生、备教法”。</w:t>
      </w:r>
    </w:p>
    <w:p/>
    <w:p>
      <w:r>
        <w:t>52. 下列属于墨家教育主张的有（　）。</w:t>
      </w:r>
    </w:p>
    <w:p>
      <w:r>
        <w:t>A.兼爱　B.非攻　C.亲知闻知说知　D.绝学无忧</w:t>
      </w:r>
    </w:p>
    <w:p>
      <w:r>
        <w:t>【答案】ABC　【解析】墨家主张兼爱非攻，提出亲知、闻知、说知三种知识来源；“绝学无忧”是道家思想。</w:t>
      </w:r>
    </w:p>
    <w:p/>
    <w:p>
      <w:r>
        <w:t>53. 影响人身心发展的主要因素有（　）。</w:t>
      </w:r>
    </w:p>
    <w:p>
      <w:r>
        <w:t>A.遗传　B.环境　C.学校教育　D.个体主观能动性</w:t>
      </w:r>
    </w:p>
    <w:p>
      <w:r>
        <w:t>【答案】ABCD　【解析】影响人身心发展的因素包括遗传（前提）、环境（现实基础）、学校教育（主导）和主观能动性（决定）。</w:t>
      </w:r>
    </w:p>
    <w:p/>
    <w:p>
      <w:r>
        <w:t>54. 学习迁移的类型有（　）。</w:t>
      </w:r>
    </w:p>
    <w:p>
      <w:r>
        <w:t>A.正迁移与负迁移　B.顺向迁移与逆向迁移　C.水平迁移与垂直迁移　D.一般迁移与具体迁移</w:t>
      </w:r>
    </w:p>
    <w:p>
      <w:r>
        <w:t>【答案】ABCD　【解析】迁移按效果分正负，按时序分顺逆向，按抽象水平分水平与垂直，按内容分一般与具体。</w:t>
      </w:r>
    </w:p>
    <w:p/>
    <w:p>
      <w:r>
        <w:t>55. 班级管理的模式有（　）。</w:t>
      </w:r>
    </w:p>
    <w:p>
      <w:r>
        <w:t>A.常规管理　B.平行管理　C.民主管理　D.目标管理</w:t>
      </w:r>
    </w:p>
    <w:p>
      <w:r>
        <w:t>【答案】ABCD　【解析】班级管理四种模式：常规管理、平行管理、民主管理、目标管理。</w:t>
      </w:r>
    </w:p>
    <w:p/>
    <w:p>
      <w:r>
        <w:t>56. 下列哪些属于《教师法》规定的教师权利（　）。</w:t>
      </w:r>
    </w:p>
    <w:p>
      <w:r>
        <w:t>A.进行教育教学活动　B.从事科学研究、学术交流　C.指导学生发展　D.按时获取工资报酬</w:t>
      </w:r>
    </w:p>
    <w:p>
      <w:r>
        <w:t>【答案】ABCD　【解析】《教师法》第七条规定教师享有教育教学权、科研学术权、管理学生权、报酬待遇权等六项权利。</w:t>
      </w:r>
    </w:p>
    <w:p/>
    <w:p>
      <w:r>
        <w:t>57. 思维的基本形式包括（　）。</w:t>
      </w:r>
    </w:p>
    <w:p>
      <w:r>
        <w:t>A.概念　B.判断　C.推理　D.表象</w:t>
      </w:r>
    </w:p>
    <w:p>
      <w:r>
        <w:t>【答案】ABC　【解析】思维的基本形式是概念、判断和推理；表象属于感性认识范畴。</w:t>
      </w:r>
    </w:p>
    <w:p/>
    <w:p>
      <w:r>
        <w:t>58. 下列属于课外活动特点的有（　）。</w:t>
      </w:r>
    </w:p>
    <w:p>
      <w:r>
        <w:t>A.自愿性　B.灵活性　C.实践性　D.强制性</w:t>
      </w:r>
    </w:p>
    <w:p>
      <w:r>
        <w:t>【答案】ABC　【解析】课外活动具有自愿性、灵活性、实践性和广泛性等特点，不具有强制性。</w:t>
      </w:r>
    </w:p>
    <w:p/>
    <w:p>
      <w:r>
        <w:t>59. 学校美育的内容主要包括（　）。</w:t>
      </w:r>
    </w:p>
    <w:p>
      <w:r>
        <w:t>A.自然美　B.社会美　C.艺术美　D.科学美</w:t>
      </w:r>
    </w:p>
    <w:p>
      <w:r>
        <w:t>【答案】ABCD　【解析】学校美育内容包括自然美、社会美、艺术美和科学美等多个方面。</w:t>
      </w:r>
    </w:p>
    <w:p/>
    <w:p>
      <w:r>
        <w:t>60. 下列属于建构主义学习理论观点的有（　）。</w:t>
      </w:r>
    </w:p>
    <w:p>
      <w:r>
        <w:t>A.知识是动态的　B.学习是主动建构的过程　C.强调情境与协作　D.学生是空的容器</w:t>
      </w:r>
    </w:p>
    <w:p>
      <w:r>
        <w:t>【答案】ABC　【解析】建构主义认为知识动态、学习主动建构、强调情境协作会话；D是行为主义的“白板说”。</w:t>
      </w:r>
    </w:p>
    <w:p/>
    <w:p>
      <w:pPr>
        <w:pStyle w:val="Heading1"/>
      </w:pPr>
      <w:r>
        <w:t>三、判断题（每题1分，共20分，正确打√，错误打×）</w:t>
      </w:r>
    </w:p>
    <w:p>
      <w:r>
        <w:t>61. 教育具有历史继承性。（　）</w:t>
      </w:r>
    </w:p>
    <w:p>
      <w:r>
        <w:t>【答案】√　【解析】教育的历史继承性指每个时代的教育都与以往教育有传承关系，是教育的社会属性之一。</w:t>
      </w:r>
    </w:p>
    <w:p/>
    <w:p>
      <w:r>
        <w:t>62. 学校教育在人的身心发展中起决定作用。（　）</w:t>
      </w:r>
    </w:p>
    <w:p>
      <w:r>
        <w:t>【答案】×　【解析】学校教育在人的身心发展中起主导作用，个体主观能动性才起决定作用。</w:t>
      </w:r>
    </w:p>
    <w:p/>
    <w:p>
      <w:r>
        <w:t>63. 教学永远具有教育性。（　）</w:t>
      </w:r>
    </w:p>
    <w:p>
      <w:r>
        <w:t>【答案】√　【解析】赫尔巴特提出教育性教学原则，认为教学过程中必然传授思想品德，没有无教育的教学。</w:t>
      </w:r>
    </w:p>
    <w:p/>
    <w:p>
      <w:r>
        <w:t>64. 定势对问题解决只有消极影响。（　）</w:t>
      </w:r>
    </w:p>
    <w:p>
      <w:r>
        <w:t>【答案】×　【解析】定势对问题解决既有积极作用（同类问题快速解决）也有消极作用（束缚思路）。</w:t>
      </w:r>
    </w:p>
    <w:p/>
    <w:p>
      <w:r>
        <w:t>65. 情绪和动机的强度与学习效率之间呈U型关系。（　）</w:t>
      </w:r>
    </w:p>
    <w:p>
      <w:r>
        <w:t>【答案】×　【解析】耶克斯-多德森定律表明动机强度与效率呈倒U型曲线，中等强度动机效率最高。</w:t>
      </w:r>
    </w:p>
    <w:p/>
    <w:p>
      <w:r>
        <w:t>66. 义务教育是国家统一实施的所有适龄儿童少年必须接受的教育。（　）</w:t>
      </w:r>
    </w:p>
    <w:p>
      <w:r>
        <w:t>【答案】√　【解析】《义务教育法》明确义务教育是国家统一实施、所有适龄儿童少年必须接受的教育，具有强制性。</w:t>
      </w:r>
    </w:p>
    <w:p/>
    <w:p>
      <w:r>
        <w:t>67. 负强化就是惩罚。（　）</w:t>
      </w:r>
    </w:p>
    <w:p>
      <w:r>
        <w:t>【答案】×　【解析】负强化是撤销厌恶刺激以增加行为概率；惩罚是降低行为概率，二者本质不同。</w:t>
      </w:r>
    </w:p>
    <w:p/>
    <w:p>
      <w:r>
        <w:t>68. 复述策略是认知策略的一种。（　）</w:t>
      </w:r>
    </w:p>
    <w:p>
      <w:r>
        <w:t>【答案】√　【解析】认知策略包括复述策略、精细加工策略和组织策略，复述策略是基础一种。</w:t>
      </w:r>
    </w:p>
    <w:p/>
    <w:p>
      <w:r>
        <w:t>69. 班级是学校开展教学活动的基本单位。（　）</w:t>
      </w:r>
    </w:p>
    <w:p>
      <w:r>
        <w:t>【答案】√　【解析】班级是学校的基层组织，是进行教学活动和教育工作的基本单位。</w:t>
      </w:r>
    </w:p>
    <w:p/>
    <w:p>
      <w:r>
        <w:t>70. 焦虑对学习只有负面影响。（　）</w:t>
      </w:r>
    </w:p>
    <w:p>
      <w:r>
        <w:t>【答案】×　【解析】适度焦虑有利于学习，焦虑过高或过低都不利于学习，中等焦虑水平学习效果最佳。</w:t>
      </w:r>
    </w:p>
    <w:p/>
    <w:p>
      <w:r>
        <w:t>71. 教育目的是教育活动的出发点和归宿。（　）</w:t>
      </w:r>
    </w:p>
    <w:p>
      <w:r>
        <w:t>【答案】√　【解析】教育目的贯穿教育活动全过程，指导教育制度建立、内容选择和方法使用，是出发点和归宿。</w:t>
      </w:r>
    </w:p>
    <w:p/>
    <w:p>
      <w:r>
        <w:t>72. 榜样示范法是德育的唯一方法。（　）</w:t>
      </w:r>
    </w:p>
    <w:p>
      <w:r>
        <w:t>【答案】×　【解析】德育方法包括说服教育法、榜样示范法、实际锻炼法、情感陶冶法、道德修养法等多种。</w:t>
      </w:r>
    </w:p>
    <w:p/>
    <w:p>
      <w:r>
        <w:t>73. 流体智力随年龄增长一直上升。（　）</w:t>
      </w:r>
    </w:p>
    <w:p>
      <w:r>
        <w:t>【答案】×　【解析】卡特尔将智力分为流体智力和晶体智力；流体智力在成年后缓慢下降，晶体智力持续上升。</w:t>
      </w:r>
    </w:p>
    <w:p/>
    <w:p>
      <w:r>
        <w:t>74. 教师享有对学校教育教学管理工作提出意见和建议的权利。（　）</w:t>
      </w:r>
    </w:p>
    <w:p>
      <w:r>
        <w:t>【答案】√　【解析】《教师法》第七条规定教师享有对学校教育教学管理工作提出意见建议、参与民主管理的权利。</w:t>
      </w:r>
    </w:p>
    <w:p/>
    <w:p>
      <w:r>
        <w:t>75. 有意义学习是奥苏贝尔提出的。（　）</w:t>
      </w:r>
    </w:p>
    <w:p>
      <w:r>
        <w:t>【答案】√　【解析】奥苏贝尔提出有意义接受学习理论，认为学习是将新知识与已有知识建立非人为实质性联系。</w:t>
      </w:r>
    </w:p>
    <w:p/>
    <w:p>
      <w:r>
        <w:t>76. 德育过程必须遵循知、情、意、行的固定顺序。（　）</w:t>
      </w:r>
    </w:p>
    <w:p>
      <w:r>
        <w:t>【答案】×　【解析】德育过程一般从知开始，但可以有多种开端，具体情况具体分析，不一定固定顺序。</w:t>
      </w:r>
    </w:p>
    <w:p/>
    <w:p>
      <w:r>
        <w:t>77. 注意的转移就是注意的分散。（　）</w:t>
      </w:r>
    </w:p>
    <w:p>
      <w:r>
        <w:t>【答案】×　【解析】注意转移是主动根据任务需要把注意转向新对象，是积极的；注意分散是被动离开当前任务，是消极的。</w:t>
      </w:r>
    </w:p>
    <w:p/>
    <w:p>
      <w:r>
        <w:t>78. 终身教育包括教育的一切方面。（　）</w:t>
      </w:r>
    </w:p>
    <w:p>
      <w:r>
        <w:t>【答案】√　【解析】保罗·朗格朗提出终身教育，指人一生中所受各种教育的总和，包括一切方面和阶段。</w:t>
      </w:r>
    </w:p>
    <w:p/>
    <w:p>
      <w:r>
        <w:t>79. 变式是本质特征变、非本质特征不变。（　）</w:t>
      </w:r>
    </w:p>
    <w:p>
      <w:r>
        <w:t>【答案】×　【解析】变式是变换同类事物的非本质特征以突出本质特征，本质特征保持不变。</w:t>
      </w:r>
    </w:p>
    <w:p/>
    <w:p>
      <w:r>
        <w:t>80. 教师对优生的偏爱是自然的、无可非议的。（　）</w:t>
      </w:r>
    </w:p>
    <w:p>
      <w:r>
        <w:t>【答案】×　【解析】关爱学生要求教师公平公正对待每一位学生，偏爱优生违背教育公平和师德要求。</w:t>
      </w:r>
    </w:p>
    <w:p/>
    <w:p>
      <w:pPr>
        <w:pStyle w:val="Heading1"/>
      </w:pPr>
      <w:r>
        <w:t>四、简答题（每题1分，共20分）</w:t>
      </w:r>
    </w:p>
    <w:p>
      <w:r>
        <w:t>81. 简述生产力对教育的制约作用。</w:t>
      </w:r>
    </w:p>
    <w:p>
      <w:r>
        <w:t>【参考答案】①生产力决定教育的发展规模和速度；②生产力制约人才培养规格和教育结构；③生产力制约教学内容、方法和组织形式。</w:t>
      </w:r>
    </w:p>
    <w:p/>
    <w:p>
      <w:r>
        <w:t>82. 简述教育对生产力的促进作用。</w:t>
      </w:r>
    </w:p>
    <w:p>
      <w:r>
        <w:t>【参考答案】①教育再生产劳动力；②教育再生产科学知识；③教育是发展科学技术的重要手段。</w:t>
      </w:r>
    </w:p>
    <w:p/>
    <w:p>
      <w:r>
        <w:t>83. 简述影响个体身心发展的因素及其作用。</w:t>
      </w:r>
    </w:p>
    <w:p>
      <w:r>
        <w:t>【参考答案】遗传是生理前提，环境是现实基础，学校教育起主导作用，个体主观能动性起决定作用。</w:t>
      </w:r>
    </w:p>
    <w:p/>
    <w:p>
      <w:r>
        <w:t>84. 简述我国现阶段的教学任务。</w:t>
      </w:r>
    </w:p>
    <w:p>
      <w:r>
        <w:t>【参考答案】①使学生掌握系统的现代科学文化基础知识和基本技能；②发展学生智力体力和创造才能；③培养学生社会主义品德和审美情趣，奠定学生世界观基础；④关注学生个性发展。</w:t>
      </w:r>
    </w:p>
    <w:p/>
    <w:p>
      <w:r>
        <w:t>85. 简述教学过程的基本阶段。</w:t>
      </w:r>
    </w:p>
    <w:p>
      <w:r>
        <w:t>【参考答案】激发学习动机→领会知识（中心环节）→巩固知识→运用知识→检查知识。</w:t>
      </w:r>
    </w:p>
    <w:p/>
    <w:p>
      <w:r>
        <w:t>86. 简述一堂好课的基本要求。</w:t>
      </w:r>
    </w:p>
    <w:p>
      <w:r>
        <w:t>【参考答案】目标明确、内容正确、方法得当、表达清晰、组织严密、气氛热烈，板书有序，充分发挥学生主体性。</w:t>
      </w:r>
    </w:p>
    <w:p/>
    <w:p>
      <w:r>
        <w:t>87. 简述德育过程的基本规律。</w:t>
      </w:r>
    </w:p>
    <w:p>
      <w:r>
        <w:t>【参考答案】①是培养学生知、情、意、行统一发展的过程；②是组织学生活动和交往、统一多方面影响的过程；③是促进学生思想内部矛盾运动的过程；④是长期、反复、逐步提高的过程。</w:t>
      </w:r>
    </w:p>
    <w:p/>
    <w:p>
      <w:r>
        <w:t>88. 简述德育的基本原则。</w:t>
      </w:r>
    </w:p>
    <w:p>
      <w:r>
        <w:t>【参考答案】导向性原则、疏导原则、尊重学生与严格要求相结合、教育一致性与连贯性、因材施教、正面教育与纪律约束、依靠积极因素克服消极因素、集体教育与个别教育相结合。</w:t>
      </w:r>
    </w:p>
    <w:p/>
    <w:p>
      <w:r>
        <w:t>89. 简述如何激发学生的学习动机。</w:t>
      </w:r>
    </w:p>
    <w:p>
      <w:r>
        <w:t>【参考答案】①创设问题情境启发式教学；②根据作业难度控制动机水平；③充分利用反馈评价妥善奖惩；④合理设置课堂目标培养自我效能感；⑤训练学生归因。</w:t>
      </w:r>
    </w:p>
    <w:p/>
    <w:p>
      <w:r>
        <w:t>90. 简述如何培养学生的创造性思维。</w:t>
      </w:r>
    </w:p>
    <w:p>
      <w:r>
        <w:t>【参考答案】①创设有利环境；②培养发散思维与聚合思维；③开展创造性活动；④培养创造性人格；⑤教授思维策略方法。</w:t>
      </w:r>
    </w:p>
    <w:p/>
    <w:p>
      <w:r>
        <w:t>91. 简述建构主义学习理论的基本观点。</w:t>
      </w:r>
    </w:p>
    <w:p>
      <w:r>
        <w:t>【参考答案】知识观：知识是动态的、主观的；学习观：学习是主动建构、社会互动、情境性的；学生观：学生不是空着脑袋进教室。</w:t>
      </w:r>
    </w:p>
    <w:p/>
    <w:p>
      <w:r>
        <w:t>92. 简述班主任的基本职责。</w:t>
      </w:r>
    </w:p>
    <w:p>
      <w:r>
        <w:t>【参考答案】①了解研究学生；②组织培养班集体；③做好个别教育；④协调各方面教育影响；⑤操行评定；⑥做好班主任工作计划总结。</w:t>
      </w:r>
    </w:p>
    <w:p/>
    <w:p>
      <w:r>
        <w:t>93. 简述如何培养学生的观察力。</w:t>
      </w:r>
    </w:p>
    <w:p>
      <w:r>
        <w:t>【参考答案】①明确观察目的任务；②制定观察计划；③激发观察兴趣；④教给观察方法；⑤记录整理观察结果；⑥对学生进行观察训练。</w:t>
      </w:r>
    </w:p>
    <w:p/>
    <w:p>
      <w:r>
        <w:t>94. 简述如何合理组织复习。</w:t>
      </w:r>
    </w:p>
    <w:p>
      <w:r>
        <w:t>【参考答案】①及时复习；②合理分配复习时间；③分散复习与集中复习结合；④反复阅读与试图回忆结合；⑤多种感官参与；⑥掌握复习量适当过度学习。</w:t>
      </w:r>
    </w:p>
    <w:p/>
    <w:p>
      <w:r>
        <w:t>95. 简述气质与性格的关系。</w:t>
      </w:r>
    </w:p>
    <w:p>
      <w:r>
        <w:t>【参考答案】气质受生理影响大、无好坏之分；性格受社会影响大、有优劣之别。二者相互渗透、彼此制约：气质影响性格形成速度和表现方式；性格可以掩盖和改造气质。</w:t>
      </w:r>
    </w:p>
    <w:p/>
    <w:p>
      <w:r>
        <w:t>96. 简述皮亚杰的认知发展阶段理论。</w:t>
      </w:r>
    </w:p>
    <w:p>
      <w:r>
        <w:t>【参考答案】感知运动阶段（0-2岁）：客体永久性；前运算阶段（2-7岁）：自我中心；具体运算阶段（7-11岁）：守恒；形式运算阶段（11岁后）：抽象逻辑思维。</w:t>
      </w:r>
    </w:p>
    <w:p/>
    <w:p>
      <w:r>
        <w:t>97. 简述如何运用记忆规律促进知识保持。</w:t>
      </w:r>
    </w:p>
    <w:p>
      <w:r>
        <w:t>【参考答案】①明确记忆目的增强主动性；②理解学习材料意义；③对材料精细加工；④运用组块化策略；⑤运用多重信息编码；⑥重视复习方法。</w:t>
      </w:r>
    </w:p>
    <w:p/>
    <w:p>
      <w:r>
        <w:t>98. 简述我国新型师生关系的特点。</w:t>
      </w:r>
    </w:p>
    <w:p>
      <w:r>
        <w:t>【参考答案】尊师爱生、民主平等、教学相长、心理相容。理想师生关系强调合作、对话、平等、互相尊重。</w:t>
      </w:r>
    </w:p>
    <w:p/>
    <w:p>
      <w:r>
        <w:t>99. 简述教师劳动的特点。</w:t>
      </w:r>
    </w:p>
    <w:p>
      <w:r>
        <w:t>【参考答案】复杂性和创造性、连续性和广延性、长期性和间接性、主体性和示范性、劳动方式个体性和劳动成果群体性。</w:t>
      </w:r>
    </w:p>
    <w:p/>
    <w:p>
      <w:r>
        <w:t>100. 简述2026年下半年中小学教师资格考试的重要时间节点。</w:t>
      </w:r>
    </w:p>
    <w:p>
      <w:r>
        <w:t>【参考答案】据教育部教育考试院：2026年下半年笔试报名7月3日开始，笔试时间9月12日，准考证打印9月7日至12日，面试12月5日至6日举行。考生须关注本省报名公告，在规定时间内完成注册、填报、审核和缴费。</w:t>
      </w:r>
    </w:p>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