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民事起诉状（民间借贷/买卖合同/交通事故通用范本）</w:t>
      </w:r>
    </w:p>
    <w:p>
      <w:r>
        <w:rPr>
          <w:b w:val="0"/>
        </w:rPr>
        <w:t>原告：______________，性别____，______年____月____日生，民族____，工作单位____________，住所________________________，身份证号________________________，联系电话____________。</w:t>
      </w:r>
    </w:p>
    <w:p>
      <w:r>
        <w:rPr>
          <w:b w:val="0"/>
        </w:rPr>
        <w:t>（如原告为单位：名称____________，统一社会信用代码____________，住所地________________________，法定代表人____________，职务____________，联系电话____________。）</w:t>
      </w:r>
    </w:p>
    <w:p>
      <w:r>
        <w:rPr>
          <w:b w:val="0"/>
        </w:rPr>
        <w:t>被告：______________，性别____，______年____月____日生，民族____，工作单位____________，住所________________________，身份证号________________________，联系电话____________。</w:t>
      </w:r>
    </w:p>
    <w:p>
      <w:r>
        <w:rPr>
          <w:b w:val="0"/>
        </w:rPr>
        <w:t>（如被告为单位：名称____________，统一社会信用代码____________，住所地________________________，法定代表人____________，职务____________，联系电话____________。）</w:t>
      </w:r>
    </w:p>
    <w:p>
      <w:r>
        <w:rPr>
          <w:b w:val="0"/>
        </w:rPr>
      </w:r>
    </w:p>
    <w:p>
      <w:r>
        <w:rPr>
          <w:b/>
        </w:rPr>
        <w:t>诉讼请求</w:t>
      </w:r>
    </w:p>
    <w:p>
      <w:r>
        <w:rPr>
          <w:b w:val="0"/>
        </w:rPr>
        <w:t>一、判令被告向原告支付人民币____________元（其中：本金____元、利息____元、违约金____元，利息暂计至______年____月____日，此后按____%年利率计算至实际清偿之日止）；</w:t>
      </w:r>
    </w:p>
    <w:p>
      <w:r>
        <w:rPr>
          <w:b w:val="0"/>
        </w:rPr>
        <w:t>二、判令被告承担本案案件受理费、保全费、公告费等全部诉讼费用；</w:t>
      </w:r>
    </w:p>
    <w:p>
      <w:r>
        <w:rPr>
          <w:b w:val="0"/>
        </w:rPr>
        <w:t>三、（如涉及担保）判令保证人____________对上述债务承担连带清偿责任；判令原告对被告抵押的____________（房产/车辆）享有优先受偿权。</w:t>
      </w:r>
    </w:p>
    <w:p>
      <w:r>
        <w:rPr>
          <w:b w:val="0"/>
        </w:rPr>
      </w:r>
    </w:p>
    <w:p>
      <w:r>
        <w:rPr>
          <w:b/>
        </w:rPr>
        <w:t>事实与理由</w:t>
      </w:r>
    </w:p>
    <w:p>
      <w:r>
        <w:rPr>
          <w:b w:val="0"/>
        </w:rPr>
        <w:t>______年____月____日，被告因____________（如：资金周转/购车/购房）需要，向原告借款（或：向原告购买____________货物），双方约定____________（如：借款金额、利率、还款日期/交货时间、付款时间）。原告于______年____月____日通过银行转账（账号____________）向被告交付人民币____________元（或：原告按约定于______年____月____日交付了货物，被告验收合格）。</w:t>
      </w:r>
    </w:p>
    <w:p>
      <w:r>
        <w:rPr>
          <w:b w:val="0"/>
        </w:rPr>
        <w:t>还款（付款）期限届满后，原告多次通过电话、微信、书面催款函等方式向被告催要，被告仅于______年____月____日支付____________元，剩余____________元至今未付，已构成违约。</w:t>
      </w:r>
    </w:p>
    <w:p>
      <w:r>
        <w:rPr>
          <w:b w:val="0"/>
        </w:rPr>
        <w:t>原告认为，原被告之间的____________合同关系合法有效，原告已按约定履行了出借（交货）义务，被告未按约定还款（付款），应承担继续履行并支付逾期利息的违约责任。为维护原告合法权益，依据《中华人民共和国民法典》第____条、《中华人民共和国民事诉讼法》相关规定，特向贵院提起诉讼，恳请依法判如所请。</w:t>
      </w:r>
    </w:p>
    <w:p>
      <w:r>
        <w:rPr>
          <w:b w:val="0"/>
        </w:rPr>
      </w:r>
    </w:p>
    <w:p>
      <w:r>
        <w:rPr>
          <w:b w:val="0"/>
        </w:rPr>
        <w:t>此致</w:t>
      </w:r>
    </w:p>
    <w:p>
      <w:r>
        <w:rPr>
          <w:b w:val="0"/>
        </w:rPr>
        <w:t>____________人民法院</w:t>
      </w:r>
    </w:p>
    <w:p>
      <w:r>
        <w:rPr>
          <w:b w:val="0"/>
        </w:rPr>
      </w:r>
    </w:p>
    <w:p>
      <w:r>
        <w:rPr>
          <w:b w:val="0"/>
        </w:rPr>
        <w:t>具状人（签名/按手印）：______________</w:t>
      </w:r>
    </w:p>
    <w:p>
      <w:r>
        <w:rPr>
          <w:b w:val="0"/>
        </w:rPr>
        <w:t>______年____月____日</w:t>
      </w:r>
    </w:p>
    <w:p>
      <w:r>
        <w:rPr>
          <w:b w:val="0"/>
        </w:rPr>
      </w:r>
    </w:p>
    <w:p>
      <w:r>
        <w:rPr>
          <w:b/>
        </w:rPr>
        <w:t>附：</w:t>
      </w:r>
    </w:p>
    <w:p>
      <w:r>
        <w:rPr>
          <w:b w:val="0"/>
        </w:rPr>
        <w:t>1. 本起诉状副本____份（按被告人数提交）；</w:t>
      </w:r>
    </w:p>
    <w:p>
      <w:r>
        <w:rPr>
          <w:b w:val="0"/>
        </w:rPr>
        <w:t>2. 证据材料清单及证据复印件____套：</w:t>
      </w:r>
    </w:p>
    <w:p>
      <w:r>
        <w:rPr>
          <w:b w:val="0"/>
        </w:rPr>
        <w:t xml:space="preserve">   （1）借条/借款合同/买卖合同原件；</w:t>
      </w:r>
    </w:p>
    <w:p>
      <w:r>
        <w:rPr>
          <w:b w:val="0"/>
        </w:rPr>
        <w:t xml:space="preserve">   （2）银行转账凭证、微信/支付宝转账记录；</w:t>
      </w:r>
    </w:p>
    <w:p>
      <w:r>
        <w:rPr>
          <w:b w:val="0"/>
        </w:rPr>
        <w:t xml:space="preserve">   （3）催款聊天记录、通话录音、催款函及快递签收凭证；</w:t>
      </w:r>
    </w:p>
    <w:p>
      <w:r>
        <w:rPr>
          <w:b w:val="0"/>
        </w:rPr>
        <w:t xml:space="preserve">   （4）被告身份信息（身份证复印件或户籍信息）；</w:t>
      </w:r>
    </w:p>
    <w:p>
      <w:r>
        <w:rPr>
          <w:b w:val="0"/>
        </w:rPr>
        <w:t xml:space="preserve">   （5）担保合同/抵押登记证明（如有）。</w:t>
      </w:r>
    </w:p>
    <w:p>
      <w:r>
        <w:rPr>
          <w:b w:val="0"/>
        </w:rPr>
      </w:r>
    </w:p>
    <w:p>
      <w:r>
        <w:rPr>
          <w:b/>
        </w:rPr>
        <w:t>写起诉状的八条实在提示</w:t>
      </w:r>
    </w:p>
    <w:p>
      <w:r>
        <w:rPr>
          <w:b w:val="0"/>
        </w:rPr>
        <w:t>1. 原告被告信息一定要写全，特别是身份证号和住址，法院立案和送传票都靠这个；被告是单位的，要写统一社会信用代码和法定代表人。</w:t>
      </w:r>
    </w:p>
    <w:p>
      <w:r>
        <w:rPr>
          <w:b w:val="0"/>
        </w:rPr>
        <w:t>2. 管辖法院一般是被告住所地或合同履行地法院；民间借贷可以在原告住所地法院起诉（接收货币一方所在地）。</w:t>
      </w:r>
    </w:p>
    <w:p>
      <w:r>
        <w:rPr>
          <w:b w:val="0"/>
        </w:rPr>
        <w:t>3. 诉讼请求金额要算清楚，本金、利息、违约金分别列；利息要写清楚计算方式和起止日期。</w:t>
      </w:r>
    </w:p>
    <w:p>
      <w:r>
        <w:rPr>
          <w:b w:val="0"/>
        </w:rPr>
        <w:t>4. 事实与理由按时间顺序写：什么时候借的/买的、怎么交付的、催了几次、还了多少、剩多少，不要写情绪化的话，法官只看证据。</w:t>
      </w:r>
    </w:p>
    <w:p>
      <w:r>
        <w:rPr>
          <w:b w:val="0"/>
        </w:rPr>
        <w:t>5. 证据一定要复印一套交法院，自己手里保留原件；开庭时带原件核对。</w:t>
      </w:r>
    </w:p>
    <w:p>
      <w:r>
        <w:rPr>
          <w:b w:val="0"/>
        </w:rPr>
        <w:t>6. 金额较小（1万元以下）的可以走小额诉讼程序，一审终审、速度快；超过1万元的走简易程序也比普通程序快。</w:t>
      </w:r>
    </w:p>
    <w:p>
      <w:r>
        <w:rPr>
          <w:b w:val="0"/>
        </w:rPr>
        <w:t>7. 起诉前可以先申请财产保全，查封被告银行账户、房产、车辆，防止对方转移财产；保全要提供担保，现在可以买保全责任险。</w:t>
      </w:r>
    </w:p>
    <w:p>
      <w:r>
        <w:rPr>
          <w:b w:val="0"/>
        </w:rPr>
        <w:t>8. 诉讼时效一般3年，从约定还款日到期那天起算；中途催款一次，时效重新算，但一定要留证据（微信、短信、书面函件）。</w:t>
      </w:r>
    </w:p>
    <w:p>
      <w:r>
        <w:rPr>
          <w:b w:val="0"/>
        </w:rPr>
      </w:r>
    </w:p>
    <w:p>
      <w:r>
        <w:rPr>
          <w:b/>
        </w:rPr>
        <w:t>附：民间借贷纠纷起诉状（填写示例节选）</w:t>
      </w:r>
    </w:p>
    <w:p>
      <w:r>
        <w:rPr>
          <w:b w:val="0"/>
        </w:rPr>
        <w:t>原告：张三，男，1985年5月10日生，汉族，住呼伦贝尔市海拉尔区XX路XX号，身份证号150XXXXXXXXXXX，电话138XXXXXXX。</w:t>
      </w:r>
    </w:p>
    <w:p>
      <w:r>
        <w:rPr>
          <w:b w:val="0"/>
        </w:rPr>
        <w:t>被告：李四，男，1982年3月20日生，汉族，住呼伦贝尔市海拉尔区XX街XX号楼XX单元，身份证号150XXXXXXXXXXX，电话139XXXXXXX。</w:t>
      </w:r>
    </w:p>
    <w:p>
      <w:r>
        <w:rPr>
          <w:b w:val="0"/>
        </w:rPr>
        <w:t>诉讼请求：一、判令被告偿还原告借款本金人民币50000元；二、判令被告支付原告利息（以50000元为基数，自2025年3月1日起按年利率14.6%计算至实际清偿之日止）；三、本案诉讼费由被告承担。</w:t>
      </w:r>
    </w:p>
    <w:p>
      <w:r>
        <w:rPr>
          <w:b w:val="0"/>
        </w:rPr>
        <w:t>事实与理由：2025年3月1日，被告以经营超市进货需要资金为由向原告借款5万元，约定借款期限6个月，年利率14.6%，被告出具借条一张。原告当日通过中国建设银行账户（账号XXXXXXXXXXX）向被告中国建设银行账户（账号XXXXXXXXXXX）转账5万元。借款到期后，原告多次通过微信、电话催要，被告仅于2025年10月偿还利息3000元，本金及剩余利息至今未付。为维护原告合法权益，依据《民法典》第六百七十五条、第六百七十六条及《民事诉讼法》相关规定，诉至贵院，请依法判决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