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赡养老人协议书（多子女家庭通用范本）</w:t>
      </w:r>
    </w:p>
    <w:p>
      <w:r>
        <w:rPr>
          <w:b w:val="0"/>
        </w:rPr>
        <w:t>被赡养人（父亲）：____________，______年____月____日生，身份证号________________________，现住址________________________。</w:t>
      </w:r>
    </w:p>
    <w:p>
      <w:r>
        <w:rPr>
          <w:b w:val="0"/>
        </w:rPr>
        <w:t>被赡养人（母亲）：____________，______年____月____日生，身份证号________________________，现住址________________________。</w:t>
      </w:r>
    </w:p>
    <w:p>
      <w:r>
        <w:rPr>
          <w:b w:val="0"/>
        </w:rPr>
        <w:t>赡养人（长子）：____________，身份证号________________________，工作单位____________，联系电话____________。</w:t>
      </w:r>
    </w:p>
    <w:p>
      <w:r>
        <w:rPr>
          <w:b w:val="0"/>
        </w:rPr>
        <w:t>赡养人（次子）：____________，身份证号________________________，工作单位____________，联系电话____________。</w:t>
      </w:r>
    </w:p>
    <w:p>
      <w:r>
        <w:rPr>
          <w:b w:val="0"/>
        </w:rPr>
        <w:t>赡养人（长女）：____________，身份证号________________________，工作单位____________，联系电话____________。</w:t>
      </w:r>
    </w:p>
    <w:p>
      <w:r>
        <w:rPr>
          <w:b w:val="0"/>
        </w:rPr>
        <w:t>（其他赡养人依次列全）</w:t>
      </w:r>
    </w:p>
    <w:p>
      <w:r>
        <w:rPr>
          <w:b w:val="0"/>
        </w:rPr>
      </w:r>
    </w:p>
    <w:p>
      <w:r>
        <w:rPr>
          <w:b w:val="0"/>
        </w:rPr>
        <w:t>为维护被赡养人合法权益，弘扬中华民族尊老敬老传统，依据《中华人民共和国民法典》《中华人民共和国老年人权益保障法》，经全体赡养人平等协商，就父母赡养事宜达成如下协议，共同遵守。</w:t>
      </w:r>
    </w:p>
    <w:p>
      <w:r>
        <w:rPr>
          <w:b w:val="0"/>
        </w:rPr>
      </w:r>
    </w:p>
    <w:p>
      <w:r>
        <w:rPr>
          <w:b/>
        </w:rPr>
        <w:t>第一条 赡养方式</w:t>
      </w:r>
    </w:p>
    <w:p>
      <w:r>
        <w:rPr>
          <w:b w:val="0"/>
        </w:rPr>
        <w:t>经协商，被赡养人按以下第______种方式赡养：</w:t>
      </w:r>
    </w:p>
    <w:p>
      <w:r>
        <w:rPr>
          <w:b w:val="0"/>
        </w:rPr>
        <w:t>（一）轮养：被赡养人在各赡养人家中轮流居住，每家每次______个月，自______年____月____日起开始轮换，顺序为长子→次子→长女→；</w:t>
      </w:r>
    </w:p>
    <w:p>
      <w:r>
        <w:rPr>
          <w:b w:val="0"/>
        </w:rPr>
        <w:t>（二）居家养老：被赡养人在自己住房居住，由各赡养人定期上门照料并支付赡养费；</w:t>
      </w:r>
    </w:p>
    <w:p>
      <w:r>
        <w:rPr>
          <w:b w:val="0"/>
        </w:rPr>
        <w:t>（三）机构养老：被赡养人入住____________养老院，费用由各赡养人按比例分担。</w:t>
      </w:r>
    </w:p>
    <w:p>
      <w:r>
        <w:rPr>
          <w:b w:val="0"/>
        </w:rPr>
      </w:r>
    </w:p>
    <w:p>
      <w:r>
        <w:rPr>
          <w:b/>
        </w:rPr>
        <w:t>第二条 赡养费分担</w:t>
      </w:r>
    </w:p>
    <w:p>
      <w:r>
        <w:rPr>
          <w:b w:val="0"/>
        </w:rPr>
        <w:t>被赡养人每月生活费、护理费、医药费等基本开支，由各赡养人按以下比例分担：长子__%、次子__%、长女__%。</w:t>
      </w:r>
    </w:p>
    <w:p>
      <w:r>
        <w:rPr>
          <w:b w:val="0"/>
        </w:rPr>
        <w:t>各赡养人应于每月____日前将当月赡养费人民币______元汇入被赡养人指定账户（户名____________，账号____________，开户行____________）。</w:t>
      </w:r>
    </w:p>
    <w:p>
      <w:r>
        <w:rPr>
          <w:b w:val="0"/>
        </w:rPr>
        <w:t>被赡养人重大疾病住院费用（单次超过______元部分）、护理费、安葬费等一次性大额支出，由各赡养人按同等比例另行分担。</w:t>
      </w:r>
    </w:p>
    <w:p>
      <w:r>
        <w:rPr>
          <w:b w:val="0"/>
        </w:rPr>
      </w:r>
    </w:p>
    <w:p>
      <w:r>
        <w:rPr>
          <w:b/>
        </w:rPr>
        <w:t>第三条 医疗与护理</w:t>
      </w:r>
    </w:p>
    <w:p>
      <w:r>
        <w:rPr>
          <w:b w:val="0"/>
        </w:rPr>
        <w:t>被赡养人日常就医由轮值赡养人陪同办理；住院治疗期间，各赡养人轮流陪护，无法亲自陪护的，可出资聘请护工（费用按第二条比例分担）。</w:t>
      </w:r>
    </w:p>
    <w:p>
      <w:r>
        <w:rPr>
          <w:b w:val="0"/>
        </w:rPr>
        <w:t>被赡养人参加城乡居民医保或职工医保的，医保报销后自付部分按上述比例分担；未参保的，全部医疗费用按比例分担。</w:t>
      </w:r>
    </w:p>
    <w:p>
      <w:r>
        <w:rPr>
          <w:b w:val="0"/>
        </w:rPr>
      </w:r>
    </w:p>
    <w:p>
      <w:r>
        <w:rPr>
          <w:b/>
        </w:rPr>
        <w:t>第四条 生活照料与精神慰藉</w:t>
      </w:r>
    </w:p>
    <w:p>
      <w:r>
        <w:rPr>
          <w:b w:val="0"/>
        </w:rPr>
        <w:t>赡养人应经常看望、问候被赡养人；与被赡养人不在一起居住的，应每______至少看望一次，每______至少电话问候一次。</w:t>
      </w:r>
    </w:p>
    <w:p>
      <w:r>
        <w:rPr>
          <w:b w:val="0"/>
        </w:rPr>
        <w:t>被赡养人的住房、衣着、饮食由轮值赡养人负责保障，不得虐待、遗弃，不得迫使被赡养人从事体力劳动。</w:t>
      </w:r>
    </w:p>
    <w:p>
      <w:r>
        <w:rPr>
          <w:b w:val="0"/>
        </w:rPr>
      </w:r>
    </w:p>
    <w:p>
      <w:r>
        <w:rPr>
          <w:b/>
        </w:rPr>
        <w:t>第五条 财产与继承</w:t>
      </w:r>
    </w:p>
    <w:p>
      <w:r>
        <w:rPr>
          <w:b w:val="0"/>
        </w:rPr>
        <w:t>被赡养人名下的房产、存款、金银首饰等财产，由被赡养人自主支配，各赡养人不得强行索要、私自分割。</w:t>
      </w:r>
    </w:p>
    <w:p>
      <w:r>
        <w:rPr>
          <w:b w:val="0"/>
        </w:rPr>
        <w:t>被赡养人过世后，其遗产按《民法典》继承编处理；本协议不影响各赡养人的法定继承权，但有能力赡养而不尽赡养义务的，分配遗产时应当少分或不分。</w:t>
      </w:r>
    </w:p>
    <w:p>
      <w:r>
        <w:rPr>
          <w:b w:val="0"/>
        </w:rPr>
      </w:r>
    </w:p>
    <w:p>
      <w:r>
        <w:rPr>
          <w:b/>
        </w:rPr>
        <w:t>第六条 违约责任</w:t>
      </w:r>
    </w:p>
    <w:p>
      <w:r>
        <w:rPr>
          <w:b w:val="0"/>
        </w:rPr>
        <w:t>赡养人不按本协议支付赡养费或不履行照料义务的，其他赡养人有权督促；经督促仍不履行的，被赡养人可向人民法院起诉，要求其履行赡养义务并支付已拖欠的赡养费。</w:t>
      </w:r>
    </w:p>
    <w:p>
      <w:r>
        <w:rPr>
          <w:b w:val="0"/>
        </w:rPr>
      </w:r>
    </w:p>
    <w:p>
      <w:r>
        <w:rPr>
          <w:b/>
        </w:rPr>
        <w:t>第七条 争议解决</w:t>
      </w:r>
    </w:p>
    <w:p>
      <w:r>
        <w:rPr>
          <w:b w:val="0"/>
        </w:rPr>
        <w:t>本协议履行中发生争议，各赡养人应优先协商解决；协商不成的，可请求社区居委会、村委会调解，或向被赡养人住所地人民法院起诉。</w:t>
      </w:r>
    </w:p>
    <w:p>
      <w:r>
        <w:rPr>
          <w:b w:val="0"/>
        </w:rPr>
      </w:r>
    </w:p>
    <w:p>
      <w:r>
        <w:rPr>
          <w:b/>
        </w:rPr>
        <w:t>第八条 其他</w:t>
      </w:r>
    </w:p>
    <w:p>
      <w:r>
        <w:rPr>
          <w:b w:val="0"/>
        </w:rPr>
        <w:t>1. 本协议经全体赡养人、被赡养人签字（按手印）后生效；</w:t>
      </w:r>
    </w:p>
    <w:p>
      <w:r>
        <w:rPr>
          <w:b w:val="0"/>
        </w:rPr>
        <w:t>2. 本协议一式______份，每位赡养人、被赡养人各执一份，社区居委会（村委会）可留存一份；</w:t>
      </w:r>
    </w:p>
    <w:p>
      <w:r>
        <w:rPr>
          <w:b w:val="0"/>
        </w:rPr>
        <w:t>3. 本协议未尽事宜，各赡养人可另行协商签订补充协议。</w:t>
      </w:r>
    </w:p>
    <w:p>
      <w:r>
        <w:rPr>
          <w:b w:val="0"/>
        </w:rPr>
      </w:r>
    </w:p>
    <w:p>
      <w:r>
        <w:rPr>
          <w:b w:val="0"/>
        </w:rPr>
        <w:t>被赡养人（父亲签字/按手印）：______________  日期：______年____月____日</w:t>
      </w:r>
    </w:p>
    <w:p>
      <w:r>
        <w:rPr>
          <w:b w:val="0"/>
        </w:rPr>
        <w:t>被赡养人（母亲签字/按手印）：______________  日期：______年____月____日</w:t>
      </w:r>
    </w:p>
    <w:p>
      <w:r>
        <w:rPr>
          <w:b w:val="0"/>
        </w:rPr>
        <w:t>赡养人（签字/按手印）：______________      日期：______年____月____日</w:t>
      </w:r>
    </w:p>
    <w:p>
      <w:r>
        <w:rPr>
          <w:b w:val="0"/>
        </w:rPr>
        <w:t>赡养人（签字/按手印）：______________      日期：______年____月____日</w:t>
      </w:r>
    </w:p>
    <w:p>
      <w:r>
        <w:rPr>
          <w:b w:val="0"/>
        </w:rPr>
        <w:t>赡养人（签字/按手印）：______________      日期：______年____月____日</w:t>
      </w:r>
    </w:p>
    <w:p>
      <w:r>
        <w:rPr>
          <w:b w:val="0"/>
        </w:rPr>
        <w:t>见证人（社区/村委会签字盖章）：______________  日期：______年____月____日</w:t>
      </w:r>
    </w:p>
    <w:p>
      <w:r>
        <w:rPr>
          <w:b w:val="0"/>
        </w:rPr>
      </w:r>
    </w:p>
    <w:p>
      <w:r>
        <w:rPr>
          <w:b/>
        </w:rPr>
        <w:t>签赡养协议的六点提醒</w:t>
      </w:r>
    </w:p>
    <w:p>
      <w:r>
        <w:rPr>
          <w:b w:val="0"/>
        </w:rPr>
        <w:t>1. 多个子女的家庭，最怕的就是互相推："大哥不出我也不出"。白纸黑字写清楚谁出多少、怎么轮、医药费怎么摊，比口头约定强一百倍。</w:t>
      </w:r>
    </w:p>
    <w:p>
      <w:r>
        <w:rPr>
          <w:b w:val="0"/>
        </w:rPr>
        <w:t>2. 赡养费金额要考虑老人实际开销（吃饭、医药、尿不湿、护工），不要拍脑袋定一个数；建议每年根据物价和身体情况调整一次。</w:t>
      </w:r>
    </w:p>
    <w:p>
      <w:r>
        <w:rPr>
          <w:b w:val="0"/>
        </w:rPr>
        <w:t>3. 女儿出嫁了也要赡养老人，这是法定义务，不能以"嫁出去的女儿泼出去的水"为由不担责任；同样，女儿也有继承权。</w:t>
      </w:r>
    </w:p>
    <w:p>
      <w:r>
        <w:rPr>
          <w:b w:val="0"/>
        </w:rPr>
        <w:t>4. 老人的财产不要提前分！一旦房子提前过户给某个子女，其他子女赡养积极性立马下降，老人晚年就被动了。</w:t>
      </w:r>
    </w:p>
    <w:p>
      <w:r>
        <w:rPr>
          <w:b w:val="0"/>
        </w:rPr>
        <w:t>5. 不赡养老人是违法的：情节严重的可能构成遗弃罪；老人可以直接起诉，不用经过子女同意。</w:t>
      </w:r>
    </w:p>
    <w:p>
      <w:r>
        <w:rPr>
          <w:b w:val="0"/>
        </w:rPr>
        <w:t>6. 建议请社区居委会或村委会作为见证人盖章，日后真有纠纷，这份协议就是最有力的证据。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