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32"/>
        </w:rPr>
        <w:t>新学期班主任工作计划范文（小学班主任通用，含班级管理与家校沟通）</w:t>
      </w:r>
    </w:p>
    <w:p>
      <w:r>
        <w:t>一、指导思想</w:t>
      </w:r>
    </w:p>
    <w:p>
      <w:r>
        <w:t xml:space="preserve">　　以学校新学期工作计划为指导，坚持育人为本、德育为先，围绕班风学风建设开展班级工作，关注每一个学生的身心健康和习惯养成，努力把班级建设成为团结、向上、有序的集体，让每个孩子在班级里有归属感、有进步。</w:t>
      </w:r>
    </w:p>
    <w:p>
      <w:r>
        <w:t>二、班级基本情况分析</w:t>
      </w:r>
    </w:p>
    <w:p>
      <w:r>
        <w:t xml:space="preserve">　　本班共有学生XX人，其中男生XX人，女生XX人。经过上一学期的观察，班级整体风气较好，多数学生学习习惯基本养成，但也存在以下问题：个别学生上课注意力不集中、作业拖拉；部分学生课间追逐打闹，安全意识不强；家校沟通还不够及时，个别家长对孩子在校情况了解较少。本学期将针对这些问题逐项改进。</w:t>
      </w:r>
    </w:p>
    <w:p>
      <w:r>
        <w:t>三、主要工作目标</w:t>
      </w:r>
    </w:p>
    <w:p>
      <w:r>
        <w:t xml:space="preserve">　　1.班风目标：形成“守纪、好学、团结、向上”的班级风气，本学期力争获得学校流动红旗不少于X次。2.学风目标：作业按时完成率达到95%以上，单元测试及格率100%、优秀率稳步提高。3.安全目标：全学期不发生责任安全事故，学生课间行为规范合格率达到100%。4.习惯目标：抓好早读、课前准备、眼保健操、卫生值日四个常规，让好习惯成为自然。</w:t>
      </w:r>
    </w:p>
    <w:p>
      <w:r>
        <w:t>四、具体工作措施</w:t>
      </w:r>
    </w:p>
    <w:p>
      <w:r>
        <w:t xml:space="preserve">　　（一）抓好常规管理。开学第一周重新学习《中小学生守则》和班级公约，明确早读、上课、课间、放学各环节要求。实行值日班长制度，每天安排两名学生轮流记录班级日志，放学前用五分钟小结当天情况，表扬好人好事，指出需要改进的地方。</w:t>
      </w:r>
    </w:p>
    <w:p>
      <w:r>
        <w:t xml:space="preserve">　　（二）抓好班干部队伍。开学两周内通过民主选举产生班委会，明确班长、学习委员、纪律委员、卫生委员的职责，每月召开一次班干部例会，教他们怎么管、怎么沟通，放手让班干部开展工作，班主任只做指导不包办。</w:t>
      </w:r>
    </w:p>
    <w:p>
      <w:r>
        <w:t xml:space="preserve">　　（三）抓好学风建设。建立学习互助小组，按优差搭配分成X组，组长负责本组作业检查和背诵过关；对作业拖拉的学生，安排在课后服务时间当面辅导；每月开展一次小型评比，评选“进步之星”，在班级墙报公示。</w:t>
      </w:r>
    </w:p>
    <w:p>
      <w:r>
        <w:t xml:space="preserve">　　（四）抓好安全教育。每周利用班会课讲一个安全主题：交通安全、课间安全、消防安全、防溺水、食品安全、网络安全，结合真实案例讲，让学生听得进、记得住。重点关注课间追逐打闹和上下楼梯秩序。</w:t>
      </w:r>
    </w:p>
    <w:p>
      <w:r>
        <w:t xml:space="preserve">　　（五）抓好家校沟通。建立班级家长微信群，每周五在群里发一条本周班级小结；对特殊学生，每月至少进行一次电话或上门家访；期中考试后召开一次家长会，向家长汇报学生在校表现，听取家长意见。沟通时坚持正面为主，先讲优点再讲需要改进的地方，不告状、不指责。</w:t>
      </w:r>
    </w:p>
    <w:p>
      <w:r>
        <w:t xml:space="preserve">　　（六）关注学生心理健康。班主任要做有心人，平时留心观察学生情绪变化：谁突然不爱说话了，谁上课走神了，谁和好朋友闹别扭了，都要及时谈一谈。谈话时找个安静的地方，蹲下来和孩子平视，先听他说，不急着批评。遇到自己拿不准的问题，及时和学校心理老师商量，绝不轻易给孩子贴标签。</w:t>
      </w:r>
    </w:p>
    <w:p>
      <w:r>
        <w:t xml:space="preserve">　　（七）做好后进生帮扶。建立后进生帮扶台账，对学习困难、行为习惯有偏差的学生，逐一分析原因：是基础差、是家庭原因、还是注意力问题。对症下药，基础差的补基础，习惯差的小步走，每天定一个够得着的小目标，完成就表扬。不拿后进生和别人比，只和他自己的过去比，有进步就肯定，让他在班级里抬起头来走路。</w:t>
      </w:r>
    </w:p>
    <w:p>
      <w:r>
        <w:t xml:space="preserve">　　（八）组织好班队活动。每月结合节日和教育重点安排一次主题班队会：九月讲常规、十月讲爱国、十一月讲安全、十二月讲感恩、一月讲复习与寒假。班队会让学生当主角，班主任只做幕后指导，把一次活动当成一次锻炼孩子表达和组织能力的机会。</w:t>
      </w:r>
    </w:p>
    <w:p>
      <w:r>
        <w:t xml:space="preserve">　　（九）抓好卫生与财产管理。教室卫生划片包干，每天二小扫、每周一大扫，卫生委员负责检查记录；教育学生爱护课桌椅、门窗和电教设备，损坏照价赔偿并登记；放学前提醒关灯、关窗、锁门，养成随手整理的习惯。</w:t>
      </w:r>
    </w:p>
    <w:p>
      <w:r>
        <w:t xml:space="preserve">　　（十）做好评优评先。每月评选“守纪之星”“学习之星”“进步之星”，在墙报张榜表扬；期末三好学生、优秀班干部按民主程序产生，标准公开、结果公示，让学生心服口服，把评优变成看得见的激励。</w:t>
      </w:r>
    </w:p>
    <w:p>
      <w:r>
        <w:t>五、月份工作安排</w:t>
      </w:r>
    </w:p>
    <w:p>
      <w:r>
        <w:t xml:space="preserve">　　九月份：开学常规教育，完成班委会选举，布置教室文化墙，召开第一次家长会。十月份：迎国庆主题班会，抓好作业习惯养成，开展第一次家访。十一月份：期中复习动员，组织家长会，开展安全主题班会。十二月份：迎冬季体育锻炼，后进生个别辅导，班级评优。一月份：期末复习安排，学生评语撰写，寒假安全教育，散学典礼。每个月结束做一次月度小结，对照目标看完成情况，没做到的下个月及时补上。</w:t>
      </w:r>
    </w:p>
    <w:p>
      <w:r>
        <w:t>六、工作要求</w:t>
      </w:r>
    </w:p>
    <w:p>
      <w:r>
        <w:t xml:space="preserve">　　做班主任要做到“三勤”：腿勤，多到教室里转；嘴勤，发现问题及时提醒；心勤，把每个学生的性格、家庭情况记在心里。对学生多鼓励、少批评，对待后进学生不放弃、不歧视，用一学期的耐心陪伴，换每个孩子一点点看得见的进步。班主任工作琐碎，一天下来常常口干舌燥，但每当毕业的孩子回校看你，你就会觉得这份工作值。本学期我会坚持写班级工作周记，把每天处理的问题、看到的进步记下来，期末回头看时，既是总结，也是成长。愿这一学期，班里每个孩子都能比刚开学时更快乐、更懂事、更自信，也让家长更放心、更满意。以上计划，请学校领导和同事们监督执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