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rFonts w:ascii="黑体" w:hAnsi="黑体" w:eastAsia="黑体"/>
          <w:b/>
          <w:sz w:val="32"/>
        </w:rPr>
        <w:t>小学毕业典礼发言稿范文（学生代表+教师代表+家长代表三篇通用）</w:t>
      </w:r>
    </w:p>
    <w:p>
      <w:r>
        <w:rPr>
          <w:rFonts w:ascii="黑体" w:hAnsi="黑体" w:eastAsia="黑体"/>
          <w:b/>
          <w:sz w:val="26"/>
        </w:rPr>
        <w:t>篇一：学生代表毕业典礼发言稿</w:t>
      </w:r>
    </w:p>
    <w:p>
      <w:r>
        <w:t>尊敬的各位领导、老师，亲爱的爸爸妈妈，还有我最亲爱的同学们：</w:t>
      </w:r>
    </w:p>
    <w:p>
      <w:r>
        <w:t xml:space="preserve">　　大家好！我是六年级（X）班的XXX。今天，能站在这里代表全体毕业生发言，我感到既光荣，又有些说不出的不舍。</w:t>
      </w:r>
    </w:p>
    <w:p>
      <w:r>
        <w:t xml:space="preserve">　　六年前，我们牵着爸爸妈妈的手，怯生生地走进这所学校。是老师蹲下来，牵起我们的手，教我们写第一个字，教我们唱第一首歌。六年过去了，我们长高了，懂事了，从一个个懵懂的小不点，长成了即将走进中学的少年。</w:t>
      </w:r>
    </w:p>
    <w:p>
      <w:r>
        <w:t xml:space="preserve">　　同学们，六年里，有太多画面值得记一辈子：课堂上我们高高举起的小手，运动会上我们扯着嗓子喊的加油，考试前同桌塞过来的一块橡皮，还有犯错时老师那个又严厉又心疼的眼神。这些看上去不起眼的小事，拼在一起，就是我们整个童年。</w:t>
      </w:r>
    </w:p>
    <w:p>
      <w:r>
        <w:t xml:space="preserve">　　我还记得一年级第一次考试，我紧张得手心冒汗，是班主任王老师蹲下来，在我手心里写了一个“稳”字。从那以后，每次遇到困难，我都会想起那个字。这样的小事，老师可能早就忘了，但我们会记一辈子。所以今天，请允许我代表全体同学，再说一声：老师，谢谢您！</w:t>
      </w:r>
    </w:p>
    <w:p>
      <w:r>
        <w:t xml:space="preserve">　　离别就在眼前。在这里，我想代表全体同学，向辛勤培育我们的老师们深深鞠一躬：老师，谢谢您，您辛苦了！也想对朝夕相处六年的同学们说一句：不管我们将来去了哪所中学，都别忘了今天，别忘了这个夏天，别忘了我们一起走过的日子。</w:t>
      </w:r>
    </w:p>
    <w:p>
      <w:r>
        <w:t xml:space="preserve">　　再见了，亲爱的母校！再见了，亲爱的老师！我们会带着这里教给我们的善良和努力，走向更远的地方。今天我们以母校为荣，明天母校一定会以我们为荣！谢谢大家！</w:t>
      </w:r>
    </w:p>
    <w:p>
      <w:r>
        <w:t xml:space="preserve">　　最后，让我们一起对着校徽、对着老师、对着朝夕相处六年的同学，深深鞠一躬。再见了，我的小学！愿我们高处相见。</w:t>
      </w:r>
    </w:p>
    <w:p>
      <w:r>
        <w:rPr>
          <w:rFonts w:ascii="黑体" w:hAnsi="黑体" w:eastAsia="黑体"/>
          <w:b/>
          <w:sz w:val="26"/>
        </w:rPr>
        <w:t>篇二：教师代表毕业典礼致辞</w:t>
      </w:r>
    </w:p>
    <w:p>
      <w:r>
        <w:t>尊敬的各位家长，亲爱的孩子们：</w:t>
      </w:r>
    </w:p>
    <w:p>
      <w:r>
        <w:t xml:space="preserve">　　今天，是一个让人舍不得、又忍不住为你们高兴的日子。看着台下一张张长高了的脸，老师心里既骄傲，又难过。</w:t>
      </w:r>
    </w:p>
    <w:p>
      <w:r>
        <w:t xml:space="preserve">　　孩子们，六年前你们刚进校园的时候，书包比人还大，眼泪比话还多。是你们，让老师学会了耐心；也是你们，让这间普通的教室，装满了笑声。教过的知识也许你们以后会忘，但老师希望你们记住三件事：第一，做一个善良的人，遇到需要帮助的人，伸手搭一把；第二，做一个肯努力的人，遇到困难别着急哭，先想办法；第三，做一个记得回家的人，不管走多远，都要记得常回母校看看，记得给曾经教过你的老师发一条消息。</w:t>
      </w:r>
    </w:p>
    <w:p>
      <w:r>
        <w:t xml:space="preserve">　　孩子们，毕业不是结束，是你们新的起点。前方的中学校园会有更难的题、更强的对手，也会有更美的风景。老师不能再天天陪在你们身边了，但老师会一直在这里，祝福你们。去吧，勇敢地往前走！谢谢大家！</w:t>
      </w:r>
    </w:p>
    <w:p>
      <w:r>
        <w:t xml:space="preserve">　　最后，老师想再啰嗦一句：上了中学，课程多了，作业多了，遇到不会做的题别着急，更别抄。遇到不开心的事，别一个人憋着，找爸妈说，找老师说，也可以给小学老师发消息。老师的手机，永远为你们开机。谢谢孩子们，谢谢你们陪老师走过这六年。也谢谢各位家长，六年的信任和配合，是老师把这份工作做好的底气，也是孩子们健康成长的最好土壤。</w:t>
      </w:r>
    </w:p>
    <w:p>
      <w:r>
        <w:rPr>
          <w:rFonts w:ascii="黑体" w:hAnsi="黑体" w:eastAsia="黑体"/>
          <w:b/>
          <w:sz w:val="26"/>
        </w:rPr>
        <w:t>篇三：家长代表毕业典礼发言</w:t>
      </w:r>
    </w:p>
    <w:p>
      <w:r>
        <w:t>尊敬的校领导、老师们，亲爱的孩子们：</w:t>
      </w:r>
    </w:p>
    <w:p>
      <w:r>
        <w:t xml:space="preserve">　　大家好！我是六年级（X）班XXX同学的家长。今天能站在这里，代表全体家长说几句心里话，我既荣幸，又激动。</w:t>
      </w:r>
    </w:p>
    <w:p>
      <w:r>
        <w:t xml:space="preserve">　　六年前，我们把孩子送到学校，心里是忐忑的：他能不能适应？老师喜不喜欢他？六年过去了，我们的顾虑变成了感激。看着孩子从一个连书包都背不稳的小不点，长成现在懂事、开朗、爱读书的少年，我们知道，这里面凝结着老师们多少心血。孩子回家会讲今天老师表扬他了，会讲哪个同学帮了他，这些细碎的快乐，都是学校给的。</w:t>
      </w:r>
    </w:p>
    <w:p>
      <w:r>
        <w:t xml:space="preserve">　　在这里，我代表全体家长，向各位老师深深地鞠一躬：你们辛苦了，谢谢你们！也想对孩子们说一句：中学是一段新的路，爸爸妈妈不可能一直牵着你们的手，但我们会一直在你们身后。好好学习，也好好吃饭，好好睡觉。不管以后走多远，这里永远是你的母校，我们永远是你最坚强的后盾。祝同学们毕业快乐，前程似锦！谢谢大家！</w:t>
      </w:r>
    </w:p>
    <w:p>
      <w:r>
        <w:rPr>
          <w:rFonts w:ascii="黑体" w:hAnsi="黑体" w:eastAsia="黑体"/>
          <w:b/>
          <w:sz w:val="26"/>
        </w:rPr>
        <w:t>使用说明</w:t>
      </w:r>
    </w:p>
    <w:p>
      <w:r>
        <w:t>三篇发言稿均按毕业典礼现场节奏写：学生代表篇约600字，教师代表篇约500字，家长代表篇约450字，现场讲3到5分钟。使用时把学校名称、班级、姓名替换掉，并加入一两个本班真实的小故事，比如某次运动会、某次班会、孩子回家讲的一件小事，稿子会更打动人。学生发言时声音要洪亮，讲到感谢老师处可以放慢语速；教师致辞语气要慈爱，少讲大道理，多讲心里话；家长发言代表全体家长，情绪要真诚，不要只顾着讲自家孩子。三篇可以单独使用，也可以按“学生—教师—家长”顺序安排在毕业典礼上，前后呼应效果最好；时间紧的话，每篇控制在三分钟以内，宁短勿长。发言前自己先大声读两遍，把拗口的句子改顺，卡壳的地方标上停顿记号。毕业典礼当天人多音响杂，话筒前站稳了再开口，不要赶；念到感谢的地方，可以停顿一秒，让情绪落下来，效果比一口气念完好得多。祝每位发言的同学和老师都能从容圆满地完成自己的毕业典礼发言，给小学生活画上一个温暖、难忘、值得一生珍藏的句号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