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32"/>
        </w:rPr>
        <w:t>年终总结PPT制作模板框架（含目录/数据/计划页文案，职场通用）</w:t>
      </w:r>
    </w:p>
    <w:p>
      <w:r>
        <w:rPr>
          <w:rFonts w:ascii="黑体" w:hAnsi="黑体" w:eastAsia="黑体"/>
          <w:b/>
          <w:sz w:val="26"/>
        </w:rPr>
        <w:t>一、整体结构（共10页，6分钟讲完）</w:t>
      </w:r>
    </w:p>
    <w:p>
      <w:r>
        <w:t>第1页封面：年份+部门+姓名；第2页目录；第3页年度工作概述；第4-6页重点工作成果（三页，每页一件大事）；第7页数据成果汇总；第8页不足与反思；第9页明年计划；第10页结束页。这个结构经过大量实践验证：先说结果，再讲故事，最后谈不足和计划，符合领导听汇报的习惯。</w:t>
      </w:r>
    </w:p>
    <w:p>
      <w:r>
        <w:rPr>
          <w:rFonts w:ascii="黑体" w:hAnsi="黑体" w:eastAsia="黑体"/>
          <w:b/>
          <w:sz w:val="26"/>
        </w:rPr>
        <w:t>二、逐页文案模板</w:t>
      </w:r>
    </w:p>
    <w:p>
      <w:r>
        <w:t>【封面】2026年度工作总结——XX部 XXX。副标题写一句年度关键词，例如“稳中有进，服务提质”。封面不要放花哨背景，纯色底加公司logo即可，字少、大气。</w:t>
      </w:r>
    </w:p>
    <w:p>
      <w:r>
        <w:t>【目录】①年度概述 ②重点工作 ③数据成果 ④不足反思 ⑤明年计划。目录页不用动画，直接列出五个部分，让评委知道你要讲几分钟。</w:t>
      </w:r>
    </w:p>
    <w:p>
      <w:r>
        <w:t>【年度概述】模板句：“2026年，在部门主管的带领下，我围绕岗位核心职责，完成日常工作XX项、专项任务XX项，整体进度符合预期。下面从三个方面汇报。”这一页只写三行，不要堆字。</w:t>
      </w:r>
    </w:p>
    <w:p>
      <w:r>
        <w:t>【重点工作页】每页按“背景—动作—结果”三段写：背景一句话交代为什么做这件事；动作写自己具体做了哪几步；结果用数字说话。示例：“三季度客户回访专项：针对上半年投诉偏高问题，我牵头梳理了投诉台账，按区域分三批回访客户216家，推动解决遗留问题43件，三季度同类投诉环比下降35%。”</w:t>
      </w:r>
    </w:p>
    <w:p>
      <w:r>
        <w:t>【数据成果页】建议做成三到四个大数字卡片，例如：处理工单1280笔、客户满意度98.2%、流程优化3项、节约工时约120小时。数字要真实，没有把握的数就写约数，被领导追问时能答上来；四个数字之间最好有两个和去年同期对比，让成绩看得见增长。</w:t>
      </w:r>
    </w:p>
    <w:p>
      <w:r>
        <w:t>【不足反思页】写两条真实不足，每条配一句改进方向。示例：“一是对新系统的功能掌握不够全面，复杂报表仍需求助信息部；明年计划参加系统培训并整理操作手册。二是跨部门沟通有时不够主动，问题暴露偏晚；明年建立周度对接机制。”</w:t>
      </w:r>
    </w:p>
    <w:p>
      <w:r>
        <w:t>【明年计划页】按季度或按重点写三条：第一季度完成什么、上半年重点推进什么、年底达成什么。计划要和前面的不足对应上，让领导看到你想清楚了。</w:t>
      </w:r>
    </w:p>
    <w:p>
      <w:r>
        <w:t>【结束页】模板句：“以上是我的年度总结，感谢领导和同事一年来的帮助，请各位批评指正。”结束页不要放二维码和无关图案，干净收场即可，不必再放感谢语之外的多余信息。</w:t>
      </w:r>
    </w:p>
    <w:p>
      <w:r>
        <w:rPr>
          <w:rFonts w:ascii="黑体" w:hAnsi="黑体" w:eastAsia="黑体"/>
          <w:b/>
          <w:sz w:val="26"/>
        </w:rPr>
        <w:t>三、制作与汇报要点</w:t>
      </w:r>
    </w:p>
    <w:p>
      <w:r>
        <w:t>PPT页数控制在10页以内，一页一个主题；字体用微软雅黑或思源黑体，标题32号、正文20号以上，全场最后一排能看清；配色不超过三种，公司VI色为主色；多用图表少用大段文字，一页不超过六行字。汇报时提前演练两遍，掐好时间；领导追问细节时，用事先准备好的备份页回答，不要现场编数据。</w:t>
      </w:r>
    </w:p>
    <w:p>
      <w:r>
        <w:rPr>
          <w:rFonts w:ascii="黑体" w:hAnsi="黑体" w:eastAsia="黑体"/>
          <w:b/>
          <w:sz w:val="26"/>
        </w:rPr>
        <w:t>四、重点工作页的写法示范</w:t>
      </w:r>
    </w:p>
    <w:p>
      <w:r>
        <w:t>重点工作页是整份PPT最出彩的地方，写法上记住“三件事讲清楚”：这件事为什么做、我具体做了什么、最后拿到了什么结果。反面例子是“负责部门日常工作，完成领导交办任务”，这种话等于没说。正面例子一：“三季度流程优化：针对报销审批平均耗时偏长的问题，我梳理了12个审批节点，合并重复环节3个，推动平均审批时长由5天压缩到3天。”正面例子二：“客户培训项目：全年组织新客户线上培训8场，覆盖客户320家，培训后客户自助操作率提升20%，咨询工单环比下降15%。”每一页都按这个结构写，领导一眼就能看到你的价值。</w:t>
      </w:r>
    </w:p>
    <w:p>
      <w:r>
        <w:rPr>
          <w:rFonts w:ascii="黑体" w:hAnsi="黑体" w:eastAsia="黑体"/>
          <w:b/>
          <w:sz w:val="26"/>
        </w:rPr>
        <w:t>五、常见错误提醒</w:t>
      </w:r>
    </w:p>
    <w:p>
      <w:r>
        <w:t>一是页数过多，十几页全是字，汇报变成念稿；二是数据没有出处，被问“这个数怎么来的”答不上来；三是只摆成绩不找不足，显得不诚恳；四是明年计划和今年不足两张皮，前面说沟通不够，后面计划里只字不提；五是配色花哨，大红大绿加动画特效，喧宾夺主；六是结束页放一句空洞的口号，不如放一句真诚的感谢。把这六条避开，你的年终总结PPT就超过大多数人了。另外提醒一句：PPT是汇报的提词器，不是汇报本身，真正打动领导的永远是你做过的事和数据，别在排版上花掉全部时间。</w:t>
      </w:r>
    </w:p>
    <w:p>
      <w:r>
        <w:rPr>
          <w:rFonts w:ascii="黑体" w:hAnsi="黑体" w:eastAsia="黑体"/>
          <w:b/>
          <w:sz w:val="26"/>
        </w:rPr>
        <w:t>六、数据页图表怎么选</w:t>
      </w:r>
    </w:p>
    <w:p>
      <w:r>
        <w:t>讲同比、环比变化用折线图或柱状图，一眼看出升降；讲占比用饼图，类别不超过五项，多了就归成“其他”；讲目标完成情况用进度条；讲排名用条形图。图表只留一根数据线，多余的网格线、图例、背景色全部删掉，让最大的那个数字自己说话。页面角落用小字标注数据来源和统计区间，例如“数据来源：部门台账，2026年1—11月”，显得严谨。选图表时记住一个原则：你最想让评委记住哪个数字，就把那个数字放大、标红，其余信息全部弱化，不要让图表自己说话。</w:t>
      </w:r>
    </w:p>
    <w:p>
      <w:r>
        <w:rPr>
          <w:rFonts w:ascii="黑体" w:hAnsi="黑体" w:eastAsia="黑体"/>
          <w:b/>
          <w:sz w:val="26"/>
        </w:rPr>
        <w:t>七、汇报当天的准备清单</w:t>
      </w:r>
    </w:p>
    <w:p>
      <w:r>
        <w:t>提前十分钟到会场，试一遍投影和翻页笔；PPT导出一份PDF存手机里，防止现场文件打不开；准备三页备份页，放详细数据和典型案例，领导追问时翻出来；开场先说“我汇报五分钟，分三个部分”，让大家心里有数；汇报中眼睛看领导和评委，不要一直盯着屏幕念。讲完主动说“请各位领导批评指正”，不要慌着关文件。汇报结束后，把电子版发给主管备份，方便后续归档和明年复用。整个汇报控制在六分钟以内，超时会显得重点不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