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黑体" w:hAnsi="黑体" w:eastAsia="黑体"/>
          <w:b/>
          <w:sz w:val="32"/>
        </w:rPr>
        <w:t>小学四年级数学上册期中测试卷（人教版，含答案与解析）</w:t>
      </w:r>
    </w:p>
    <w:p>
      <w:r>
        <w:t>（满分：100分　考试时间：90分钟　范围：大数的认识、公顷和平方千米、角的度量、三位数乘两位数）</w:t>
      </w:r>
    </w:p>
    <w:p>
      <w:r>
        <w:t>姓名：________　班级：________　学号：________　得分：________</w:t>
      </w:r>
    </w:p>
    <w:p>
      <w:r>
        <w:rPr>
          <w:rFonts w:ascii="黑体" w:hAnsi="黑体" w:eastAsia="黑体"/>
          <w:b/>
          <w:sz w:val="26"/>
        </w:rPr>
        <w:t>一、填空题。（每空1分，共20分）</w:t>
      </w:r>
    </w:p>
    <w:p>
      <w:r>
        <w:t>1. 从个位起，第七位是（　　　）位，它的计数单位是（　　　）。</w:t>
      </w:r>
    </w:p>
    <w:p>
      <w:r>
        <w:t>2. 一个数的亿位上是5，百万位上是7，其余各位都是0，这个数写作（　　　　　），读作（　　　　　）。</w:t>
      </w:r>
    </w:p>
    <w:p>
      <w:r>
        <w:t>3. 6000000平方米＝（　　　）公顷＝（　　　）平方千米。</w:t>
      </w:r>
    </w:p>
    <w:p>
      <w:r>
        <w:t>4. 1个周角＝（　　）个平角＝（　　）个直角。</w:t>
      </w:r>
    </w:p>
    <w:p>
      <w:r>
        <w:t>5. 钟面上3时整，时针和分针所成的角是（　　）度，是（　　）角。</w:t>
      </w:r>
    </w:p>
    <w:p>
      <w:r>
        <w:t>6. 三位数乘两位数，积最多是（　　）位数，最少是（　　）位数。</w:t>
      </w:r>
    </w:p>
    <w:p>
      <w:r>
        <w:t>7. 两个因数的积是240，一个因数不变，另一个因数乘3，积是（　　）。</w:t>
      </w:r>
    </w:p>
    <w:p>
      <w:r>
        <w:t>8. 把下列各数按从大到小排列：808000、800800、880000、800080。</w:t>
      </w:r>
    </w:p>
    <w:p>
      <w:r>
        <w:t xml:space="preserve">　（　　　）＞（　　　）＞（　　　）＞（　　　）</w:t>
      </w:r>
    </w:p>
    <w:p>
      <w:r>
        <w:rPr>
          <w:rFonts w:ascii="黑体" w:hAnsi="黑体" w:eastAsia="黑体"/>
          <w:b/>
          <w:sz w:val="26"/>
        </w:rPr>
        <w:t>二、判断题。（对的打√，错的打×，每题2分，共10分）</w:t>
      </w:r>
    </w:p>
    <w:p>
      <w:r>
        <w:t>1. 个位、十位、百位……都是计数单位。（　　）</w:t>
      </w:r>
    </w:p>
    <w:p>
      <w:r>
        <w:t>2. 一条射线长500米。（　　）</w:t>
      </w:r>
    </w:p>
    <w:p>
      <w:r>
        <w:t>3. 角的两边越长，角就越大。（　　）</w:t>
      </w:r>
    </w:p>
    <w:p>
      <w:r>
        <w:t>4. 平方千米和公顷之间的进率是100。（　　）</w:t>
      </w:r>
    </w:p>
    <w:p>
      <w:r>
        <w:t>5. 两个因数末尾一共有两个0，积的末尾一定只有两个0。（　　）</w:t>
      </w:r>
    </w:p>
    <w:p>
      <w:r>
        <w:rPr>
          <w:rFonts w:ascii="黑体" w:hAnsi="黑体" w:eastAsia="黑体"/>
          <w:b/>
          <w:sz w:val="26"/>
        </w:rPr>
        <w:t>三、选择题。（每题2分，共10分）</w:t>
      </w:r>
    </w:p>
    <w:p>
      <w:r>
        <w:t>1. 下面各数中，一个零也不读的是（　　）。　A.3000300　B.3003000　C.3030000</w:t>
      </w:r>
    </w:p>
    <w:p>
      <w:r>
        <w:t>2. 用一个10倍的放大镜看一个30°的角，看到的角是（　　）。　A.30°　B.300°　C.3°</w:t>
      </w:r>
    </w:p>
    <w:p>
      <w:r>
        <w:t>3. 北京故宫的占地面积约是72（　　）。　A.平方米　B.公顷　C.平方千米</w:t>
      </w:r>
    </w:p>
    <w:p>
      <w:r>
        <w:t>4. 250×40的积末尾有（　　）个0。　A.2　B.3　C.4</w:t>
      </w:r>
    </w:p>
    <w:p>
      <w:r>
        <w:t>5. 把平角分成两个角，其中一个是钝角，另一个一定是（　　）。　A.锐角　B.直角　C.钝角</w:t>
      </w:r>
    </w:p>
    <w:p>
      <w:r>
        <w:rPr>
          <w:rFonts w:ascii="黑体" w:hAnsi="黑体" w:eastAsia="黑体"/>
          <w:b/>
          <w:sz w:val="26"/>
        </w:rPr>
        <w:t>四、计算题。（共26分）</w:t>
      </w:r>
    </w:p>
    <w:p>
      <w:r>
        <w:t>1. 直接写出得数。（每题1分，共8分）</w:t>
      </w:r>
    </w:p>
    <w:p>
      <w:r>
        <w:t>120×40＝　　300×20＝　　25×4＝　　125×8＝　　200×30＝　　150×3＝　　500×60＝　　16×50＝</w:t>
      </w:r>
    </w:p>
    <w:p>
      <w:r>
        <w:t>2. 用竖式计算。（每题3分，共12分）</w:t>
      </w:r>
    </w:p>
    <w:p>
      <w:r>
        <w:t>145×27＝　　　　　308×52＝　　　　　460×30＝　　　　　289×34＝</w:t>
      </w:r>
    </w:p>
    <w:p>
      <w:r>
        <w:t>3. 列式计算。（每题3分，共6分）</w:t>
      </w:r>
    </w:p>
    <w:p>
      <w:r>
        <w:t>（1）35个120相加的和是多少？　（2）一个因数是206，另一个因数是45，积是多少？</w:t>
      </w:r>
    </w:p>
    <w:p>
      <w:r>
        <w:rPr>
          <w:rFonts w:ascii="黑体" w:hAnsi="黑体" w:eastAsia="黑体"/>
          <w:b/>
          <w:sz w:val="26"/>
        </w:rPr>
        <w:t>五、操作题。（共8分）</w:t>
      </w:r>
    </w:p>
    <w:p>
      <w:r>
        <w:t>1. 用量角器画出一个65°的角和一个140°的角。（4分）</w:t>
      </w:r>
    </w:p>
    <w:p>
      <w:r>
        <w:t>2. 已知∠1＝45°，求∠2和∠3的度数（两条直线相交）。（4分）</w:t>
      </w:r>
    </w:p>
    <w:p>
      <w:r>
        <w:rPr>
          <w:rFonts w:ascii="黑体" w:hAnsi="黑体" w:eastAsia="黑体"/>
          <w:b/>
          <w:sz w:val="26"/>
        </w:rPr>
        <w:t>六、解决问题。（每题6分，共26分）</w:t>
      </w:r>
    </w:p>
    <w:p>
      <w:r>
        <w:t>1. 一块长方形稻田，长250米，宽80米。这块稻田的面积是多少公顷？如果每公顷收稻谷8吨，这块稻田一共收稻谷多少吨？</w:t>
      </w:r>
    </w:p>
    <w:p>
      <w:r>
        <w:t>2. 学校准备发练习本，发给24个班，每班145本，还需要留60本作为备用。学校应买多少本练习本？</w:t>
      </w:r>
    </w:p>
    <w:p>
      <w:r>
        <w:t>3. 一辆汽车从甲地开往乙地，速度是80千米/时，行驶了6小时。原路返回时用了8小时，返回时平均每小时行多少千米？</w:t>
      </w:r>
    </w:p>
    <w:p>
      <w:r>
        <w:t>4. 书店上午卖出图书360本，下午卖出的是上午的2倍还多40本。这一天一共卖出多少本？</w:t>
      </w:r>
    </w:p>
    <w:p>
      <w:r>
        <w:t>5. 公园的一头大象一天要吃350千克食物。饲养员准备了6吨食物，够这头大象吃20天吗？（列式说明）</w:t>
      </w:r>
    </w:p>
    <w:p>
      <w:r>
        <w:rPr>
          <w:rFonts w:ascii="黑体" w:hAnsi="黑体" w:eastAsia="黑体"/>
          <w:b/>
          <w:sz w:val="26"/>
        </w:rPr>
        <w:t>参考答案与解析</w:t>
      </w:r>
    </w:p>
    <w:p>
      <w:r>
        <w:t>一、1.百万，百万。2.507000000，五亿零七百万。3.600，6。4.2，4。5.90，直。6.五，四。7.720。8.880000＞808000＞800800＞800080。</w:t>
      </w:r>
    </w:p>
    <w:p>
      <w:r>
        <w:t>二、1.×（个位等是数位，个、十、百才是计数单位）。2.×（射线无限长）。3.×（角的大小与边的长短无关）。4.√。5.×（如250×40＝10000，末尾有4个0）。</w:t>
      </w:r>
    </w:p>
    <w:p>
      <w:r>
        <w:t>三、1.B。2.A（放大镜不改变角的度数）。3.B。4.C。5.A。</w:t>
      </w:r>
    </w:p>
    <w:p>
      <w:r>
        <w:t>四、1.4800、6000、100、1000、6000、450、30000、800。2.3915、16016、13800、9826（竖式略）。3.（1）120×35＝4200；（2）206×45＝9270。</w:t>
      </w:r>
    </w:p>
    <w:p>
      <w:r>
        <w:t>五、2.两条直线相交，∠1与∠2组成平角，∠2＝180°－45°＝135°；∠3与∠1是对顶角，∠3＝45°。</w:t>
      </w:r>
    </w:p>
    <w:p>
      <w:r>
        <w:t>六、1.面积250×80＝20000平方米＝2公顷；收稻谷2×8＝16吨。2.145×24＋60＝3480＋60＝3540本。3.路程80×6＝480千米，返回速度480÷8＝60千米/时。4.下午360×2＋40＝760本，全天360＋760＝1120本。5.大象20天吃350×20＝7000千克＝7吨，7吨＞6吨，不够。</w:t>
      </w:r>
    </w:p>
    <w:p>
      <w:r>
        <w:rPr>
          <w:rFonts w:ascii="黑体" w:hAnsi="黑体" w:eastAsia="黑体"/>
          <w:b/>
          <w:sz w:val="26"/>
        </w:rPr>
        <w:t>使用说明</w:t>
      </w:r>
    </w:p>
    <w:p>
      <w:r>
        <w:t>本试卷依据人教版四年级上册前四个单元编写，重点考查大数读写、面积单位换算、角的度量和三位数乘两位数。家长打印后让孩子在90分钟内闭卷完成，再对照答案批改。第二、三大题里的判断题和选择题是本单元最容易出错的地方：计数单位和数位要分开记，放大镜看角度数不变，面积单位公顷与平方米的进率是10000、公顷与平方千米的进率是100。竖式计算要求孩子把进位标清楚，第六大题解决问题先写关系式再列式，做完后回头检查单位有没有换算错。教师可根据本班进度替换个别题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