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中小学生寒假学习计划表模板（小学初中通用）</w:t>
      </w:r>
    </w:p>
    <w:p>
      <w:pPr>
        <w:jc w:val="center"/>
      </w:pPr>
      <w:r>
        <w:rPr>
          <w:sz w:val="22"/>
        </w:rPr>
        <w:t>（含每日作息表、每周计划表、作业打卡表、阅读与锻炼安排，附填写示例）</w:t>
      </w:r>
    </w:p>
    <w:p>
      <w:r>
        <w:rPr>
          <w:rFonts w:ascii="黑体" w:hAnsi="黑体" w:eastAsia="黑体"/>
          <w:b/>
          <w:sz w:val="28"/>
        </w:rPr>
        <w:t>一、这份计划表怎么用</w:t>
      </w:r>
    </w:p>
    <w:p>
      <w:pPr>
        <w:spacing w:after="80"/>
        <w:ind w:firstLine="420"/>
      </w:pPr>
      <w:r>
        <w:t>寒假一放就是二十多天，不少孩子前两天还能坐住，过了正月就彻底放羊，开学前一夜狂补作业。这份计划表就是解决这个问题的：把每天的学习、休息、锻炼、阅读拆成固定时间段，做成可以打钩的表格，贴在书桌前面，做完一项勾一项。建议放假第一天就和孩子一起商量着填，不要家长单方面下命令——孩子自己参与定的计划，执行起来才不会抵触。小学中低年级每次学习时间控制在25到30分钟，中间休息10分钟；小学高年级和初中可以拉到40到45分钟。周末不排硬任务，留作补缺、走亲戚、看电影。</w:t>
      </w:r>
    </w:p>
    <w:p>
      <w:r>
        <w:rPr>
          <w:rFonts w:ascii="黑体" w:hAnsi="黑体" w:eastAsia="黑体"/>
          <w:b/>
          <w:sz w:val="28"/>
        </w:rPr>
        <w:t>二、每日作息时间表（可打印填写）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20"/>
              </w:rPr>
              <w:t>时间段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内容安排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完成打钩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7:30—8:00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起床、洗漱、叠被、整理房间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8:00—8:30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早餐，边吃边听英语音频/新闻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8:30—9:10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寒假作业：语文（练字15分钟+作业30分钟）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9:10—9:25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休息、喝水、远眺窗外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9:25—10:05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寒假作业：数学（口算/计算20分钟+应用题20分钟）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10:05—10:30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眼保健操+室内活动（跳绳/拉伸）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10:30—11:10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课外阅读30—40分钟，做摘抄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11:10—14:00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午餐、午休、自由活动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14:00—14:40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英语（背单词15分钟+听读25分钟）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14:40—15:00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休息、吃水果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15:00—15:40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弱项补习（哪科差补哪科，如语文阅读理解/数学错题重做）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15:40—17:00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户外锻炼或兴趣活动（打球、骑车、画画、弹琴）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17:00—19:00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晚餐、帮家里做家务、自由玩耍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19:00—19:40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复习当天内容+预习下学期一课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19:40—20:30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亲子时间：聊天、看纪录片、下棋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20:30—21:00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洗漱、上床读课外书，21:00前关灯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□</w:t>
            </w:r>
          </w:p>
        </w:tc>
      </w:tr>
    </w:tbl>
    <w:p>
      <w:r>
        <w:rPr>
          <w:rFonts w:ascii="黑体" w:hAnsi="黑体" w:eastAsia="黑体"/>
          <w:b/>
          <w:sz w:val="28"/>
        </w:rPr>
        <w:t>三、每周学习计划表（周一至周日填写）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  <w:sz w:val="20"/>
              </w:rPr>
              <w:t>星期</w:t>
            </w:r>
          </w:p>
        </w:tc>
        <w:tc>
          <w:tcPr>
            <w:tcW w:type="dxa" w:w="1728"/>
          </w:tcPr>
          <w:p>
            <w:r>
              <w:rPr>
                <w:b/>
                <w:sz w:val="20"/>
              </w:rPr>
              <w:t>上午任务</w:t>
            </w:r>
          </w:p>
        </w:tc>
        <w:tc>
          <w:tcPr>
            <w:tcW w:type="dxa" w:w="1728"/>
          </w:tcPr>
          <w:p>
            <w:r>
              <w:rPr>
                <w:b/>
                <w:sz w:val="20"/>
              </w:rPr>
              <w:t>下午任务</w:t>
            </w:r>
          </w:p>
        </w:tc>
        <w:tc>
          <w:tcPr>
            <w:tcW w:type="dxa" w:w="1728"/>
          </w:tcPr>
          <w:p>
            <w:r>
              <w:rPr>
                <w:b/>
                <w:sz w:val="20"/>
              </w:rPr>
              <w:t>晚间任务</w:t>
            </w:r>
          </w:p>
        </w:tc>
        <w:tc>
          <w:tcPr>
            <w:tcW w:type="dxa" w:w="1728"/>
          </w:tcPr>
          <w:p>
            <w:r>
              <w:rPr>
                <w:b/>
                <w:sz w:val="20"/>
              </w:rPr>
              <w:t>完成情况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周一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语文寒假作业第__页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数学口算2页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背英语单词10个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周二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练字一页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数学应用题5道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阅读课外书30页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周三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语文阅读理解2篇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英语听读20分钟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整理本周错题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周四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数学寒假作业第__页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语文摘抄好句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自由阅读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周五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综合练习卷半张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户外活动1小时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看一部纪录片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周六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本周作业查漏补缺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走亲戚/户外活动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亲子电影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周日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预习下学期第一单元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休息调整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整理书包、列出下周任务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□</w:t>
            </w:r>
          </w:p>
        </w:tc>
      </w:tr>
    </w:tbl>
    <w:p>
      <w:r>
        <w:rPr>
          <w:rFonts w:ascii="黑体" w:hAnsi="黑体" w:eastAsia="黑体"/>
          <w:b/>
          <w:sz w:val="28"/>
        </w:rPr>
        <w:t>四、寒假作业完成打卡表</w:t>
      </w:r>
    </w:p>
    <w:p>
      <w:pPr>
        <w:spacing w:after="80"/>
        <w:ind w:firstLine="420"/>
      </w:pPr>
      <w:r>
        <w:t>把学校发的每本寒假作业按页码拆分，平均到放假天数里，写在下表中。每天完成后在对应格内打钩，没完成的用红笔标注原因，第二天补上。切忌前松后紧。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  <w:sz w:val="20"/>
              </w:rPr>
              <w:t>日期</w:t>
            </w:r>
          </w:p>
        </w:tc>
        <w:tc>
          <w:tcPr>
            <w:tcW w:type="dxa" w:w="1440"/>
          </w:tcPr>
          <w:p>
            <w:r>
              <w:rPr>
                <w:b/>
                <w:sz w:val="20"/>
              </w:rPr>
              <w:t>语文作业</w:t>
            </w:r>
          </w:p>
        </w:tc>
        <w:tc>
          <w:tcPr>
            <w:tcW w:type="dxa" w:w="1440"/>
          </w:tcPr>
          <w:p>
            <w:r>
              <w:rPr>
                <w:b/>
                <w:sz w:val="20"/>
              </w:rPr>
              <w:t>数学作业</w:t>
            </w:r>
          </w:p>
        </w:tc>
        <w:tc>
          <w:tcPr>
            <w:tcW w:type="dxa" w:w="1440"/>
          </w:tcPr>
          <w:p>
            <w:r>
              <w:rPr>
                <w:b/>
                <w:sz w:val="20"/>
              </w:rPr>
              <w:t>英语作业</w:t>
            </w:r>
          </w:p>
        </w:tc>
        <w:tc>
          <w:tcPr>
            <w:tcW w:type="dxa" w:w="1440"/>
          </w:tcPr>
          <w:p>
            <w:r>
              <w:rPr>
                <w:b/>
                <w:sz w:val="20"/>
              </w:rPr>
              <w:t>阅读页数</w:t>
            </w:r>
          </w:p>
        </w:tc>
        <w:tc>
          <w:tcPr>
            <w:tcW w:type="dxa" w:w="1440"/>
          </w:tcPr>
          <w:p>
            <w:r>
              <w:rPr>
                <w:b/>
                <w:sz w:val="20"/>
              </w:rPr>
              <w:t>家长签字</w:t>
            </w:r>
          </w:p>
        </w:tc>
      </w:tr>
      <w:tr>
        <w:tc>
          <w:tcPr>
            <w:tcW w:type="dxa" w:w="1440"/>
          </w:tcPr>
          <w:p>
            <w:r>
              <w:rPr>
                <w:sz w:val="20"/>
              </w:rPr>
              <w:t>1月__日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第__页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第__页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听读__分钟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__页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sz w:val="20"/>
              </w:rPr>
              <w:t>1月__日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第__页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第__页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背单词__个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__页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sz w:val="20"/>
              </w:rPr>
              <w:t>1月__日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练字一页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口算一页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听读__分钟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__页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sz w:val="20"/>
              </w:rPr>
              <w:t>1月__日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阅读两篇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应用题5道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背课文__段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__页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sz w:val="20"/>
              </w:rPr>
              <w:t>……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</w:tbl>
    <w:p>
      <w:r>
        <w:rPr>
          <w:rFonts w:ascii="黑体" w:hAnsi="黑体" w:eastAsia="黑体"/>
          <w:b/>
          <w:sz w:val="28"/>
        </w:rPr>
        <w:t>五、阅读与锻炼安排建议</w:t>
      </w:r>
    </w:p>
    <w:p>
      <w:pPr>
        <w:spacing w:after="80"/>
        <w:ind w:firstLine="420"/>
      </w:pPr>
      <w:r>
        <w:t>阅读方面：小学低年级建议亲子共读，每天20分钟，读完让孩子用自己的话讲一遍；中高年级每天自主阅读40分钟以上，假期读完两本课外书，推荐书目如《草房子》《城南旧事》《昆虫记》《假如给我三天光明》，初中生可加《骆驼祥子》《海底两万里》《傅雷家书》等教材推荐书目。每读完一本写两三句话读后感，贴在计划表后面。</w:t>
      </w:r>
    </w:p>
    <w:p>
      <w:pPr>
        <w:spacing w:after="80"/>
        <w:ind w:firstLine="420"/>
      </w:pPr>
      <w:r>
        <w:t>锻炼方面：寒假天冷风大，也不能整天窝在暖气房里。每天户外活动至少一小时，可以跳绳、跑步、打羽毛球，或者和家长一起散步。遇到雾霾天就改成室内：开合跳、仰卧起坐、拉伸。跳绳是性价比最高的，一根绳子不花钱，还能为体育考试打基础。</w:t>
      </w:r>
    </w:p>
    <w:p>
      <w:r>
        <w:rPr>
          <w:rFonts w:ascii="黑体" w:hAnsi="黑体" w:eastAsia="黑体"/>
          <w:b/>
          <w:sz w:val="28"/>
        </w:rPr>
        <w:t>六、填写示例（以小学五年级为例）</w:t>
      </w:r>
    </w:p>
    <w:p>
      <w:pPr>
        <w:spacing w:after="80"/>
        <w:ind w:firstLine="420"/>
      </w:pPr>
      <w:r>
        <w:t>放假第一天晚上，妈妈和孩子坐在书桌前一起算了笔账：语文寒假作业一共60页，假期28天，除掉两个春节走亲戚的下午，平均每天做2页多一点；数学一共48页，每天2页；英语每天听读20分钟、背10个单词。孩子自己提出来想在年前把书面作业全部写完，年后专心读课外书和预习。于是计划表上上午8:30到10:05固定写语文和数学，下午2点到2:40英语，3点到3:40补阅读理解弱项。每天做完让妈妈在打卡表上签字，连续打卡满20天，奖励一次想去的科技馆。执行到第十天时孩子有两天想偷懒，家长没有批评，而是把计划表拿出来一起回看已经打满钩的格子，孩子自己说"前面都坚持了不能断"。这种正反馈比反复唠叨管用得多。</w:t>
      </w:r>
    </w:p>
    <w:p>
      <w:r>
        <w:rPr>
          <w:rFonts w:ascii="黑体" w:hAnsi="黑体" w:eastAsia="黑体"/>
          <w:b/>
          <w:sz w:val="28"/>
        </w:rPr>
        <w:t>七、给家长的五条提醒</w:t>
      </w:r>
    </w:p>
    <w:p>
      <w:pPr>
        <w:spacing w:after="80"/>
        <w:ind w:firstLine="420"/>
      </w:pPr>
      <w:r>
        <w:t>第一，计划要留白，每天至少留两三个小时自由支配，排得太满一定坚持不下来。第二，不要把奖励全换成手机和平板，户外活动、一本新书、一次博物馆之行比买玩具更有激励效果。第三，家长自己也要做榜样，孩子写作业时家长在旁边刷短视频，计划再好也没用。第四，允许偶尔完不成，第二天补上即可，不要因为一天没做到就全盘否定。第五，开学前一周不要再排新任务，把书包、文具、校服准备好，把作息往上学时间调，避免开学头一周打瞌睡。</w:t>
      </w:r>
    </w:p>
    <w:p>
      <w:r>
        <w:rPr>
          <w:rFonts w:ascii="黑体" w:hAnsi="黑体" w:eastAsia="黑体"/>
          <w:b/>
          <w:sz w:val="28"/>
        </w:rPr>
        <w:t>八、春节期间与开学前的特别安排</w:t>
      </w:r>
    </w:p>
    <w:p>
      <w:pPr>
        <w:spacing w:after="80"/>
        <w:ind w:firstLine="420"/>
      </w:pPr>
      <w:r>
        <w:t>春节那几天不用硬按计划表走，走亲戚、看老人、吃年夜饭都是正经事。建议腊月二十八之前把书面作业全部收尾，除夕到正月初五这几天只保留两件事：每天早上背十个英语单词或一首古诗，晚上亲子共读二十分钟，其余时间痛痛快快玩。正月初六开始把作息往回调，晚上提前半小时睡觉，早上提前半小时起床，把上学期的课本翻一翻，把下学期第一单元的生字单词提前预习一遍。</w:t>
      </w:r>
    </w:p>
    <w:p>
      <w:pPr>
        <w:spacing w:after="80"/>
        <w:ind w:firstLine="420"/>
      </w:pPr>
      <w:r>
        <w:t>开学前三天做三件事：一是对照老师发的书单和文具清单，把书包、铅笔盒、作业本、校服、红领巾准备齐全，缺什么赶紧买；二是把寒假作业从头到尾翻一遍，看看有没有漏做的页码，把错题用铅笔标出来；三是和孩子聊一聊新学期的小目标，比如这学期数学要考到多少分、想读完哪几本书，目标不用定太大，踮踮脚够得着就行。计划表打印出来贴在书桌前，每天晚上花两分钟打钩，二十多天坚持下来，开学收心比同班同学快一大截。</w:t>
      </w:r>
    </w:p>
    <w:p>
      <w:pPr>
        <w:spacing w:after="80"/>
        <w:ind w:firstLine="420"/>
      </w:pPr>
      <w:r>
        <w:t>另外提醒一句，寒假也是孩子补差的好时机。上学期哪科学得吃力，别堆到开学再着急，每天下午抽出四十分钟专门攻这一科：语文弱就每天做两篇阅读理解并对照答案学答题套路，数学弱就把上学期的错题重做一遍再练同类题，英语弱就每天背十五个单词加听读二十分钟。补差贵在天天碰一点，不要一口气学两三个小时然后停三天。这份计划表打印出来后，可以根据孩子自己的作息把时间整块挪动，但每天学习和阅读的总时长不要随意删减，坚持一个假期，开学就能看见差别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