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九年级化学上册期中测试卷（人教版）</w:t>
      </w:r>
    </w:p>
    <w:p>
      <w:pPr>
        <w:jc w:val="center"/>
      </w:pPr>
      <w:r>
        <w:rPr>
          <w:sz w:val="22"/>
        </w:rPr>
        <w:t>（考试时间：60分钟  满分：100分）</w:t>
      </w:r>
    </w:p>
    <w:p>
      <w:r>
        <w:rPr>
          <w:rFonts w:ascii="黑体" w:hAnsi="黑体" w:eastAsia="黑体"/>
          <w:b/>
          <w:sz w:val="28"/>
        </w:rPr>
        <w:t>可能用到的相对原子质量</w:t>
      </w:r>
    </w:p>
    <w:p>
      <w:pPr>
        <w:spacing w:after="80"/>
        <w:ind w:firstLine="420"/>
      </w:pPr>
      <w:r>
        <w:t>H—1  C—12  N—14  O—16  Na—23  Mg—24  S—32  Cl—35.5  K—39  Ca—40  Fe—56</w:t>
      </w:r>
    </w:p>
    <w:p>
      <w:r>
        <w:rPr>
          <w:rFonts w:ascii="黑体" w:hAnsi="黑体" w:eastAsia="黑体"/>
          <w:b/>
          <w:sz w:val="28"/>
        </w:rPr>
        <w:t>一、选择题（每小题3分，共45分。每小题只有一个选项符合题意）</w:t>
      </w:r>
    </w:p>
    <w:p>
      <w:pPr>
        <w:spacing w:after="80"/>
        <w:ind w:firstLine="420"/>
      </w:pPr>
      <w:r>
        <w:t>1.下列变化中，属于化学变化的是</w:t>
      </w:r>
    </w:p>
    <w:p>
      <w:pPr>
        <w:spacing w:after="80"/>
        <w:ind w:firstLine="420"/>
      </w:pPr>
      <w:r>
        <w:t>A.冰雪融化    B.纸张燃烧    C.矿石粉碎    D.酒精挥发</w:t>
      </w:r>
    </w:p>
    <w:p>
      <w:pPr>
        <w:spacing w:after="80"/>
        <w:ind w:firstLine="420"/>
      </w:pPr>
      <w:r>
        <w:t>2.下列实验操作正确的是</w:t>
      </w:r>
    </w:p>
    <w:p>
      <w:pPr>
        <w:spacing w:after="80"/>
        <w:ind w:firstLine="420"/>
      </w:pPr>
      <w:r>
        <w:t>A.用嘴吹灭酒精灯    B.给试管里的液体加热时，试管口对着自己    C.取用液体药品时，试剂瓶标签朝向手心    D.将实验剩余的药品放回原试剂瓶</w:t>
      </w:r>
    </w:p>
    <w:p>
      <w:pPr>
        <w:spacing w:after="80"/>
        <w:ind w:firstLine="420"/>
      </w:pPr>
      <w:r>
        <w:t>3.空气的成分中，体积分数约占78%的气体是</w:t>
      </w:r>
    </w:p>
    <w:p>
      <w:pPr>
        <w:spacing w:after="80"/>
        <w:ind w:firstLine="420"/>
      </w:pPr>
      <w:r>
        <w:t>A.氧气    B.氮气    C.二氧化碳    D.稀有气体</w:t>
      </w:r>
    </w:p>
    <w:p>
      <w:pPr>
        <w:spacing w:after="80"/>
        <w:ind w:firstLine="420"/>
      </w:pPr>
      <w:r>
        <w:t>4.下列物质属于纯净物的是</w:t>
      </w:r>
    </w:p>
    <w:p>
      <w:pPr>
        <w:spacing w:after="80"/>
        <w:ind w:firstLine="420"/>
      </w:pPr>
      <w:r>
        <w:t>A.洁净的空气    B.矿泉水    C.液氧    D.澄清石灰水</w:t>
      </w:r>
    </w:p>
    <w:p>
      <w:pPr>
        <w:spacing w:after="80"/>
        <w:ind w:firstLine="420"/>
      </w:pPr>
      <w:r>
        <w:t>5.下列实验现象描述正确的是</w:t>
      </w:r>
    </w:p>
    <w:p>
      <w:pPr>
        <w:spacing w:after="80"/>
        <w:ind w:firstLine="420"/>
      </w:pPr>
      <w:r>
        <w:t>A.红磷在空气中燃烧产生大量白雾    B.硫在氧气中燃烧发出蓝紫色火焰    C.铁丝在空气中剧烈燃烧火星四射    D.木炭在氧气中燃烧生成有刺激性气味的气体</w:t>
      </w:r>
    </w:p>
    <w:p>
      <w:pPr>
        <w:spacing w:after="80"/>
        <w:ind w:firstLine="420"/>
      </w:pPr>
      <w:r>
        <w:t>6.实验室用高锰酸钾制取氧气时，试管口略向下倾斜的原因是</w:t>
      </w:r>
    </w:p>
    <w:p>
      <w:pPr>
        <w:spacing w:after="80"/>
        <w:ind w:firstLine="420"/>
      </w:pPr>
      <w:r>
        <w:t>A.便于氧气导出    B.防止水槽中的水倒吸入热试管使试管炸裂    C.防止冷凝水倒流回热的试管底部使试管炸裂    D.便于加热</w:t>
      </w:r>
    </w:p>
    <w:p>
      <w:pPr>
        <w:spacing w:after="80"/>
        <w:ind w:firstLine="420"/>
      </w:pPr>
      <w:r>
        <w:t>7.下列关于分子和原子的说法正确的是</w:t>
      </w:r>
    </w:p>
    <w:p>
      <w:pPr>
        <w:spacing w:after="80"/>
        <w:ind w:firstLine="420"/>
      </w:pPr>
      <w:r>
        <w:t>A.分子是化学变化中的最小粒子    B.原子是保持物质化学性质的最小粒子    C.分子可以再分，原子不能再分    D.分子在不停地运动，原子也在不停地运动</w:t>
      </w:r>
    </w:p>
    <w:p>
      <w:pPr>
        <w:spacing w:after="80"/>
        <w:ind w:firstLine="420"/>
      </w:pPr>
      <w:r>
        <w:t>8.地壳中含量最多的金属元素是</w:t>
      </w:r>
    </w:p>
    <w:p>
      <w:pPr>
        <w:spacing w:after="80"/>
        <w:ind w:firstLine="420"/>
      </w:pPr>
      <w:r>
        <w:t>A.氧    B.硅    C.铝    D.铁</w:t>
      </w:r>
    </w:p>
    <w:p>
      <w:pPr>
        <w:spacing w:after="80"/>
        <w:ind w:firstLine="420"/>
      </w:pPr>
      <w:r>
        <w:t>9.决定元素种类的是原子的</w:t>
      </w:r>
    </w:p>
    <w:p>
      <w:pPr>
        <w:spacing w:after="80"/>
        <w:ind w:firstLine="420"/>
      </w:pPr>
      <w:r>
        <w:t>A.质子数    B.中子数    C.电子数    D.最外层电子数</w:t>
      </w:r>
    </w:p>
    <w:p>
      <w:pPr>
        <w:spacing w:after="80"/>
        <w:ind w:firstLine="420"/>
      </w:pPr>
      <w:r>
        <w:t>10.下列符号既能表示一种元素，又能表示一个原子，还能表示一种物质的是</w:t>
      </w:r>
    </w:p>
    <w:p>
      <w:pPr>
        <w:spacing w:after="80"/>
        <w:ind w:firstLine="420"/>
      </w:pPr>
      <w:r>
        <w:t>A.O    B.N2    C.Fe    D.CO2</w:t>
      </w:r>
    </w:p>
    <w:p>
      <w:pPr>
        <w:spacing w:after="80"/>
        <w:ind w:firstLine="420"/>
      </w:pPr>
      <w:r>
        <w:t>11.下列关于水的净化方法中，净化程度最高的是</w:t>
      </w:r>
    </w:p>
    <w:p>
      <w:pPr>
        <w:spacing w:after="80"/>
        <w:ind w:firstLine="420"/>
      </w:pPr>
      <w:r>
        <w:t>A.静置沉淀    B.吸附沉淀    C.过滤    D.蒸馏</w:t>
      </w:r>
    </w:p>
    <w:p>
      <w:pPr>
        <w:spacing w:after="80"/>
        <w:ind w:firstLine="420"/>
      </w:pPr>
      <w:r>
        <w:t>12.下列物质中，氮元素化合价为+5价的是</w:t>
      </w:r>
    </w:p>
    <w:p>
      <w:pPr>
        <w:spacing w:after="80"/>
        <w:ind w:firstLine="420"/>
      </w:pPr>
      <w:r>
        <w:t>A.NH3    B.NO2    C.HNO3    D.N2</w:t>
      </w:r>
    </w:p>
    <w:p>
      <w:pPr>
        <w:spacing w:after="80"/>
        <w:ind w:firstLine="420"/>
      </w:pPr>
      <w:r>
        <w:t>13.下列化学用语书写正确的是</w:t>
      </w:r>
    </w:p>
    <w:p>
      <w:pPr>
        <w:spacing w:after="80"/>
        <w:ind w:firstLine="420"/>
      </w:pPr>
      <w:r>
        <w:t>A.两个氧分子：2O    B.三个铁离子：3Fe2+    C.氧化镁中镁元素显+2价：MgO（Mg上方标+2）    D.碳酸钠：NaCO3</w:t>
      </w:r>
    </w:p>
    <w:p>
      <w:pPr>
        <w:spacing w:after="80"/>
        <w:ind w:firstLine="420"/>
      </w:pPr>
      <w:r>
        <w:t>14.下列关于催化剂的说法正确的是</w:t>
      </w:r>
    </w:p>
    <w:p>
      <w:pPr>
        <w:spacing w:after="80"/>
        <w:ind w:firstLine="420"/>
      </w:pPr>
      <w:r>
        <w:t>A.催化剂只能加快化学反应速率    B.催化剂在化学反应前后质量和性质都不变    C.催化剂能改变化学反应速率    D.没有催化剂化学反应就不能发生</w:t>
      </w:r>
    </w:p>
    <w:p>
      <w:pPr>
        <w:spacing w:after="80"/>
        <w:ind w:firstLine="420"/>
      </w:pPr>
      <w:r>
        <w:t>15.某气体既能用排水法收集，又能用向上排空气法收集，则该气体具有的物理性质是</w:t>
      </w:r>
    </w:p>
    <w:p>
      <w:pPr>
        <w:spacing w:after="80"/>
        <w:ind w:firstLine="420"/>
      </w:pPr>
      <w:r>
        <w:t>A.难溶于水，密度比空气大    B.难溶于水，密度比空气小    C.易溶于水，密度比空气大    D.易溶于水，密度比空气小</w:t>
      </w:r>
    </w:p>
    <w:p>
      <w:r>
        <w:rPr>
          <w:rFonts w:ascii="黑体" w:hAnsi="黑体" w:eastAsia="黑体"/>
          <w:b/>
          <w:sz w:val="28"/>
        </w:rPr>
        <w:t>二、填空题（每空2分，共26分）</w:t>
      </w:r>
    </w:p>
    <w:p>
      <w:pPr>
        <w:spacing w:after="80"/>
        <w:ind w:firstLine="420"/>
      </w:pPr>
      <w:r>
        <w:t>16.用化学符号填空：（1）2个氢原子______；（2）3个水分子______；（3）钠离子______；（4）地壳中含量最多的元素与最多的金属元素组成的化合物的化学式______。</w:t>
      </w:r>
    </w:p>
    <w:p>
      <w:pPr>
        <w:spacing w:after="80"/>
        <w:ind w:firstLine="420"/>
      </w:pPr>
      <w:r>
        <w:t>17.现有①氧气、②二氧化碳、③氮气、④稀有气体四种物质，请用序号填空：约占空气体积21%的是______；能使澄清石灰水变浑浊的是______；化学性质不活泼可作保护气且通电时能发出不同颜色光的是______。</w:t>
      </w:r>
    </w:p>
    <w:p>
      <w:pPr>
        <w:spacing w:after="80"/>
        <w:ind w:firstLine="420"/>
      </w:pPr>
      <w:r>
        <w:t>18.保持水的化学性质的最小粒子是______；水通电分解时，发生改变的粒子是______，没有改变的粒子是______。</w:t>
      </w:r>
    </w:p>
    <w:p>
      <w:pPr>
        <w:spacing w:after="80"/>
        <w:ind w:firstLine="420"/>
      </w:pPr>
      <w:r>
        <w:t>19.过滤操作中玻璃棒的作用是______；过滤后滤液仍然浑浊，可能的原因是______（写一条即可）。</w:t>
      </w:r>
    </w:p>
    <w:p>
      <w:r>
        <w:rPr>
          <w:rFonts w:ascii="黑体" w:hAnsi="黑体" w:eastAsia="黑体"/>
          <w:b/>
          <w:sz w:val="28"/>
        </w:rPr>
        <w:t>三、实验探究题（共19分）</w:t>
      </w:r>
    </w:p>
    <w:p>
      <w:pPr>
        <w:spacing w:after="80"/>
        <w:ind w:firstLine="420"/>
      </w:pPr>
      <w:r>
        <w:t>20.（9分）实验室制取气体所需装置如下图所示，请回答下列问题：</w:t>
      </w:r>
    </w:p>
    <w:p>
      <w:pPr>
        <w:spacing w:after="80"/>
        <w:ind w:firstLine="420"/>
      </w:pPr>
      <w:r>
        <w:t>（1）写出图中标号仪器的名称：a______，b______。</w:t>
      </w:r>
    </w:p>
    <w:p>
      <w:pPr>
        <w:spacing w:after="80"/>
        <w:ind w:firstLine="420"/>
      </w:pPr>
      <w:r>
        <w:t>（2）用高锰酸钾制取氧气时，所选用的发生装置是______（填字母），反应的文字表达式为______。用排水法收集氧气时，当气泡______冒出时再开始收集，原因是______。</w:t>
      </w:r>
    </w:p>
    <w:p>
      <w:pPr>
        <w:spacing w:after="80"/>
        <w:ind w:firstLine="420"/>
      </w:pPr>
      <w:r>
        <w:t>（3）实验结束后，先将导管移出水面再熄灭酒精灯，目的是______。</w:t>
      </w:r>
    </w:p>
    <w:p>
      <w:pPr>
        <w:spacing w:after="80"/>
        <w:ind w:firstLine="420"/>
      </w:pPr>
      <w:r>
        <w:t>21.（10分）某同学设计如下实验探究分子的运动：在小烧杯A中加入20mL蒸馏水，滴入2～3滴酚酞溶液；在小烧杯B中加入5mL浓氨水。用一只大烧杯罩住A、B两个小烧杯。</w:t>
      </w:r>
    </w:p>
    <w:p>
      <w:pPr>
        <w:spacing w:after="80"/>
        <w:ind w:firstLine="420"/>
      </w:pPr>
      <w:r>
        <w:t>（1）一会儿后，烧杯A中的溶液变______色，这一现象说明分子具有的性质是______。</w:t>
      </w:r>
    </w:p>
    <w:p>
      <w:pPr>
        <w:spacing w:after="80"/>
        <w:ind w:firstLine="420"/>
      </w:pPr>
      <w:r>
        <w:t>（2）该同学认为上述实验还不能充分证明分子在不断运动，理由是可能是蒸馏水本身使酚酞变色。请你补充一个对比实验：______。</w:t>
      </w:r>
    </w:p>
    <w:p>
      <w:r>
        <w:rPr>
          <w:rFonts w:ascii="黑体" w:hAnsi="黑体" w:eastAsia="黑体"/>
          <w:b/>
          <w:sz w:val="28"/>
        </w:rPr>
        <w:t>四、计算题（共10分）</w:t>
      </w:r>
    </w:p>
    <w:p>
      <w:pPr>
        <w:spacing w:after="80"/>
        <w:ind w:firstLine="420"/>
      </w:pPr>
      <w:r>
        <w:t>22.（10分）硝酸铵（NH4NO3）是一种常见的氮肥。请计算：</w:t>
      </w:r>
    </w:p>
    <w:p>
      <w:pPr>
        <w:spacing w:after="80"/>
        <w:ind w:firstLine="420"/>
      </w:pPr>
      <w:r>
        <w:t>（1）硝酸铵的相对分子质量；</w:t>
      </w:r>
    </w:p>
    <w:p>
      <w:pPr>
        <w:spacing w:after="80"/>
        <w:ind w:firstLine="420"/>
      </w:pPr>
      <w:r>
        <w:t>（2）硝酸铵中氮、氢、氧三种元素的质量比；</w:t>
      </w:r>
    </w:p>
    <w:p>
      <w:pPr>
        <w:spacing w:after="80"/>
        <w:ind w:firstLine="420"/>
      </w:pPr>
      <w:r>
        <w:t>（3）硝酸铵中氮元素的质量分数；</w:t>
      </w:r>
    </w:p>
    <w:p>
      <w:pPr>
        <w:spacing w:after="80"/>
        <w:ind w:firstLine="420"/>
      </w:pPr>
      <w:r>
        <w:t>（4）多少千克硝酸铵中含有氮元素70kg？（写出计算过程，结果保留一位小数）</w:t>
      </w:r>
    </w:p>
    <w:p>
      <w:r>
        <w:rPr>
          <w:rFonts w:ascii="黑体" w:hAnsi="黑体" w:eastAsia="黑体"/>
          <w:b/>
          <w:sz w:val="28"/>
        </w:rPr>
        <w:t>参考答案与部分解析</w:t>
      </w:r>
    </w:p>
    <w:p>
      <w:pPr>
        <w:spacing w:after="80"/>
        <w:ind w:firstLine="420"/>
      </w:pPr>
      <w:r>
        <w:t>一、选择题：1.B  2.C  3.B  4.C  5.B  6.C  7.D  8.C  9.A  10.C  11.D  12.C  13.C  14.C  15.A</w:t>
      </w:r>
    </w:p>
    <w:p>
      <w:pPr>
        <w:spacing w:after="80"/>
        <w:ind w:firstLine="420"/>
      </w:pPr>
      <w:r>
        <w:t>解析：第2题，用嘴吹灭酒精灯易引起灯内酒精燃烧，应用灯帽盖灭；剩余药品不能放回原瓶以免污染整瓶试剂，应放入指定容器。第5题，红磷燃烧产生的是大量白烟（固体小颗粒）不是白雾；铁丝在空气中不能燃烧，只能在氧气中燃烧；木炭在氧气中燃烧生成无色无味的CO2。第6题，试管口向下倾斜是防止加热时药品中的湿存水变成水蒸气，在管口冷凝成水滴倒流回热的试管底部，使试管骤冷炸裂。第10题，Fe是由原子直接构成的物质，其元素符号既能表示铁元素、一个铁原子，又能表示铁这种物质。第12题，根据化合物中各元素正负化合价代数和为零计算：HNO3中H为+1、O为-2，设N为x，则(+1)+x+(-2)×3=0，x=+5。</w:t>
      </w:r>
    </w:p>
    <w:p>
      <w:pPr>
        <w:spacing w:after="80"/>
        <w:ind w:firstLine="420"/>
      </w:pPr>
      <w:r>
        <w:t>二、填空题：16.（1）2H （2）3H2O （3）Na+ （4）Al2O3；17.①；②；④；18.水分子；水分子；氢原子和氧原子；19.引流；滤纸破损（或液面高于滤纸边缘、仪器不干净等，合理即可）。</w:t>
      </w:r>
    </w:p>
    <w:p>
      <w:pPr>
        <w:spacing w:after="80"/>
        <w:ind w:firstLine="420"/>
      </w:pPr>
      <w:r>
        <w:t>解析：18题，分子是保持物质化学性质的最小粒子，水由水分子构成；化学变化的实质是分子分裂成原子，原子重新组合成新分子，因此电解水时水分子发生改变，氢、氧原子不变。19题过滤后滤液浑浊，先检查滤纸是否破损、液面是否高于滤纸边缘、承接滤液的烧杯是否干净。</w:t>
      </w:r>
    </w:p>
    <w:p>
      <w:pPr>
        <w:spacing w:after="80"/>
        <w:ind w:firstLine="420"/>
      </w:pPr>
      <w:r>
        <w:t>三、实验题：20.（1）酒精灯；集气瓶；（2）A；高锰酸钾—加热→锰酸钾+二氧化锰+氧气；连续并比较均匀；刚开始排出的是试管中的空气，会使收集的氧气不纯；（3）防止水槽中的水倒吸入热试管使试管炸裂。21.（1）红；分子在不断地运动（氨分子从B烧杯运动到A烧杯中，使酚酞变红）；（2）另取一个小烧杯加入20mL蒸馏水和2～3滴酚酞溶液，单独放在大烧杯外，观察溶液不变色，证明蒸馏水不能使酚酞变色。</w:t>
      </w:r>
    </w:p>
    <w:p>
      <w:pPr>
        <w:spacing w:after="80"/>
        <w:ind w:firstLine="420"/>
      </w:pPr>
      <w:r>
        <w:t>四、计算题：22.（1）硝酸铵的相对分子质量=14×2+1×4+16×3=80。（2）m(N)∶m(H)∶m(O)=(14×2)∶(1×4)∶(16×3)=28∶4∶48=7∶1∶12。（3）氮元素的质量分数=（28/80）×100%=35%。（4）设质量为x的硝酸铵中含氮元素70kg，则x×35%=70kg，x=200.0kg。答：需要硝酸铵200.0kg。</w:t>
      </w:r>
    </w:p>
    <w:p>
      <w:r>
        <w:rPr>
          <w:rFonts w:ascii="黑体" w:hAnsi="黑体" w:eastAsia="黑体"/>
          <w:b/>
          <w:sz w:val="28"/>
        </w:rPr>
        <w:t>五、命题范围与复习建议</w:t>
      </w:r>
    </w:p>
    <w:p>
      <w:pPr>
        <w:spacing w:after="80"/>
        <w:ind w:firstLine="420"/>
      </w:pPr>
      <w:r>
        <w:t>本试卷依据人教版九年级化学上册期中范围命题，覆盖第一单元走进化学世界、第二单元我们周围的空气、第三单元物质构成的奥秘、第四单元自然界的水以及第五单元化学方程式前半部分。选择题侧重基础概念辨析，填空题侧重化学用语书写，实验题考查高锰酸钾制氧气的完整操作和分子运动探究，计算题围绕相对分子质量、元素质量比、元素质量分数三类常考题型。</w:t>
      </w:r>
    </w:p>
    <w:p>
      <w:pPr>
        <w:spacing w:after="80"/>
        <w:ind w:firstLine="420"/>
      </w:pPr>
      <w:r>
        <w:t>考前复习时提醒孩子三件事：一是化学符号一定要写规范，元素符号第一个字母大写、第二个字母小写，离子符号右上角数字在前正负号在后，化学式中右下角数字不能漏；二是实验操作题把查、装、定、点、收、离、熄七个字对应到高锰酸钾制氧气的每一步，特别是为什么试管口塞棉花、为什么要等气泡均匀连续再收集、为什么先移导管再熄灯，这三个问题几乎每次必考；三是计算题按步骤写，先写公式再代数，相对原子质量从试卷卷头查，不要背错。把本卷做错的题用红笔抄在错题本上，周末重做一遍，期中测验就能稳拿基础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