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八年级数学上册期中测试卷（人教版）</w:t>
      </w:r>
    </w:p>
    <w:p>
      <w:pPr>
        <w:jc w:val="center"/>
      </w:pPr>
      <w:r>
        <w:rPr>
          <w:sz w:val="22"/>
        </w:rPr>
        <w:t>（考试时间：90分钟  满分：120分）</w:t>
      </w:r>
    </w:p>
    <w:p>
      <w:r>
        <w:rPr>
          <w:rFonts w:ascii="黑体" w:hAnsi="黑体" w:eastAsia="黑体"/>
          <w:b/>
          <w:sz w:val="28"/>
        </w:rPr>
        <w:t>一、选择题（每小题3分，共30分）</w:t>
      </w:r>
    </w:p>
    <w:p>
      <w:pPr>
        <w:spacing w:after="80"/>
        <w:ind w:firstLine="420"/>
      </w:pPr>
      <w:r>
        <w:t>1.以下列各组线段为边，能组成三角形的是</w:t>
      </w:r>
    </w:p>
    <w:p>
      <w:pPr>
        <w:spacing w:after="80"/>
        <w:ind w:firstLine="420"/>
      </w:pPr>
      <w:r>
        <w:t>A.2cm，3cm，5cm    B.3cm，3cm，6cm    C.5cm，8cm，2cm    D.4cm，5cm，6cm</w:t>
      </w:r>
    </w:p>
    <w:p>
      <w:pPr>
        <w:spacing w:after="80"/>
        <w:ind w:firstLine="420"/>
      </w:pPr>
      <w:r>
        <w:t>2.三角形的一个外角等于与它不相邻的两个内角之和。若一个三角形三个内角度数之比为2∶3∶4，则这个三角形是</w:t>
      </w:r>
    </w:p>
    <w:p>
      <w:pPr>
        <w:spacing w:after="80"/>
        <w:ind w:firstLine="420"/>
      </w:pPr>
      <w:r>
        <w:t>A.直角三角形    B.锐角三角形    C.钝角三角形    D.等边三角形</w:t>
      </w:r>
    </w:p>
    <w:p>
      <w:pPr>
        <w:spacing w:after="80"/>
        <w:ind w:firstLine="420"/>
      </w:pPr>
      <w:r>
        <w:t>3.下列图形中具有稳定性的是</w:t>
      </w:r>
    </w:p>
    <w:p>
      <w:pPr>
        <w:spacing w:after="80"/>
        <w:ind w:firstLine="420"/>
      </w:pPr>
      <w:r>
        <w:t>A.正方形    B.长方形    C.直角三角形    D.平行四边形</w:t>
      </w:r>
    </w:p>
    <w:p>
      <w:pPr>
        <w:spacing w:after="80"/>
        <w:ind w:firstLine="420"/>
      </w:pPr>
      <w:r>
        <w:t>4.若等腰三角形的一边长为4，另一边长为9，则它的周长为</w:t>
      </w:r>
    </w:p>
    <w:p>
      <w:pPr>
        <w:spacing w:after="80"/>
        <w:ind w:firstLine="420"/>
      </w:pPr>
      <w:r>
        <w:t>A.17    B.22    C.17或22    D.无法确定</w:t>
      </w:r>
    </w:p>
    <w:p>
      <w:pPr>
        <w:spacing w:after="80"/>
        <w:ind w:firstLine="420"/>
      </w:pPr>
      <w:r>
        <w:t>5.下列说法正确的是</w:t>
      </w:r>
    </w:p>
    <w:p>
      <w:pPr>
        <w:spacing w:after="80"/>
        <w:ind w:firstLine="420"/>
      </w:pPr>
      <w:r>
        <w:t>A.形状相同的两个三角形全等    B.面积相等的两个三角形全等    C.完全重合的两个三角形全等    D.所有等边三角形都全等</w:t>
      </w:r>
    </w:p>
    <w:p>
      <w:pPr>
        <w:spacing w:after="80"/>
        <w:ind w:firstLine="420"/>
      </w:pPr>
      <w:r>
        <w:t>6.在△ABC和△DEF中，已知AB=DE，∠A=∠D，还需补充一个条件才能判定△ABC≌△DEF，下列补充方法错误的是</w:t>
      </w:r>
    </w:p>
    <w:p>
      <w:pPr>
        <w:spacing w:after="80"/>
        <w:ind w:firstLine="420"/>
      </w:pPr>
      <w:r>
        <w:t>A.∠B=∠E    B.∠C=∠F    C.BC=EF    D.AC=DF</w:t>
      </w:r>
    </w:p>
    <w:p>
      <w:pPr>
        <w:spacing w:after="80"/>
        <w:ind w:firstLine="420"/>
      </w:pPr>
      <w:r>
        <w:t>7.到三角形三个顶点距离相等的点是</w:t>
      </w:r>
    </w:p>
    <w:p>
      <w:pPr>
        <w:spacing w:after="80"/>
        <w:ind w:firstLine="420"/>
      </w:pPr>
      <w:r>
        <w:t>A.三条角平分线的交点    B.三条高的交点    C.三边垂直平分线的交点    D.三条中线的交点</w:t>
      </w:r>
    </w:p>
    <w:p>
      <w:pPr>
        <w:spacing w:after="80"/>
        <w:ind w:firstLine="420"/>
      </w:pPr>
      <w:r>
        <w:t>8.等腰三角形的一个内角为80°，则其顶角的度数为</w:t>
      </w:r>
    </w:p>
    <w:p>
      <w:pPr>
        <w:spacing w:after="80"/>
        <w:ind w:firstLine="420"/>
      </w:pPr>
      <w:r>
        <w:t>A.80°    B.20°    C.80°或20°    D.50°</w:t>
      </w:r>
    </w:p>
    <w:p>
      <w:pPr>
        <w:spacing w:after="80"/>
        <w:ind w:firstLine="420"/>
      </w:pPr>
      <w:r>
        <w:t>9.点P（-2，3）关于x轴对称的点的坐标是</w:t>
      </w:r>
    </w:p>
    <w:p>
      <w:pPr>
        <w:spacing w:after="80"/>
        <w:ind w:firstLine="420"/>
      </w:pPr>
      <w:r>
        <w:t>A.（2，3）    B.（2，-3）    C.（-2，-3）    D.（3，-2）</w:t>
      </w:r>
    </w:p>
    <w:p>
      <w:pPr>
        <w:spacing w:after="80"/>
        <w:ind w:firstLine="420"/>
      </w:pPr>
      <w:r>
        <w:t>10.如图，在△ABC中，AB=AC，∠A=36°，BD平分∠ABC交AC于D，则图中等腰三角形共有</w:t>
      </w:r>
    </w:p>
    <w:p>
      <w:pPr>
        <w:spacing w:after="80"/>
        <w:ind w:firstLine="420"/>
      </w:pPr>
      <w:r>
        <w:t>A.1个    B.2个    C.3个    D.4个</w:t>
      </w:r>
    </w:p>
    <w:p>
      <w:r>
        <w:rPr>
          <w:rFonts w:ascii="黑体" w:hAnsi="黑体" w:eastAsia="黑体"/>
          <w:b/>
          <w:sz w:val="28"/>
        </w:rPr>
        <w:t>二、填空题（每小题3分，共24分）</w:t>
      </w:r>
    </w:p>
    <w:p>
      <w:pPr>
        <w:spacing w:after="80"/>
        <w:ind w:firstLine="420"/>
      </w:pPr>
      <w:r>
        <w:t>11.若一个正多边形的每个外角都等于36°，则这个正多边形的边数是______。</w:t>
      </w:r>
    </w:p>
    <w:p>
      <w:pPr>
        <w:spacing w:after="80"/>
        <w:ind w:firstLine="420"/>
      </w:pPr>
      <w:r>
        <w:t>12.在△ABC中，∠A=50°，∠B=∠C，则∠B=______度。</w:t>
      </w:r>
    </w:p>
    <w:p>
      <w:pPr>
        <w:spacing w:after="80"/>
        <w:ind w:firstLine="420"/>
      </w:pPr>
      <w:r>
        <w:t>13.已知△ABC≌△DEF，△ABC的周长为100cm，AB=30cm，DF=25cm，则BC的长为______cm。</w:t>
      </w:r>
    </w:p>
    <w:p>
      <w:pPr>
        <w:spacing w:after="80"/>
        <w:ind w:firstLine="420"/>
      </w:pPr>
      <w:r>
        <w:t>14.如图，已知AB=AD，要判定△ABC≌△ADC，还需补充的一个条件是______（写出一个即可）。</w:t>
      </w:r>
    </w:p>
    <w:p>
      <w:pPr>
        <w:spacing w:after="80"/>
        <w:ind w:firstLine="420"/>
      </w:pPr>
      <w:r>
        <w:t>15.等腰三角形的对称轴有______条。</w:t>
      </w:r>
    </w:p>
    <w:p>
      <w:pPr>
        <w:spacing w:after="80"/>
        <w:ind w:firstLine="420"/>
      </w:pPr>
      <w:r>
        <w:t>16.在△ABC中，AB=AC，AB的垂直平分线交AC于D，若BD+CD=10cm，则AB=______cm。</w:t>
      </w:r>
    </w:p>
    <w:p>
      <w:pPr>
        <w:spacing w:after="80"/>
        <w:ind w:firstLine="420"/>
      </w:pPr>
      <w:r>
        <w:t>17.从一个八边形的一个顶点出发，可以引______条对角线，把八边形分成______个三角形。</w:t>
      </w:r>
    </w:p>
    <w:p>
      <w:pPr>
        <w:spacing w:after="80"/>
        <w:ind w:firstLine="420"/>
      </w:pPr>
      <w:r>
        <w:t>18.在平面直角坐标系中，点A（a，-2）与点B（3，b）关于y轴对称，则a+b=______。</w:t>
      </w:r>
    </w:p>
    <w:p>
      <w:r>
        <w:rPr>
          <w:rFonts w:ascii="黑体" w:hAnsi="黑体" w:eastAsia="黑体"/>
          <w:b/>
          <w:sz w:val="28"/>
        </w:rPr>
        <w:t>三、解答题（共66分，解答应写出文字说明、证明过程或演算步骤）</w:t>
      </w:r>
    </w:p>
    <w:p>
      <w:pPr>
        <w:spacing w:after="80"/>
        <w:ind w:firstLine="420"/>
      </w:pPr>
      <w:r>
        <w:t>19.（8分）已知一个等腰三角形的周长是28cm，其中一边长是8cm，求另外两边的长。</w:t>
      </w:r>
    </w:p>
    <w:p>
      <w:pPr>
        <w:spacing w:after="80"/>
        <w:ind w:firstLine="420"/>
      </w:pPr>
      <w:r>
        <w:t>20.（8分）如图，点B、E、C、F在同一直线上，AB=DE，AB∥DE，BE=CF。求证：AC∥DF。</w:t>
      </w:r>
    </w:p>
    <w:p>
      <w:pPr>
        <w:spacing w:after="80"/>
        <w:ind w:firstLine="420"/>
      </w:pPr>
      <w:r>
        <w:t>21.（10分）如图，在△ABC中，AD是BC边上的高，AE是∠BAC的平分线，若∠B=42°，∠C=70°，求∠DAE的度数。</w:t>
      </w:r>
    </w:p>
    <w:p>
      <w:pPr>
        <w:spacing w:after="80"/>
        <w:ind w:firstLine="420"/>
      </w:pPr>
      <w:r>
        <w:t>22.（10分）如图，点E、F在BC上，BE=CF，AB=DC，∠B=∠C。求证：AF=DE。</w:t>
      </w:r>
    </w:p>
    <w:p>
      <w:pPr>
        <w:spacing w:after="80"/>
        <w:ind w:firstLine="420"/>
      </w:pPr>
      <w:r>
        <w:t>23.（10分）如图，在△ABC中，AB=AC，点D在AC上，且BD=BC=AD。求△ABC各角的度数。</w:t>
      </w:r>
    </w:p>
    <w:p>
      <w:pPr>
        <w:spacing w:after="80"/>
        <w:ind w:firstLine="420"/>
      </w:pPr>
      <w:r>
        <w:t>24.（10分）如图，在平面直角坐标系中，A（1，2），B（3，1），C（-2，-1）。（1）在图中作出△ABC关于x轴对称的△A1B1C1；（2）写出点A1、B1、C1的坐标；（3）求△ABC的面积。</w:t>
      </w:r>
    </w:p>
    <w:p>
      <w:pPr>
        <w:spacing w:after="80"/>
        <w:ind w:firstLine="420"/>
      </w:pPr>
      <w:r>
        <w:t>25.（10分）如图，在△ABC中，∠C=90°，AD平分∠BAC，交BC于D，DE⊥AB于E，且点E恰好为AB的中点。（1）求证：直线AD是线段BC的垂直平分线；（2）若DE=3cm，求BC的长。</w:t>
      </w:r>
    </w:p>
    <w:p>
      <w:r>
        <w:rPr>
          <w:rFonts w:ascii="黑体" w:hAnsi="黑体" w:eastAsia="黑体"/>
          <w:b/>
          <w:sz w:val="28"/>
        </w:rPr>
        <w:t>参考答案与部分解析</w:t>
      </w:r>
    </w:p>
    <w:p>
      <w:pPr>
        <w:spacing w:after="80"/>
        <w:ind w:firstLine="420"/>
      </w:pPr>
      <w:r>
        <w:t>一、选择题：1.D  2.B  3.C  4.B  5.C  6.C  7.C  8.C  9.C  10.C。</w:t>
      </w:r>
    </w:p>
    <w:p>
      <w:pPr>
        <w:spacing w:after="80"/>
        <w:ind w:firstLine="420"/>
      </w:pPr>
      <w:r>
        <w:t>解析：第1题，三角形三边关系为两边之和大于第三边，只有D满足4+5&gt;6。第4题，若腰长为4，则4+4=8&lt;9不能构成三角形，故腰长只能为9，周长=9+9+4=22。第6题，已知一边一角对应相等，用SAS、ASA、AAS均可判定全等，SSA不能判定，故选C（BC=EF是两边及其中一边的对角）。第8题，80°角可能是顶角也可能是底角：若80°为底角，则顶角=180°-80°×2=20°；若80°为顶角则顶角就是80°，故选C。第10题，由AB=AC得△ABC为等腰；由∠A=36°得∠ABC=∠C=72°；BD平分∠ABC得∠ABD=∠DBC=36°，则△ABD中∠A=∠ABD=36°，AD=BD为等腰；△BDC中∠BDC=180°-36°-72°=72°=∠C，BD=BC为等腰，共3个。</w:t>
      </w:r>
    </w:p>
    <w:p>
      <w:pPr>
        <w:spacing w:after="80"/>
        <w:ind w:firstLine="420"/>
      </w:pPr>
      <w:r>
        <w:t>二、填空题：11.10；12.65；13.45；14.BC=DC（或∠BAC=∠DAC，答案不唯一）；15.1（一般等腰三角形只有1条对称轴）；16.10；17.5；6；18.-5。</w:t>
      </w:r>
    </w:p>
    <w:p>
      <w:pPr>
        <w:spacing w:after="80"/>
        <w:ind w:firstLine="420"/>
      </w:pPr>
      <w:r>
        <w:t>解析：13题全等三角形对应边相等，△ABC中AB对应DE=30，AC对应DF=25，故BC=100-30-25=45。16题，D在AB的垂直平分线上，故AD=BD，BD+CD=AD+CD=AC=10，又AB=AC，所以AB=10cm。18题关于y轴对称的点纵坐标相同、横坐标互为相反数，故a=-3，b=-2，a+b=-5。</w:t>
      </w:r>
    </w:p>
    <w:p>
      <w:pPr>
        <w:spacing w:after="80"/>
        <w:ind w:firstLine="420"/>
      </w:pPr>
      <w:r>
        <w:t>三、解答题：</w:t>
      </w:r>
    </w:p>
    <w:p>
      <w:pPr>
        <w:spacing w:after="80"/>
        <w:ind w:firstLine="420"/>
      </w:pPr>
      <w:r>
        <w:t>19.解：分两种情况。①当底边长为8cm时，腰长=（28-8）÷2=10cm，三边长8、10、10满足三边关系；②当腰长为8cm时，底边长=28-8×2=12cm，三边长8、8、12满足8+8&gt;12。故另外两边长为10cm、10cm或8cm、12cm。</w:t>
      </w:r>
    </w:p>
    <w:p>
      <w:pPr>
        <w:spacing w:after="80"/>
        <w:ind w:firstLine="420"/>
      </w:pPr>
      <w:r>
        <w:t>20.证明：∵AB∥DE，∴∠B=∠DEF。∵BE=CF，∴BE+EC=CF+EC，即BC=EF。在△ABC和△DEF中，AB=DE，∠B=∠DEF，BC=EF，∴△ABC≌△DEF（SAS），∴∠ACB=∠F，∴AC∥DF（同位角相等，两直线平行）。</w:t>
      </w:r>
    </w:p>
    <w:p>
      <w:pPr>
        <w:spacing w:after="80"/>
        <w:ind w:firstLine="420"/>
      </w:pPr>
      <w:r>
        <w:t>21.解：∠BAC=180°-42°-70°=68°。AE平分∠BAC，故∠BAE=34°。在△ABD中AD⊥BC，∠BAD=90°-∠B=90°-42°=48°。∴∠DAE=∠BAD-∠BAE=48°-34°=14°。</w:t>
      </w:r>
    </w:p>
    <w:p>
      <w:pPr>
        <w:spacing w:after="80"/>
        <w:ind w:firstLine="420"/>
      </w:pPr>
      <w:r>
        <w:t>22.证明：∵BE=CF，∴BE+EF=CF+EF，即BF=CE。在△ABF和△DCE中，AB=DC，∠B=∠C，BF=CE，∴△ABF≌△DCE（SAS），∴AF=DE。</w:t>
      </w:r>
    </w:p>
    <w:p>
      <w:pPr>
        <w:spacing w:after="80"/>
        <w:ind w:firstLine="420"/>
      </w:pPr>
      <w:r>
        <w:t>23.解：设∠A=x。∵AD=BD，∴∠ABD=∠A=x，∠BDC=∠A+∠ABD=2x。∵BD=BC，∴∠C=∠BDC=2x。∵AB=AC，∴∠ABC=∠C=2x。在△ABC中x+2x+2x=180°，解得x=36°。∴∠A=36°，∠ABC=∠C=72°。</w:t>
      </w:r>
    </w:p>
    <w:p>
      <w:pPr>
        <w:spacing w:after="80"/>
        <w:ind w:firstLine="420"/>
      </w:pPr>
      <w:r>
        <w:t>24.解：（2）关于x轴对称的点横坐标不变、纵坐标相反，故A1（1，-2），B1（3，-1），C1（-2，1）。（3）用割补法：把△ABC置于一个长为5、宽为4的矩形内，面积=5×4-½×3×1-½×2×3-½×5×1=20-1.5-3-2.5=13。</w:t>
      </w:r>
    </w:p>
    <w:p>
      <w:pPr>
        <w:spacing w:after="80"/>
        <w:ind w:firstLine="420"/>
      </w:pPr>
      <w:r>
        <w:t>25.（1）证明：∵AD平分∠BAC，DE⊥AB，∠C=90°即DC⊥AC，∴DC=DE（角平分线上的点到角两边距离相等）。在Rt△ACD和Rt△AED中，AD=AD，DC=DE，∴Rt△ACD≌Rt△AED（HL），∴AC=AE。又E为AB中点且DE⊥AB，故DE垂直平分AB，AD=BD，∠B=∠DAB=∠CAD=30°。可证△ADC≌△BDE（ASA），得AC=BE=AE，DC=DE，即D在BC上且DC=DB，DE⊥AB可推出AD垂直平分BC。（2）在Rt△BDE中∠B=30°，BD=2DE=6cm，DC=DE=3cm，故BC=BD+DC=9cm。</w:t>
      </w:r>
    </w:p>
    <w:p>
      <w:r>
        <w:rPr>
          <w:rFonts w:ascii="黑体" w:hAnsi="黑体" w:eastAsia="黑体"/>
          <w:b/>
          <w:sz w:val="28"/>
        </w:rPr>
        <w:t>四、命题说明与期中复习建议</w:t>
      </w:r>
    </w:p>
    <w:p>
      <w:pPr>
        <w:spacing w:after="80"/>
        <w:ind w:firstLine="420"/>
      </w:pPr>
      <w:r>
        <w:t>本卷依据人教版八年级数学上册期中范围命题，重点考查第十一章三角形和第十二章全等三角形，第十三章轴对称的基础内容也有涉及。三角形这一章的核心是三边关系、内角和定理及其推论、多边形内角和与外角和；全等三角形这一章的核心是五种判定方法SSS、SAS、ASA、AAS、HL的灵活选用，以及全等在证明线段相等、角相等中的应用。轴对称部分主要考等腰三角形的性质与判定、垂直平分线的性质、关于坐标轴对称的点的坐标规律。</w:t>
      </w:r>
    </w:p>
    <w:p>
      <w:pPr>
        <w:spacing w:after="80"/>
        <w:ind w:firstLine="420"/>
      </w:pPr>
      <w:r>
        <w:t>给孩子的复习建议：第一，把五种全等判定方法各背一个典型图形，看到题目先找已知边和角，缺什么条件就证什么条件，切忌上来就乱套定理。第二，证明题写清因果关系，每一步都要写依据，比如由两直线平行推出角相等、由中点推出线段相等，不能跳步。第三，等腰三角形题目最容易漏解，比如已知一个角求另外两个角、已知一边求周长，一定要分情况讨论，再用三角形三边关系检验能不能构成三角形。第四，坐标对称题记住口诀：关于x轴对称横不变纵变号，关于y轴对称纵不变横变号。第五，把本卷错题重新做一遍，特别是第23题这种设未知数列方程求角度的题，这是期中压轴题的常见考法，练熟了考试不慌。</w:t>
      </w:r>
    </w:p>
    <w:p>
      <w:r>
        <w:rPr>
          <w:rFonts w:ascii="黑体" w:hAnsi="黑体" w:eastAsia="黑体"/>
          <w:b/>
          <w:sz w:val="28"/>
        </w:rPr>
        <w:t>五、考前再练三道易错题（附详解）</w:t>
      </w:r>
    </w:p>
    <w:p>
      <w:pPr>
        <w:spacing w:after="80"/>
        <w:ind w:firstLine="420"/>
      </w:pPr>
      <w:r>
        <w:t>易错题一：已知等腰三角形一腰上的高与另一腰的夹角为40度，求这个等腰三角形顶角的度数。提示：要分高在三角形内部和外部两种情况讨论。解：当高在三角形内部时，顶角等于90度减40度等于50度；当高在三角形外部时，顶角等于90度加40度等于130度。所以顶角度数为50度或130度。这道题最容易只算出50度而漏掉钝角三角形的情况。</w:t>
      </w:r>
    </w:p>
    <w:p>
      <w:pPr>
        <w:spacing w:after="80"/>
        <w:ind w:firstLine="420"/>
      </w:pPr>
      <w:r>
        <w:t>易错题二：在三角形ABC中，AB等于AC，中线BD把三角形的周长分成12和15两部分，求三角形三边的长。提示：BD是AC边上的中线，故AD等于DC，分成的两部分周长不包含BD本身。解：设AD等于DC等于x，则AB等于AC等于2x。若AB加AD等于12，则2x加x等于12，x等于4，三边长为8、8、11，满足三边关系；若AB加AD等于15，则2x加x等于15，x等于5，三边长为10、10、7，也满足三边关系。两种情况都成立。</w:t>
      </w:r>
    </w:p>
    <w:p>
      <w:pPr>
        <w:spacing w:after="80"/>
        <w:ind w:firstLine="420"/>
      </w:pPr>
      <w:r>
        <w:t>易错题三：已知三角形三边长分别为2、x、10，若x是不等式组x大于1的整数解，求这个三角形第三边x的值。解：由三角形三边关系，10减2小于x小于10加2，即8小于x小于12。又x是整数，故x等于9、10、11。这类题把不等式和三边关系结合起来考，先锁定范围再取整数解，别漏解。</w:t>
      </w:r>
    </w:p>
    <w:p>
      <w:pPr>
        <w:spacing w:after="80"/>
        <w:ind w:firstLine="420"/>
      </w:pPr>
      <w:r>
        <w:t>考试当天提醒：发卷后先把姓名班级写好，把整套题快速扫一遍，心里有个数。选择填空遇到卡壳的先跳过，别在一道小题上耗十分钟。做大题时把已知条件在图上标出来，要求证什么先写在草稿纸上，再倒推需要哪两个三角形全等。证明题写结论前回头看一眼题目问的是线段相等还是平行，别证半天答非所问。最后留十分钟检查，重点看等腰三角形有没有漏解、计算有没有抄错数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