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房屋租赁合同模板（完整条款+使用说明）</w:t>
      </w:r>
    </w:p>
    <w:p>
      <w:r>
        <w:rPr>
          <w:sz w:val="22"/>
        </w:rPr>
        <w:t>合同编号：________________</w:t>
      </w:r>
    </w:p>
    <w:p>
      <w:r>
        <w:rPr>
          <w:sz w:val="22"/>
        </w:rPr>
      </w:r>
    </w:p>
    <w:p>
      <w:pPr>
        <w:pStyle w:val="Heading2"/>
      </w:pPr>
      <w:r>
        <w:t>出租方（甲方）：</w:t>
      </w:r>
    </w:p>
    <w:p>
      <w:r>
        <w:rPr>
          <w:sz w:val="22"/>
        </w:rPr>
        <w:t>姓名/名称：________________</w:t>
      </w:r>
    </w:p>
    <w:p>
      <w:r>
        <w:rPr>
          <w:sz w:val="22"/>
        </w:rPr>
        <w:t>身份证号/统一社会信用代码：________________</w:t>
      </w:r>
    </w:p>
    <w:p>
      <w:r>
        <w:rPr>
          <w:sz w:val="22"/>
        </w:rPr>
        <w:t>联系电话：________________</w:t>
      </w:r>
    </w:p>
    <w:p>
      <w:r>
        <w:rPr>
          <w:sz w:val="22"/>
        </w:rPr>
        <w:t>通讯地址：________________</w:t>
      </w:r>
    </w:p>
    <w:p>
      <w:r>
        <w:rPr>
          <w:sz w:val="22"/>
        </w:rPr>
      </w:r>
    </w:p>
    <w:p>
      <w:pPr>
        <w:pStyle w:val="Heading2"/>
      </w:pPr>
      <w:r>
        <w:t>承租方（乙方）：</w:t>
      </w:r>
    </w:p>
    <w:p>
      <w:r>
        <w:rPr>
          <w:sz w:val="22"/>
        </w:rPr>
        <w:t>姓名/名称：________________</w:t>
      </w:r>
    </w:p>
    <w:p>
      <w:r>
        <w:rPr>
          <w:sz w:val="22"/>
        </w:rPr>
        <w:t>身份证号/统一社会信用代码：________________</w:t>
      </w:r>
    </w:p>
    <w:p>
      <w:r>
        <w:rPr>
          <w:sz w:val="22"/>
        </w:rPr>
        <w:t>联系电话：________________</w:t>
      </w:r>
    </w:p>
    <w:p>
      <w:r>
        <w:rPr>
          <w:sz w:val="22"/>
        </w:rPr>
        <w:t>通讯地址：________________</w:t>
      </w:r>
    </w:p>
    <w:p>
      <w:r>
        <w:rPr>
          <w:sz w:val="22"/>
        </w:rPr>
      </w:r>
    </w:p>
    <w:p>
      <w:r>
        <w:rPr>
          <w:sz w:val="22"/>
        </w:rPr>
        <w:t>根据《中华人民共和国民法典》及相关法律法规，甲乙双方在平等、自愿、公平和诚实信用的原则下，经协商一致，就乙方承租甲方合法拥有的房屋事宜，订立本合同。</w:t>
      </w:r>
    </w:p>
    <w:p>
      <w:pPr>
        <w:pStyle w:val="Heading1"/>
      </w:pPr>
      <w:r>
        <w:t>第一条  房屋基本情况</w:t>
      </w:r>
    </w:p>
    <w:p>
      <w:r>
        <w:rPr>
          <w:sz w:val="22"/>
        </w:rPr>
        <w:t>1.1 甲方将其合法拥有的坐落于______市______区______路______号______栋______单元______室的房屋（以下简称"该房屋"）出租给乙方使用。</w:t>
      </w:r>
    </w:p>
    <w:p>
      <w:r>
        <w:rPr>
          <w:sz w:val="22"/>
        </w:rPr>
        <w:t>1.2 该房屋建筑面积共计______平方米，房屋用途为______（居住/商用/办公）。</w:t>
      </w:r>
    </w:p>
    <w:p>
      <w:r>
        <w:rPr>
          <w:sz w:val="22"/>
        </w:rPr>
        <w:t>1.3 该房屋现有装修及设施、设备情况详见附件一《房屋设施清单》。该清单作为甲方按照本合同约定交付乙方使用和乙方在本合同租赁期满交还该房屋时的验收依据。</w:t>
      </w:r>
    </w:p>
    <w:p>
      <w:pPr>
        <w:pStyle w:val="Heading1"/>
      </w:pPr>
      <w:r>
        <w:t>第二条  租赁期限</w:t>
      </w:r>
    </w:p>
    <w:p>
      <w:r>
        <w:rPr>
          <w:sz w:val="22"/>
        </w:rPr>
        <w:t>2.1 该房屋租赁期自______年____月____日起至______年____月____日止，共计______个月。</w:t>
      </w:r>
    </w:p>
    <w:p>
      <w:r>
        <w:rPr>
          <w:sz w:val="22"/>
        </w:rPr>
        <w:t>2.2 租赁期满，甲方有权收回该房屋，乙方应如期交还。乙方如要求续租，则必须在租赁期满前______日书面通知甲方，经甲方同意后，双方重新签订租赁合同。在同等条件下，乙方享有优先承租权。</w:t>
      </w:r>
    </w:p>
    <w:p>
      <w:r>
        <w:rPr>
          <w:sz w:val="22"/>
        </w:rPr>
        <w:t>2.3 乙方未在约定期限内提出续租申请的，视为乙方放弃续租优先权。</w:t>
      </w:r>
    </w:p>
    <w:p>
      <w:pPr>
        <w:pStyle w:val="Heading1"/>
      </w:pPr>
      <w:r>
        <w:t>第三条  租金及支付方式</w:t>
      </w:r>
    </w:p>
    <w:p>
      <w:r>
        <w:rPr>
          <w:sz w:val="22"/>
        </w:rPr>
        <w:t>3.1 该房屋月租金为人民币（大写）______元整（￥______元/月）。租赁期内，租金标准保持不变，甲方不得以任何理由随意上调。</w:t>
      </w:r>
    </w:p>
    <w:p>
      <w:r>
        <w:rPr>
          <w:sz w:val="22"/>
        </w:rPr>
        <w:t>3.2 租金支付方式为：______（月付/季付/半年付/年付），乙方应在每个支付周期开始前______日内将租金交付甲方。</w:t>
      </w:r>
    </w:p>
    <w:p>
      <w:r>
        <w:rPr>
          <w:sz w:val="22"/>
        </w:rPr>
        <w:t>3.3 首次租金应于本合同签订之日起______日内支付，金额为人民币______元。</w:t>
      </w:r>
    </w:p>
    <w:p>
      <w:r>
        <w:rPr>
          <w:sz w:val="22"/>
        </w:rPr>
        <w:t>3.4 甲方收到租金后应向乙方出具收款凭证。乙方通过银行转账方式支付的，转账记录视为付款凭证。甲方指定收款账户：</w:t>
      </w:r>
    </w:p>
    <w:p>
      <w:r>
        <w:rPr>
          <w:sz w:val="22"/>
        </w:rPr>
        <w:t xml:space="preserve">    开户银行：________________</w:t>
      </w:r>
    </w:p>
    <w:p>
      <w:r>
        <w:rPr>
          <w:sz w:val="22"/>
        </w:rPr>
        <w:t xml:space="preserve">    账户名称：________________</w:t>
      </w:r>
    </w:p>
    <w:p>
      <w:r>
        <w:rPr>
          <w:sz w:val="22"/>
        </w:rPr>
        <w:t xml:space="preserve">    银行账号：________________</w:t>
      </w:r>
    </w:p>
    <w:p>
      <w:pPr>
        <w:pStyle w:val="Heading1"/>
      </w:pPr>
      <w:r>
        <w:t>第四条  押金</w:t>
      </w:r>
    </w:p>
    <w:p>
      <w:r>
        <w:rPr>
          <w:sz w:val="22"/>
        </w:rPr>
        <w:t>4.1 乙方应于本合同签订之日向甲方支付房屋租赁押金，金额为人民币（大写）______元整（￥______元），相当于______个月租金。</w:t>
      </w:r>
    </w:p>
    <w:p>
      <w:r>
        <w:rPr>
          <w:sz w:val="22"/>
        </w:rPr>
        <w:t>4.2 租赁期满或合同解除后，房屋租赁押金除抵扣应由乙方承担的费用、租金以及乙方应承担的违约赔偿责任外，剩余部分应如数返还乙方。</w:t>
      </w:r>
    </w:p>
    <w:p>
      <w:r>
        <w:rPr>
          <w:sz w:val="22"/>
        </w:rPr>
        <w:t>4.3 甲方不得将押金挪作他用。押金不计利息。</w:t>
      </w:r>
    </w:p>
    <w:p>
      <w:pPr>
        <w:pStyle w:val="Heading1"/>
      </w:pPr>
      <w:r>
        <w:t>第五条  相关费用承担</w:t>
      </w:r>
    </w:p>
    <w:p>
      <w:r>
        <w:rPr>
          <w:sz w:val="22"/>
        </w:rPr>
        <w:t>5.1 租赁期间，因使用该房屋所产生的下列费用由乙方承担：水费、电费、燃气费、物业管理费、网络通讯费、有线电视费、垃圾清费用。</w:t>
      </w:r>
    </w:p>
    <w:p>
      <w:r>
        <w:rPr>
          <w:sz w:val="22"/>
        </w:rPr>
        <w:t>5.2 与该房屋有关的土地使用费、房产税、房屋租赁相关税费由甲方承担。</w:t>
      </w:r>
    </w:p>
    <w:p>
      <w:r>
        <w:rPr>
          <w:sz w:val="22"/>
        </w:rPr>
        <w:t>5.3 乙方应按时足额缴纳上述费用，如因乙方拖欠产生滞纳金或影响正常使用，由乙方承担全部责任。</w:t>
      </w:r>
    </w:p>
    <w:p>
      <w:pPr>
        <w:pStyle w:val="Heading1"/>
      </w:pPr>
      <w:r>
        <w:t>第六条  房屋修缮与使用</w:t>
      </w:r>
    </w:p>
    <w:p>
      <w:r>
        <w:rPr>
          <w:sz w:val="22"/>
        </w:rPr>
        <w:t>6.1 甲方应保证该房屋及其附属设施处于正常的可使用和安全状态。甲方对房屋进行检查、养护，应提前______日通知乙方，乙方应予以配合。</w:t>
      </w:r>
    </w:p>
    <w:p>
      <w:r>
        <w:rPr>
          <w:sz w:val="22"/>
        </w:rPr>
        <w:t>6.2 租赁期间，该房屋及附属设施如非乙方的过错或损坏，甲方应在接到乙方通知后______日内进行维修；逾期不维修的，乙方可代为维修，费用由甲方承担。</w:t>
      </w:r>
    </w:p>
    <w:p>
      <w:r>
        <w:rPr>
          <w:sz w:val="22"/>
        </w:rPr>
        <w:t>6.3 乙方应合理使用该房屋及其附属设施，不得擅自改变房屋结构和用途。因乙方使用不当或不合理使用致使房屋或设施损坏的，乙方应负责维修或承担赔偿责任。</w:t>
      </w:r>
    </w:p>
    <w:p>
      <w:r>
        <w:rPr>
          <w:sz w:val="22"/>
        </w:rPr>
        <w:t>6.4 乙方如需对房屋进行装修或增设附属设施，应事先征得甲方书面同意，并按规定向有关部门申请。租赁期满后，附着于房屋的装修归甲方所有，可移动设施归乙方所有。</w:t>
      </w:r>
    </w:p>
    <w:p>
      <w:pPr>
        <w:pStyle w:val="Heading1"/>
      </w:pPr>
      <w:r>
        <w:t>第七条  转租与转让</w:t>
      </w:r>
    </w:p>
    <w:p>
      <w:r>
        <w:rPr>
          <w:sz w:val="22"/>
        </w:rPr>
        <w:t>7.1 未经甲方书面同意，乙方不得将该房屋全部或部分转租、转借他人。</w:t>
      </w:r>
    </w:p>
    <w:p>
      <w:r>
        <w:rPr>
          <w:sz w:val="22"/>
        </w:rPr>
        <w:t>7.2 经甲方书面同意转租的，乙方应与次承租人签订转租合同，转租期限不得超过本合同剩余租赁期限。</w:t>
      </w:r>
    </w:p>
    <w:p>
      <w:r>
        <w:rPr>
          <w:sz w:val="22"/>
        </w:rPr>
        <w:t>7.3 租赁期间，甲方如转让该房屋所有权，应提前______日书面通知乙方，在同等条件下乙方享有优先购买权。房屋所有权转让后，本合同对新的房屋所有权人继续有效。</w:t>
      </w:r>
    </w:p>
    <w:p>
      <w:pPr>
        <w:pStyle w:val="Heading1"/>
      </w:pPr>
      <w:r>
        <w:t>第八条  合同的解除</w:t>
      </w:r>
    </w:p>
    <w:p>
      <w:r>
        <w:rPr>
          <w:sz w:val="22"/>
        </w:rPr>
        <w:t>8.1 经甲乙双方协商一致，可以解除本合同。</w:t>
      </w:r>
    </w:p>
    <w:p>
      <w:r>
        <w:rPr>
          <w:sz w:val="22"/>
        </w:rPr>
        <w:t>8.2 因不可抗力致使本合同无法继续履行的，本合同自行解除，双方互不承担违约责任。</w:t>
      </w:r>
    </w:p>
    <w:p>
      <w:r>
        <w:rPr>
          <w:sz w:val="22"/>
        </w:rPr>
        <w:t>8.3 甲方有下列情形之一的，乙方有权单方解除合同：</w:t>
      </w:r>
    </w:p>
    <w:p>
      <w:r>
        <w:rPr>
          <w:sz w:val="22"/>
        </w:rPr>
        <w:t xml:space="preserve">    （1）未按时交付该房屋达______日以上的；</w:t>
      </w:r>
    </w:p>
    <w:p>
      <w:r>
        <w:rPr>
          <w:sz w:val="22"/>
        </w:rPr>
        <w:t xml:space="preserve">    （2）交付的房屋严重不符合合同约定或影响乙方安全、健康的；</w:t>
      </w:r>
    </w:p>
    <w:p>
      <w:r>
        <w:rPr>
          <w:sz w:val="22"/>
        </w:rPr>
        <w:t xml:space="preserve">    （3）不承担约定的维修义务，致使乙方无法正常使用房屋的。</w:t>
      </w:r>
    </w:p>
    <w:p>
      <w:r>
        <w:rPr>
          <w:sz w:val="22"/>
        </w:rPr>
        <w:t>8.4 乙方有下列情形之一的，甲方有权单方解除合同，收回该房屋：</w:t>
      </w:r>
    </w:p>
    <w:p>
      <w:r>
        <w:rPr>
          <w:sz w:val="22"/>
        </w:rPr>
        <w:t xml:space="preserve">    （1）未按照约定支付租金达______日以上的；</w:t>
      </w:r>
    </w:p>
    <w:p>
      <w:r>
        <w:rPr>
          <w:sz w:val="22"/>
        </w:rPr>
        <w:t xml:space="preserve">    （2）欠缴各项费用累计达人民币______元的；</w:t>
      </w:r>
    </w:p>
    <w:p>
      <w:r>
        <w:rPr>
          <w:sz w:val="22"/>
        </w:rPr>
        <w:t xml:space="preserve">    （3）擅自改变房屋用途或拆改动房屋结构的；</w:t>
      </w:r>
    </w:p>
    <w:p>
      <w:r>
        <w:rPr>
          <w:sz w:val="22"/>
        </w:rPr>
        <w:t xml:space="preserve">    （4）擅自将房屋转租、转借的；</w:t>
      </w:r>
    </w:p>
    <w:p>
      <w:r>
        <w:rPr>
          <w:sz w:val="22"/>
        </w:rPr>
        <w:t xml:space="preserve">    （5）利用房屋从事违法活动的。</w:t>
      </w:r>
    </w:p>
    <w:p>
      <w:pPr>
        <w:pStyle w:val="Heading1"/>
      </w:pPr>
      <w:r>
        <w:t>第九条  违约责任</w:t>
      </w:r>
    </w:p>
    <w:p>
      <w:r>
        <w:rPr>
          <w:sz w:val="22"/>
        </w:rPr>
        <w:t>9.1 甲方未按约定时间交付房屋的，每逾期一日，应按月租金的______%向乙方支付违约金。</w:t>
      </w:r>
    </w:p>
    <w:p>
      <w:r>
        <w:rPr>
          <w:sz w:val="22"/>
        </w:rPr>
        <w:t>9.2 乙方未按约定时间支付租金的，每逾期一日，应按当月欠付租金的______%向甲方支付违约金。</w:t>
      </w:r>
    </w:p>
    <w:p>
      <w:r>
        <w:rPr>
          <w:sz w:val="22"/>
        </w:rPr>
        <w:t>9.3 租赁期内，甲方需提前收回房屋的，应提前______日通知乙方，并按月租金的______倍向乙方支付违约金，同时退还剩余租金及押金。</w:t>
      </w:r>
    </w:p>
    <w:p>
      <w:r>
        <w:rPr>
          <w:sz w:val="22"/>
        </w:rPr>
        <w:t>9.4 租赁期内，乙方需提前退租的，应提前______日通知甲方，并按月租金的______倍向甲方支付违约金。</w:t>
      </w:r>
    </w:p>
    <w:p>
      <w:r>
        <w:rPr>
          <w:sz w:val="22"/>
        </w:rPr>
        <w:t>9.5 乙方擅自将房屋转租、转借的，甲方有权解除合同，乙方应支付相当于______个月租金的违约金。</w:t>
      </w:r>
    </w:p>
    <w:p>
      <w:pPr>
        <w:pStyle w:val="Heading1"/>
      </w:pPr>
      <w:r>
        <w:t>第十条  争议解决</w:t>
      </w:r>
    </w:p>
    <w:p>
      <w:r>
        <w:rPr>
          <w:sz w:val="22"/>
        </w:rPr>
        <w:t>10.1 本合同履行过程中发生争议，双方应友好协商解决。</w:t>
      </w:r>
    </w:p>
    <w:p>
      <w:r>
        <w:rPr>
          <w:sz w:val="22"/>
        </w:rPr>
        <w:t>10.2 协商不成的，任何一方均可向该房屋所在地人民法院提起诉讼。</w:t>
      </w:r>
    </w:p>
    <w:p>
      <w:pPr>
        <w:pStyle w:val="Heading1"/>
      </w:pPr>
      <w:r>
        <w:t>第十一条  其他约定事项</w:t>
      </w:r>
    </w:p>
    <w:p>
      <w:r>
        <w:rPr>
          <w:sz w:val="22"/>
        </w:rPr>
        <w:t>11.1 本合同未尽事宜，双方可另行签订补充协议。补充协议与本合同具有同等法律效力。</w:t>
      </w:r>
    </w:p>
    <w:p>
      <w:r>
        <w:rPr>
          <w:sz w:val="22"/>
        </w:rPr>
        <w:t>11.2 本合同一式两份，甲乙双方各执一份，自双方签字（盖章）之日起生效。</w:t>
      </w:r>
    </w:p>
    <w:p>
      <w:r>
        <w:rPr>
          <w:sz w:val="22"/>
        </w:rPr>
        <w:t>11.3 其他约定：________________________________________________________________</w:t>
      </w:r>
    </w:p>
    <w:p>
      <w:r>
        <w:rPr>
          <w:sz w:val="22"/>
        </w:rPr>
      </w:r>
    </w:p>
    <w:p>
      <w:r>
        <w:rPr>
          <w:sz w:val="22"/>
        </w:rPr>
        <w:t>甲方（签字/盖章）：________________          乙方（签字/盖章）：________________</w:t>
      </w:r>
    </w:p>
    <w:p>
      <w:r>
        <w:rPr>
          <w:sz w:val="22"/>
        </w:rPr>
        <w:t>日期：______年____月____日                  日期：______年____月____日</w:t>
      </w:r>
    </w:p>
    <w:p>
      <w:pPr>
        <w:pStyle w:val="Heading1"/>
      </w:pPr>
      <w:r>
        <w:t>附件一  房屋设施清单</w:t>
      </w:r>
    </w:p>
    <w:p>
      <w:r>
        <w:rPr>
          <w:sz w:val="22"/>
        </w:rPr>
        <w:t>一、家具：________________________________________________________________</w:t>
      </w:r>
    </w:p>
    <w:p>
      <w:r>
        <w:rPr>
          <w:sz w:val="22"/>
        </w:rPr>
        <w:t>二、家电：________________________________________________________________</w:t>
      </w:r>
    </w:p>
    <w:p>
      <w:r>
        <w:rPr>
          <w:sz w:val="22"/>
        </w:rPr>
        <w:t>三、厨卫设备：____________________________________________________________</w:t>
      </w:r>
    </w:p>
    <w:p>
      <w:r>
        <w:rPr>
          <w:sz w:val="22"/>
        </w:rPr>
        <w:t>四、钥匙门禁：____________________________________________________________</w:t>
      </w:r>
    </w:p>
    <w:p>
      <w:r>
        <w:rPr>
          <w:sz w:val="22"/>
        </w:rPr>
        <w:t>五、水电气表底数：水表______ 电表______ 燃气表______</w:t>
      </w:r>
    </w:p>
    <w:p>
      <w:pPr>
        <w:pStyle w:val="Heading1"/>
      </w:pPr>
      <w:r>
        <w:t>附：使用说明</w:t>
      </w:r>
    </w:p>
    <w:p>
      <w:r>
        <w:rPr>
          <w:sz w:val="22"/>
        </w:rPr>
        <w:t>1. 本模板依据《中华人民共和国民法典》合同编租赁合同章节编写，适用于城市住宅房屋租赁。商用房屋租赁可参照使用，但建议咨询专业律师。</w:t>
      </w:r>
    </w:p>
    <w:p>
      <w:r>
        <w:rPr>
          <w:sz w:val="22"/>
        </w:rPr>
        <w:t>2. 签订前请核验对方身份证件原件，出租方还需核验房屋产权证明（房产证或不动产权证），确认出租方为产权人或经产权人授权。</w:t>
      </w:r>
    </w:p>
    <w:p>
      <w:r>
        <w:rPr>
          <w:sz w:val="22"/>
        </w:rPr>
        <w:t>3. 空格处请根据实际情况填写，不留空白。如某项不适用，填写"无"或划斜线。金额一律同时填写大写和小写。</w:t>
      </w:r>
    </w:p>
    <w:p>
      <w:r>
        <w:rPr>
          <w:sz w:val="22"/>
        </w:rPr>
        <w:t>4. 押金金额一般不超过1-2个月租金，具体由双方协商。支付押金时务必索取书面收据。</w:t>
      </w:r>
    </w:p>
    <w:p>
      <w:r>
        <w:rPr>
          <w:sz w:val="22"/>
        </w:rPr>
        <w:t>5. 交接房屋时，双方应共同查验设施设备状况，拍照留存，填写附件清单并签字确认。</w:t>
      </w:r>
    </w:p>
    <w:p>
      <w:r>
        <w:rPr>
          <w:sz w:val="22"/>
        </w:rPr>
        <w:t>6. 租金支付建议通过银行转账并备注"XX房屋租金"，避免现金交易无凭据。</w:t>
      </w:r>
    </w:p>
    <w:p>
      <w:r>
        <w:rPr>
          <w:sz w:val="22"/>
        </w:rPr>
        <w:t>7. 租赁期限超过六个月的，应当采用书面合同。口头约定发生争议时举证困难。</w:t>
      </w:r>
    </w:p>
    <w:p>
      <w:r>
        <w:rPr>
          <w:sz w:val="22"/>
        </w:rPr>
        <w:t>8. 如房屋存在抵押、查封等权利限制，出租方应在签约前如实告知，否则乙方有权解除合同并要求赔偿。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