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2026年个人年终工作总结范文（完整版）</w:t>
      </w:r>
    </w:p>
    <w:p>
      <w:r>
        <w:rPr>
          <w:sz w:val="22"/>
        </w:rPr>
        <w:t>2026年，在单位领导的关心指导和同事们的支持帮助下，我紧紧围绕本单位年度工作目标，立足本职岗位，认真履行职责，较好地完成了各项工作任务。一年来，我始终保持积极向上的工作态度和严谨细致的工作作风，兢兢业业、踏踏实实，不驰于空想、不骛于虚声。现将一年来的工作情况总结如下：</w:t>
      </w:r>
    </w:p>
    <w:p>
      <w:pPr>
        <w:pStyle w:val="Heading1"/>
      </w:pPr>
      <w:r>
        <w:t>一、加强理论学习，不断提高政治素养和业务能力</w:t>
      </w:r>
    </w:p>
    <w:p>
      <w:r>
        <w:rPr>
          <w:sz w:val="22"/>
        </w:rPr>
        <w:t>一年来，我始终把学习摆在重要位置，坚持用理论武装头脑、指导实践。一是认真学习党的最新理论成果，深刻领会上级各项决策部署精神，不断增强"四个意识"、坚定"四个自信"、做到"两个维护"，在思想上政治上行动上同上级保持高度一致。二是结合岗位实际，系统学习了本行业相关的政策法规、业务知识和操作规范，参加单位组织的各类培训______次，完成在线学习课程______门，撰写学习笔记______余篇。三是坚持学用结合，把学到的理论知识运用到实际工作中，努力做到学以致用、用以促学，业务水平和工作能力有了明显提升。</w:t>
      </w:r>
    </w:p>
    <w:p>
      <w:pPr>
        <w:pStyle w:val="Heading1"/>
      </w:pPr>
      <w:r>
        <w:t>二、立足本职岗位，扎实推进各项工作任务</w:t>
      </w:r>
    </w:p>
    <w:p>
      <w:r>
        <w:rPr>
          <w:sz w:val="22"/>
        </w:rPr>
        <w:t>（一）认真完成日常工作。一年来，我严格按照岗位职责要求，认真处理各项日常事务，做到事事有回应、件件有着落。全年共处理各类文件______份，撰写各类材料______篇，组织或参与会议______次，接待来访______人次，均未出现差错和延误。在工作中坚持高标准、严要求，注重细节，力求每一项工作都做到位、做扎实。特别是在公文处理方面，我严格按照行文规范审核把关，累计核改文稿______余篇，纠正格式错误、表述不当等问题______处，有效提升了公文质量。</w:t>
      </w:r>
    </w:p>
    <w:p>
      <w:r>
        <w:rPr>
          <w:sz w:val="22"/>
        </w:rPr>
        <w:t>（二）积极参与重点工作。围绕单位年度中心工作，我主动承担了______专项任务，从方案制定、组织实施到总结评估，全程参与、全力投入。在______项目推进过程中，面对时间紧、任务重、要求高的实际情况，我加班加点、连续作战，协调各方资源，解决实际问题______个，确保了项目按期保质完成，得到了领导和同事的肯定。在______专项检查工作中，我负责资料汇总和情况梳理，连续两周整理台账、核对数据，按时保质完成了检查材料准备工作，检查组对我负责的部分给予了好评。</w:t>
      </w:r>
    </w:p>
    <w:p>
      <w:r>
        <w:rPr>
          <w:sz w:val="22"/>
        </w:rPr>
        <w:t>（三）主动改进工作方法。在做好常规工作的基础上，我注重总结经验、反思不足，积极探索提高工作效率的新方法。针对以往工作中存在的流程不够顺畅、信息共享不及时等问题，我提出了______条改进建议，其中______条被采纳实施，有效提升了工作效率和服务质量。同时，我积极学习运用办公自动化工具，整理建立了工作台账和资料库，将常用文件、数据分类归档，方便快速检索和调用，大大缩短了查找资料的时间。</w:t>
      </w:r>
    </w:p>
    <w:p>
      <w:r>
        <w:rPr>
          <w:sz w:val="22"/>
        </w:rPr>
        <w:t>（四）热情服务群众和同事。在窗口服务和日常接待工作中，我始终坚持热情周到、耐心细致，对前来办事的群众和同事做到微笑相迎、主动询问、认真解答，不推诿、不敷衍。全年共答复各类咨询______余人次，群众满意度较高。遇到复杂问题时，我主动帮忙联系相关部门协调解决，不让群众跑冤枉路，用实际行动践行了为人民服务的宗旨。</w:t>
      </w:r>
    </w:p>
    <w:p>
      <w:pPr>
        <w:pStyle w:val="Heading1"/>
      </w:pPr>
      <w:r>
        <w:t>三、严守纪律规矩，保持良好工作作风</w:t>
      </w:r>
    </w:p>
    <w:p>
      <w:r>
        <w:rPr>
          <w:sz w:val="22"/>
        </w:rPr>
        <w:t>一年来，我严格遵守各项规章制度，自觉遵守工作纪律，做到不迟到、不早退、不旷工。严格执行廉洁自律各项规定，自觉抵制各种不正之风，做到清白做人、干净做事。在工作中坚持实事求是，不弄虚作假，不推诿扯皮，敢于担当、善于作为。尊重领导、团结同事，乐于助人，与大家保持了融洽的工作关系。积极参加单位组织的各项集体活动，维护集体荣誉，展现了良好的个人形象和团队精神。</w:t>
      </w:r>
    </w:p>
    <w:p>
      <w:r>
        <w:rPr>
          <w:sz w:val="22"/>
        </w:rPr>
        <w:t>在廉洁自律方面，我认真学习了党风廉政建设相关文件和警示教育材料，时刻绷紧廉洁自律这根弦，做到心有所畏、言有所戒、行有所止。在经手各项经费和物资时，严格按规定办事，不优亲厚友，不谋取私利。八小时之外，我注重培养健康的生活情趣，自觉净化社交圈、生活圈，保持了艰苦朴素的生活作风。</w:t>
      </w:r>
    </w:p>
    <w:p>
      <w:pPr>
        <w:pStyle w:val="Heading1"/>
      </w:pPr>
      <w:r>
        <w:t>四、存在的不足和差距</w:t>
      </w:r>
    </w:p>
    <w:p>
      <w:r>
        <w:rPr>
          <w:sz w:val="22"/>
        </w:rPr>
        <w:t>回顾一年来的工作，虽然取得了一定成绩，但对照更高标准和要求，仍存在一些不足：一是理论学习的深度和系统性还不够，有时满足于学过了、知道了，深入思考、融会贯通不够，运用理论指导实际工作的能力还需进一步增强；二是业务能力还有待进一步提高，面对新情况新问题时，创新思路和办法还不多，有时习惯于按老经验、老办法办事；三是工作中有时存在急躁情绪，处理复杂问题的经验还需积累，工作方式方法有时不够细致；四是主动沟通协调意识还需加强，跨部门协作的效率还有提升空间，有时存在"等靠要"思想；五是工作的前瞻性和计划性不够，对一些苗头性、倾向性问题缺乏提前预判，往往是问题出现后才去补救。这些问题，我将在今后的工作中认真加以改进。</w:t>
      </w:r>
    </w:p>
    <w:p>
      <w:pPr>
        <w:pStyle w:val="Heading1"/>
      </w:pPr>
      <w:r>
        <w:t>五、下一步工作打算</w:t>
      </w:r>
    </w:p>
    <w:p>
      <w:r>
        <w:rPr>
          <w:sz w:val="22"/>
        </w:rPr>
        <w:t>2027年，我将继续努力，重点做好以下几方面工作：一是进一步加强学习，既要加强政治理论学习，也要深入钻研业务知识，不断提高综合素质和履职能力；二是进一步强化责任担当，以更加饱满的热情和更加务实的作风投入工作，高标准完成领导交办的各项任务；三是进一步提升创新意识，主动研究新情况、解决新问题，在工作中多出新思路、新举措；四是进一步改进工作作风，更加注重沟通协调，更加注重工作实效，更加注重团队协作，努力在本职岗位上做出更大成绩；五是进一步增强服务意识，始终把群众和服务对象的需求放在心上，多为基层办实事、多为群众解难题。</w:t>
      </w:r>
    </w:p>
    <w:p>
      <w:r>
        <w:rPr>
          <w:sz w:val="22"/>
        </w:rPr>
        <w:t>总之，过去一年的工作中，在领导和同事们的帮助支持下取得了一定进步，但也清醒认识到存在的不足。新的一年里，我将以更加饱满的精神状态、更加扎实的工作作风，扬长避短、锐意进取，不辜负领导和同志们的期望，为单位发展贡献自己的力量。我坚信，只要脚踏实地、埋头苦干，就一定能够在平凡的岗位上做出不平凡的业绩，交出一份让组织放心、让群众满意的答卷。在今后的工作中，我将继续保持谦虚谨慎、不骄不躁的作风，始终保持奋发有为的精神状态，以实际行动践行初心使命。</w:t>
      </w:r>
    </w:p>
    <w:p>
      <w:r>
        <w:rPr>
          <w:sz w:val="22"/>
        </w:rPr>
      </w:r>
    </w:p>
    <w:p>
      <w:r>
        <w:rPr>
          <w:sz w:val="22"/>
        </w:rPr>
        <w:t>汇报人：__________</w:t>
      </w:r>
    </w:p>
    <w:p>
      <w:r>
        <w:rPr>
          <w:sz w:val="22"/>
        </w:rPr>
        <w:t>2026年____月____日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