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2026年基层工作述职报告范文（完整版）</w:t>
      </w:r>
    </w:p>
    <w:p>
      <w:r>
        <w:rPr>
          <w:sz w:val="22"/>
        </w:rPr>
        <w:t>各位领导、同志们：</w:t>
      </w:r>
    </w:p>
    <w:p>
      <w:r>
        <w:rPr>
          <w:sz w:val="22"/>
        </w:rPr>
        <w:t>大家好！现将本人2026年度在基层岗位上履行职责的情况报告如下，请予评议。过去一年，我深感责任重大、使命光荣，始终把组织的信任和群众的期盼放在心头，扎根基层一线，默默奉献耕耘，努力做一名让组织放心、让群众满意的基层干部。</w:t>
      </w:r>
    </w:p>
    <w:p>
      <w:pPr>
        <w:pStyle w:val="Heading1"/>
      </w:pPr>
      <w:r>
        <w:t>一、岗位职责履行情况</w:t>
      </w:r>
    </w:p>
    <w:p>
      <w:r>
        <w:rPr>
          <w:sz w:val="22"/>
        </w:rPr>
        <w:t>2026年，我在______（单位/社区/村/站所）担任______职务，主要负责______工作。一年来，我始终坚持以人民为中心的发展思想，扎根基层、服务群众，认真履行岗位职责，较好完成了各项工作任务。在具体工作中，我严格按照上级部署和岗位职责要求，做到守土有责、守土负责、守土尽责，不推诿、不扯皮、不懈怠，把每一项工作都当作锻炼自己、服务群众的机会，尽心尽力去做好。</w:t>
      </w:r>
    </w:p>
    <w:p>
      <w:pPr>
        <w:pStyle w:val="Heading1"/>
      </w:pPr>
      <w:r>
        <w:t>二、主要工作及成效</w:t>
      </w:r>
    </w:p>
    <w:p>
      <w:r>
        <w:rPr>
          <w:sz w:val="22"/>
        </w:rPr>
        <w:t>（一）抓学习、强素质，政治站位有新提升。坚持把政治建设摆在首位，认真学习党的创新理论，积极参加主题教育和组织生活，不断提高政治判断力、政治领悟力、政治执行力。结合基层工作实际，系统学习了乡村振兴、基层治理、民生保障等方面的政策文件和业务知识，参加上级组织的培训学习______次，记学习笔记______万余字，撰写心得体会______篇，努力做到政策吃透、业务精通。在日常工作中，我坚持每周安排固定时间学习政策文件和业务知识，遇到不懂的问题及时向上级请教、向同事请教，做到不耻下问、边干边学，逐步积累了基层工作的经验和方法。</w:t>
      </w:r>
    </w:p>
    <w:p>
      <w:r>
        <w:rPr>
          <w:sz w:val="22"/>
        </w:rPr>
        <w:t>（二）抓落实、促发展，重点工作有新突破。一是全力推进______重点项目。主动对接上级部门，积极争取项目资金______万元，完成了______建设任务，惠及群众______户。在项目实施过程中，我坚持每周到现场查看进度，协调解决施工中遇到的用地、用水、用电等问题，确保了项目顺利推进。二是扎实开展______专项工作。全年走访入户______户次，收集群众意见建议______条，解决实际问题______件，调解矛盾纠纷______起，矛盾化解率达到______%。三是抓实抓细民生保障。协助落实低保、医保、养老等政策，完成______户______人的信息核对和动态管理，为困难群众申请临时救助______人次，发放救助金______万元。四是积极推动产业发展。结合本地实际，引导群众发展______特色产业，组织技术培训______场次，带动______户群众增收致富。</w:t>
      </w:r>
    </w:p>
    <w:p>
      <w:r>
        <w:rPr>
          <w:sz w:val="22"/>
        </w:rPr>
        <w:t>（三）抓服务、惠民生，群众满意度有新提高。坚持把群众满意作为工作的出发点和落脚点，深入开展"我为群众办实事"实践活动。全年为群众代办事项______件，解决群众急难愁盼问题______个。针对群众反映集中的______问题，积极协调相关部门，推动______改造项目落地，改善了______户群众的生产生活条件。在防汛抗旱、安全生产等急难任务中，始终冲在一线、干在实处，确保了辖区安全稳定。在日常接待中，我坚持一张笑脸相迎、一把椅子让座、一杯热水暖心、一句好话送行，让来到办公室的群众感到温暖、得到帮助，真正做到了把群众当亲人。</w:t>
      </w:r>
    </w:p>
    <w:p>
      <w:r>
        <w:rPr>
          <w:sz w:val="22"/>
        </w:rPr>
        <w:t>（四）抓治理、促和谐，基层治理有新加强。积极推进网格化管理，将辖区划分为______个网格，配备网格员______名，建立了"横到边、纵到底"的治理网络。完善村规民约和居民公约，开展文明户、好婆媳等评选活动，推动形成良好村风民风。加强治安巡逻和矛盾排查，全年未发生重大安全事故和群体性事件，辖区秩序持续稳定。</w:t>
      </w:r>
    </w:p>
    <w:p>
      <w:r>
        <w:rPr>
          <w:sz w:val="22"/>
        </w:rPr>
        <w:t>（五）抓作风、守底线，廉洁自律有新加强。严格遵守中央八项规定及其实施细则精神，自觉遵守各项纪律规矩。坚持民主集中制，重大事项及时请示汇报，不搞个人说了算。认真履行"一岗双责"，加强对分管领域的党风廉政建设。在惠民资金发放、项目实施等工作中，坚持公开透明，严格按程序办事，未发生违纪违规问题。</w:t>
      </w:r>
    </w:p>
    <w:p>
      <w:pPr>
        <w:pStyle w:val="Heading1"/>
      </w:pPr>
      <w:r>
        <w:t>三、存在的问题和不足</w:t>
      </w:r>
    </w:p>
    <w:p>
      <w:r>
        <w:rPr>
          <w:sz w:val="22"/>
        </w:rPr>
        <w:t>一年来的工作虽然取得了一些成绩，但对照组织要求和群众期盼，还存在不少差距：一是理论学习与基层实际结合得还不够紧密，运用理论指导实践、解决复杂问题的能力有待加强，有时存在学用脱节的现象；二是基层治理的方式方法还比较单一，在创新治理手段、提升治理效能上思考不深、办法不多，习惯于传统的行政推动方式；三是深入群众还不够经常，有时满足于完成上级任务，主动发现问题、超前服务群众的意识还需增强，与群众"坐在一条板凳上"拉家常、听真话做得还不够；四是统筹协调能力还需提升，面对多线任务时有时顾此失彼，工作的系统性和前瞻性不够，对一些长期问题缺乏久久为功的韧劲；五是在发展产业、带动群众增收方面思路还不够宽，办法还不够多，特色产业的规模和效益还有很大提升空间。</w:t>
      </w:r>
    </w:p>
    <w:p>
      <w:pPr>
        <w:pStyle w:val="Heading1"/>
      </w:pPr>
      <w:r>
        <w:t>四、下一步工作思路</w:t>
      </w:r>
    </w:p>
    <w:p>
      <w:r>
        <w:rPr>
          <w:sz w:val="22"/>
        </w:rPr>
        <w:t>针对以上不足，今后我将从以下几个方面努力改进：</w:t>
      </w:r>
    </w:p>
    <w:p>
      <w:r>
        <w:rPr>
          <w:sz w:val="22"/>
        </w:rPr>
        <w:t>一是持续加强学习，不断提升履职能力。坚持把学习作为一种政治责任和生活习惯，既学理论又学业务，既向书本学又向实践学、向群众学，努力成为基层工作的行家里手，做到干一行、爱一行、钻一行、精一行。</w:t>
      </w:r>
    </w:p>
    <w:p>
      <w:r>
        <w:rPr>
          <w:sz w:val="22"/>
        </w:rPr>
        <w:t>二是聚焦主责主业，推动重点工作落地见效。围绕上级决策部署和群众实际需求，找准工作切入点和着力点，在______、______等方面持续用力，力争取得实实在在的成效，让群众看到变化、得到实惠。</w:t>
      </w:r>
    </w:p>
    <w:p>
      <w:r>
        <w:rPr>
          <w:sz w:val="22"/>
        </w:rPr>
        <w:t>四是改进工作作风，密切联系服务群众。坚持眼睛向下、脚步向下，多到田间地头、群众家中了解情况、解决问题，把工作做到群众心坎上，以实际行动赢得群众信任和支持。坚持每周至少用两天时间深入村组走访，做到民情在一线掌握、问题在一线解决、感情在一线融洽。</w:t>
      </w:r>
    </w:p>
    <w:p>
      <w:r>
        <w:rPr>
          <w:sz w:val="22"/>
        </w:rPr>
        <w:t>五是严守纪律规矩，永葆清正廉洁本色。时刻绷紧廉洁自律这根弦，自觉接受组织和群众监督，做到知敬畏、存戒惧、守底线，以过硬作风树立基层干部的良好形象。</w:t>
      </w:r>
    </w:p>
    <w:p>
      <w:r>
        <w:rPr>
          <w:sz w:val="22"/>
        </w:rPr>
        <w:t>以上报告，请各位领导和同志们批评指正。我将虚心接受大家的意见建议，认真整改存在的问题，以更加务实的作风、更加有力的举措，履行好岗位职责，不辜负组织的信任和群众的期盼。在今后的工作中，我将继续扎根基层、服务一线，把群众的安危冷暖放在心上，把为民造福作为最大政绩，以实实在在的工作成效回报组织和群众的厚爱。</w:t>
      </w:r>
    </w:p>
    <w:p>
      <w:r>
        <w:rPr>
          <w:sz w:val="22"/>
        </w:rPr>
      </w:r>
    </w:p>
    <w:p>
      <w:r>
        <w:rPr>
          <w:sz w:val="22"/>
        </w:rPr>
        <w:t>述职人：__________</w:t>
      </w:r>
    </w:p>
    <w:p>
      <w:r>
        <w:rPr>
          <w:sz w:val="22"/>
        </w:rPr>
        <w:t>2026年____月____日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