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入党申请书</w:t>
      </w:r>
    </w:p>
    <w:p>
      <w:r>
        <w:rPr>
          <w:sz w:val="22"/>
        </w:rPr>
        <w:t>敬爱的党组织：</w:t>
      </w:r>
    </w:p>
    <w:p>
      <w:r>
        <w:rPr>
          <w:sz w:val="22"/>
        </w:rPr>
        <w:t>我怀着无比崇敬的心情，郑重地向党组织递交我的入党申请书，志愿加入中国共产党，愿意为共产主义事业奋斗终身。</w:t>
      </w:r>
    </w:p>
    <w:p>
      <w:pPr>
        <w:pStyle w:val="Heading1"/>
      </w:pPr>
      <w:r>
        <w:t>一、对党的认识</w:t>
      </w:r>
    </w:p>
    <w:p>
      <w:r>
        <w:rPr>
          <w:sz w:val="22"/>
        </w:rPr>
        <w:t>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高理想和最终目标是实现共产主义。</w:t>
      </w:r>
    </w:p>
    <w:p>
      <w:r>
        <w:rPr>
          <w:sz w:val="22"/>
        </w:rPr>
        <w:t>从小在党的培养教育下，我从课本上、从老师的讲述中、从身边党员的身上，逐步认识到：没有共产党，就没有新中国；没有共产党，就没有我们今天幸福美好的生活。回望百年征程，我们党团结带领全国各族人民，历经千难万险，推翻了三座大山，建立了人民当家作主的新中国；进行了轰轰烈烈的社会主义革命和建设，实行了改革开放，使中国发生了翻天覆地的变化；进入新时代，在以习近平同志为核心的党中央坚强领导下，我们打赢了脱贫攻坚战，全面建成了小康社会，正在意气风发地向着全面建设社会主义现代化国家新胜利进军。历史和现实充分证明，中国共产党是伟大、光荣、正确的党，是引领中国发展进步的核心力量。</w:t>
      </w:r>
    </w:p>
    <w:p>
      <w:pPr>
        <w:pStyle w:val="Heading1"/>
      </w:pPr>
      <w:r>
        <w:t>二、入党动机</w:t>
      </w:r>
    </w:p>
    <w:p>
      <w:r>
        <w:rPr>
          <w:sz w:val="22"/>
        </w:rPr>
        <w:t>在长期的学习和工作中，我亲眼目睹了身边无数共产党员冲锋在前、无私奉献的感人事迹：在新冠肺炎疫情防控最吃紧的时候，是党员干部挺身而出、日夜值守，守护了群众的生命健康；在防汛救灾的危急关头，是党员同志冲在一线、连续作战，用血肉之躯筑起坚固防线；在日常工作中，是党员同志们爱岗敬业、任劳任怨，在平凡岗位上做出了不平凡的业绩。这些都深深感染了我、教育了我，让我从心底里向往党组织，渴望成为这个光荣集体中的一员。</w:t>
      </w:r>
    </w:p>
    <w:p>
      <w:r>
        <w:rPr>
          <w:sz w:val="22"/>
        </w:rPr>
        <w:t>我申请入党，不是为了个人的名利地位，而是为了更好地向优秀党员学习，更好地为人民服务，更好地在党的培养下成长进步，为党和人民的事业贡献自己的一份力量。我深知，加入中国共产党不仅仅是一种荣誉，更是一份沉甸甸的责任。我愿意以党员标准严格要求自己，接受党组织的考验。</w:t>
      </w:r>
    </w:p>
    <w:p>
      <w:r>
        <w:rPr>
          <w:sz w:val="22"/>
        </w:rPr>
        <w:t>回顾自己的成长历程，是在党的阳光雨露滋润下长大的。从小学戴上红领巾，到中学加入共青团，再到参加工作后接受党组织的教育培养，我一步步加深了对党的认识，也一步步坚定了加入党组织的决心。我越来越深刻地体会到：只有在中国共产党的坚强领导下，我们的国家才能繁荣富强，人民才能幸福安康；只有把个人的理想追求融入党和人民的事业之中，人生才有更有意义、更有价值。</w:t>
      </w:r>
    </w:p>
    <w:p>
      <w:pPr>
        <w:pStyle w:val="Heading1"/>
      </w:pPr>
      <w:r>
        <w:t>三、个人表现</w:t>
      </w:r>
    </w:p>
    <w:p>
      <w:r>
        <w:rPr>
          <w:sz w:val="22"/>
        </w:rPr>
        <w:t>在思想上，我积极要求进步，认真学习党的基本理论和路线方针政策，学习习近平新时代中国特色社会主义思想，努力用科学理论武装头脑，树立正确的世界观、人生观、价值观，在大是大非面前始终保持清醒头脑，自觉同党中央保持高度一致。</w:t>
      </w:r>
    </w:p>
    <w:p>
      <w:r>
        <w:rPr>
          <w:sz w:val="22"/>
        </w:rPr>
        <w:t>在工作上，我爱岗敬业、勤奋踏实，始终以饱满的热情投入本职工作。参加工作以来，我认真钻研业务，不断提高工作能力，完成领导交办的各项任务，取得了一定的成绩，得到了单位领导和同事们的认可。在工作中我不怕苦、不怕累，遇到困难不退缩，主动承担急难险重任务，努力在实践中锻炼成长。</w:t>
      </w:r>
    </w:p>
    <w:p>
      <w:r>
        <w:rPr>
          <w:sz w:val="22"/>
        </w:rPr>
        <w:t>在学习上，我始终保持求知若渴的态度，坚持向书本学习、向实践学习、向身边优秀党员学习，不断拓宽知识面、提升综合素质。积极参加单位和党组织开展的各项学习教育活动，认真做好学习笔记，主动交流学习体会，做到学有所思、学有所悟、学有所用。</w:t>
      </w:r>
    </w:p>
    <w:p>
      <w:r>
        <w:rPr>
          <w:sz w:val="22"/>
        </w:rPr>
        <w:t>在生活中，我严格自律、诚实守信、团结同志、乐于助人，自觉遵守社会公德和职业道德，热心公益事业，积极参与志愿服务活动，在群众中树立了良好形象。平时我坚持勤俭节约、艰苦奋斗，不攀比、不奢侈，自觉抵制不良风气影响。遇到同事有困难，我主动伸出援手；遇到社区志愿服务号召，我积极报名参加，用实际行动践行社会主义核心价值观。</w:t>
      </w:r>
    </w:p>
    <w:p>
      <w:pPr>
        <w:pStyle w:val="Heading1"/>
      </w:pPr>
      <w:r>
        <w:t>四、存在不足和努力方向</w:t>
      </w:r>
    </w:p>
    <w:p>
      <w:r>
        <w:rPr>
          <w:sz w:val="22"/>
        </w:rPr>
        <w:t>我清醒地认识到，对照党员标准，我还存在一些不足：一是理论学习的深度还不够，对党的创新理论的理解还不够系统深入，有时满足于学过了、知道了，在学懂弄通做实上还有差距；二是工作中有时存在经验不足、办法不多的问题，创新意识和开拓精神还需加强，面对困难挑战时有时存在畏难情绪；三是联系群众、服务群众的自觉性还需进一步提高，有时忙于事务性工作，深入基层、深入群众不够经常；四是在日常工作中，有时对自己要求不够严格，工作标准不够高，存在过得去就行的思想。</w:t>
      </w:r>
    </w:p>
    <w:p>
      <w:r>
        <w:rPr>
          <w:sz w:val="22"/>
        </w:rPr>
        <w:t>针对以上不足，我决心在今后认真加以改进：一是进一步加强理论学习，原原本本学党章、学党的历史、学党的创新理论，做到真学真懂真信真用；二是进一步立足岗位建功，以更加饱满的热情投入工作，在实践中增长才干、锤炼品格；三是进一步密切联系群众，主动为群众办实事、解难题，在服务群众中提升自己；四是进一步严格要求自己，自觉接受组织和同志们的监督，时时刻刻以党员标准规范自己的一言一行。</w:t>
      </w:r>
    </w:p>
    <w:p>
      <w:r>
        <w:rPr>
          <w:sz w:val="22"/>
        </w:rPr>
        <w:t>如果党组织批准我的申请，我将倍加珍惜这个机会，以更高的标准严格要求自己：认真学习党的理论，坚定理想信念；立足本职岗位，创造优异成绩；牢记党的宗旨，全心全意为人民服务；严格遵守党的纪律，执行党的决定；对党忠诚老实，言行一致，永不叛党，努力做一名合格的共产党员。如果组织上认为我还不具备党员条件，我也绝不灰心丧气，而是会更加严格地要求自己，查找差距、弥补不足，用实际行动争取早日加入党组织。</w:t>
      </w:r>
    </w:p>
    <w:p>
      <w:r>
        <w:rPr>
          <w:sz w:val="22"/>
        </w:rPr>
        <w:t>如果党组织暂时没有批准我的申请，我也不会气馁。我会认真查找差距，继续以党员标准要求自己，不断改进不足，争取早日达到党员条件，接受党组织的长期考验。</w:t>
      </w:r>
    </w:p>
    <w:p>
      <w:pPr>
        <w:pStyle w:val="Heading1"/>
      </w:pPr>
      <w:r>
        <w:t>五、结尾</w:t>
      </w:r>
    </w:p>
    <w:p>
      <w:r>
        <w:rPr>
          <w:sz w:val="22"/>
        </w:rPr>
        <w:t>请党组织在实践中考验我！</w:t>
      </w:r>
    </w:p>
    <w:p>
      <w:r>
        <w:rPr>
          <w:sz w:val="22"/>
        </w:rPr>
      </w:r>
    </w:p>
    <w:p>
      <w:r>
        <w:rPr>
          <w:sz w:val="22"/>
        </w:rPr>
        <w:t>此致</w:t>
      </w:r>
    </w:p>
    <w:p>
      <w:r>
        <w:rPr>
          <w:sz w:val="22"/>
        </w:rPr>
        <w:t>敬礼！</w:t>
      </w:r>
    </w:p>
    <w:p>
      <w:r>
        <w:rPr>
          <w:sz w:val="22"/>
        </w:rPr>
      </w:r>
    </w:p>
    <w:p>
      <w:r>
        <w:rPr>
          <w:sz w:val="22"/>
        </w:rPr>
        <w:t>申请人：__________</w:t>
      </w:r>
    </w:p>
    <w:p>
      <w:r>
        <w:rPr>
          <w:sz w:val="22"/>
        </w:rPr>
        <w:t>性别：____    民族：____    出生年月：____年____月</w:t>
      </w:r>
    </w:p>
    <w:p>
      <w:r>
        <w:rPr>
          <w:sz w:val="22"/>
        </w:rPr>
        <w:t>工作单位及职务：________________________</w:t>
      </w:r>
    </w:p>
    <w:p>
      <w:r>
        <w:rPr>
          <w:sz w:val="22"/>
        </w:rPr>
        <w:t>2026年____月____日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