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个人年度工作总结范文</w:t>
      </w:r>
    </w:p>
    <w:p>
      <w:pPr>
        <w:pStyle w:val="Heading1"/>
      </w:pPr>
      <w:r>
        <w:t>个人年度工作总结（通用范文·可直接改写套用）</w:t>
      </w:r>
    </w:p>
    <w:p>
      <w:r>
        <w:t>时光飞逝，转眼间一年的工作已经接近尾声。回顾这一年，在单位领导的关心指导和同事们的帮助支持下，我始终立足本职岗位，认认真真完成各项工作任务，在思想认识、业务能力和工作作风上都有了新的进步。一年来，我坚持做到在岗一分钟、尽责六十秒，不偷懒、不耍滑，把平凡的日常事务当回事来办，虽然没有做出什么惊天动地的大成绩，但交给我的每一件事都尽量办得让人放心。现将一年来的工作情况总结如下，不妥之处请领导和同志们批评指正。</w:t>
      </w:r>
    </w:p>
    <w:p>
      <w:pPr>
        <w:pStyle w:val="Heading2"/>
      </w:pPr>
      <w:r>
        <w:t>一、加强学习，不断提高自身思想认识和业务水平</w:t>
      </w:r>
    </w:p>
    <w:p>
      <w:r>
        <w:t>一年来，我坚持把学习放在重要位置。一方面，认真学习党和国家的方针政策，学习本行业、本系统的规章制度，在大是大非面前始终保持清醒头脑，自觉遵守单位的各项纪律要求，做到不迟到、不早退、不推诿、不敷衍。另一方面，针对自身业务上的短板，我利用业余时间啃专业书籍、看业务培训视频，主动向身边有经验的老同志请教，把过去拿不准的几项业务流程从头捋了一遍，现在基本能独立上手，遇到复杂情况也不至于手忙脚乱。今年我还报名参加了单位组织的业务培训班，系统学习了公文写作和办公软件进阶，回来后把科室常用的几个报表模板重新整理了一遍，过去要大半天干完的活，现在两三个钟头就能搞定。我深深体会到，干工作光有热情不够，还得有真本事，学习这根弦一年都不能松。</w:t>
      </w:r>
    </w:p>
    <w:p>
      <w:pPr>
        <w:pStyle w:val="Heading2"/>
      </w:pPr>
      <w:r>
        <w:t>二、立足岗位，踏踏实实完成各项本职工作</w:t>
      </w:r>
    </w:p>
    <w:p>
      <w:r>
        <w:t>第一，日常工作做到了事事有回音、件件有着落。一年来，我承担了本岗位的日常事务性工作，包括文件材料的起草整理、各类数据的统计上报、会议活动的组织协调等。我坚持当天的事当天办，能马上办的绝不拖延，需要跨部门协调的主动对接，全年经手的各类材料没有出现过大的差错，上报的数据经过反复核对，基本做到了准确及时。每逢月底、年底报表扎堆，我都提前列好时间表，一项一项往前赶，从没因为我的环节耽误过整体进度。</w:t>
      </w:r>
    </w:p>
    <w:p>
      <w:r>
        <w:t>第二，急难任务面前顶得上。今年单位有几项重点工作时间紧、要求高，我主动放弃了几个周末和节假日的休息时间，加班加点把材料赶了出来，配合科室顺利完成了上级布置的专项检查和考核任务。专项检查那半个月，我和科室同事一起整理台账、核对数据、撰写汇报材料，连续几天加班到晚上九十点，最后检查组对我们的资料齐全程度给出了肯定。那段时间虽然累，但看到工作顺利通过、领导同事认可，心里是踏实的。我觉得，作为单位的一员，平时看不出，关键时候能顶上，这就是本分。</w:t>
      </w:r>
    </w:p>
    <w:p>
      <w:r>
        <w:t>第三，注意和同事搞好配合。科室工作不是一个人能干成的，我在做好自己那一摊的同时，谁手里活多忙不过来，我能搭把手就搭把手；遇到分工交叉的事，先把自己该扛的部分扛起来，不斤斤计较。平时同事来问个流程、查个数据，我都耐心解答，从不嫌麻烦。一年下来，科室氛围和顺，干起活来也顺心。</w:t>
      </w:r>
    </w:p>
    <w:p>
      <w:r>
        <w:t>第四，守住了廉洁和安全这根底线。日常工作中，我经手的每一笔单据、每一份材料都按规矩来，不该签的字不签、不该松的口不松，从不利用岗位之便办私事；下班前检查水电门窗，重要文件及时归档备份，全年没出过一次安全和保密方面的纰漏。</w:t>
      </w:r>
    </w:p>
    <w:p>
      <w:r>
        <w:t>第五，热心做好对外服务和窗口接待。本岗位免不了和办事群众、兄弟单位打交道，我始终提醒自己态度要好、解释要清，能一次说清的不让人跑第二趟，材料不齐的一次性告知补哪些。一年下来没收到过一起投诉，还收到过两次口头表扬。事情虽小，但我觉得把服务这块做扎实了，就是给单位脸上添光。</w:t>
      </w:r>
    </w:p>
    <w:p>
      <w:pPr>
        <w:pStyle w:val="Heading2"/>
      </w:pPr>
      <w:r>
        <w:t>三、存在的问题和不足</w:t>
      </w:r>
    </w:p>
    <w:p>
      <w:r>
        <w:t>对照领导的要求和岗位的需要，我也清醒地看到自己身上还有不少毛病。一是理论学习还不够系统，往往是用什么学什么，缺乏长远规划，遇到新政策新文件消化得不够快，写材料时有时候还得临时抱佛脚查资料；二是工作方法有时简单，遇到头绪多的时候容易眉毛胡子一把抓，统筹安排的能力还有待提高，偶尔也会忙中出错；三是创新意识不强，习惯于按老经验老办法办事，在怎么把工作干得更省时、更出效果上动脑筋不够；四是有时存在畏难情绪，碰到棘手的事第一反应是躲，而不是想办法解决，主动担当还不够。这些不足，我都心里有数，明年一定下决心改。</w:t>
      </w:r>
    </w:p>
    <w:p>
      <w:pPr>
        <w:pStyle w:val="Heading2"/>
      </w:pPr>
      <w:r>
        <w:t>四、下一步的努力方向</w:t>
      </w:r>
    </w:p>
    <w:p>
      <w:r>
        <w:t>新的一年，我打算从这么几方面下功夫：一是把学习抓得更紧，结合岗位需要订个学习计划，把缺的业务知识一块块补上，争取年内再拿下一项和岗位相关的技能证书；二是做事学着分清轻重缓急，每天上班先列个清单，把最急最重要的排在前头，杜绝临到截止日期才熬夜赶；三是多琢磨怎么提高效率，能借助工具、流程优化的地方就不蛮干，把省下来的时间用在更要紧的事上；四是主动揽活、敢挑担子，遇到棘手的事先想办法而不是先往后缩，把领导交办的每一件事都当成锻炼自己的机会。</w:t>
      </w:r>
    </w:p>
    <w:p>
      <w:r>
        <w:t>总的来说，这一年有收获也有遗憾。成绩的取得离不开大家的帮助，不足的地方我心里记着。新的一年，我将以更饱满的热情、更踏实的作风，把本职工作干得更好，不辜负领导和同事们的信任。</w:t>
      </w:r>
    </w:p>
    <w:p>
      <w:r>
        <w:t>述职人：____________　　日期：______年____月____日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