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五年级数学期末综合卷100题</w:t>
      </w:r>
    </w:p>
    <w:p>
      <w:pPr>
        <w:pStyle w:val="Heading1"/>
      </w:pPr>
      <w:r>
        <w:t>小学五年级数学期末综合测试卷（含答案与解析）</w:t>
      </w:r>
    </w:p>
    <w:p>
      <w:r>
        <w:t>（适用人教版五上+五下核心知识点｜满分100题｜建议用时90分钟｜网友投稿整理）</w:t>
      </w:r>
    </w:p>
    <w:p/>
    <w:p>
      <w:pPr>
        <w:pStyle w:val="Heading2"/>
      </w:pPr>
      <w:r>
        <w:t>一、填空题（第1～30题）</w:t>
      </w:r>
    </w:p>
    <w:p>
      <w:r>
        <w:t>1．3.25×4的积是（　）。</w:t>
      </w:r>
    </w:p>
    <w:p>
      <w:r>
        <w:t>2．0.8里面有（　）个0.1。</w:t>
      </w:r>
    </w:p>
    <w:p>
      <w:r>
        <w:t>3．一个数由5个1和3个0.01组成，这个数写作（　）。</w:t>
      </w:r>
    </w:p>
    <w:p>
      <w:r>
        <w:t>4．3.6平方米=（　）平方分米。</w:t>
      </w:r>
    </w:p>
    <w:p>
      <w:r>
        <w:t>5．2.05小时=（　）分。</w:t>
      </w:r>
    </w:p>
    <w:p>
      <w:r>
        <w:t>6．平行四边形的面积=（　），用字母表示S=（　）。</w:t>
      </w:r>
    </w:p>
    <w:p>
      <w:r>
        <w:t>7．三角形的面积=（　），用字母表示S=（　）。</w:t>
      </w:r>
    </w:p>
    <w:p>
      <w:r>
        <w:t>8．一个平行四边形底是6cm，高是4cm，面积是（　）cm²。</w:t>
      </w:r>
    </w:p>
    <w:p>
      <w:r>
        <w:t>9．一个三角形底是8dm，高是5dm，面积是（　）dm²。</w:t>
      </w:r>
    </w:p>
    <w:p>
      <w:r>
        <w:t>10．一个梯形上底3m，下底5m，高4m，面积是（　）m²。</w:t>
      </w:r>
    </w:p>
    <w:p>
      <w:r>
        <w:t>11．12的因数一共有（　）个。</w:t>
      </w:r>
    </w:p>
    <w:p>
      <w:r>
        <w:t>12．18和24的最大公因数是（　）。</w:t>
      </w:r>
    </w:p>
    <w:p>
      <w:r>
        <w:t>13．6和8的最小公倍数是（　）。</w:t>
      </w:r>
    </w:p>
    <w:p>
      <w:r>
        <w:t>14．一个数既是12的因数，又是12的倍数，这个数是（　）。</w:t>
      </w:r>
    </w:p>
    <w:p>
      <w:r>
        <w:t>15．最小的质数是（　）。</w:t>
      </w:r>
    </w:p>
    <w:p>
      <w:r>
        <w:t>16．最小的合数是（　）。</w:t>
      </w:r>
    </w:p>
    <w:p>
      <w:r>
        <w:t>17．既是偶数又是质数的数是（　）。</w:t>
      </w:r>
    </w:p>
    <w:p>
      <w:r>
        <w:t>18．分数3/8的分数单位是（　），它有（　）个这样的单位。</w:t>
      </w:r>
    </w:p>
    <w:p>
      <w:r>
        <w:t>19．把3米长的绳子平均分成5段，每段长（　）米，每段占全长的（　）。</w:t>
      </w:r>
    </w:p>
    <w:p>
      <w:r>
        <w:t>20．5/7=（　）/14=20/（　）。</w:t>
      </w:r>
    </w:p>
    <w:p>
      <w:r>
        <w:t>21．把0.6化成分数并约成最简分数是（　）。</w:t>
      </w:r>
    </w:p>
    <w:p>
      <w:r>
        <w:t>22．方程3x=15的解是x=（　）。</w:t>
      </w:r>
    </w:p>
    <w:p>
      <w:r>
        <w:t>23．小明今年a岁，比爸爸小25岁，爸爸今年（　）岁。</w:t>
      </w:r>
    </w:p>
    <w:p>
      <w:r>
        <w:t>24．数对（4,5）表示第（　）列第（　）行。</w:t>
      </w:r>
    </w:p>
    <w:p>
      <w:r>
        <w:t>25．盒子里有3个红球和7个白球，从中任意摸一个，摸到（　）球的可能性大。</w:t>
      </w:r>
    </w:p>
    <w:p>
      <w:r>
        <w:t>26．3.2727…用简便记法写作（　），保留两位小数约是（　）。</w:t>
      </w:r>
    </w:p>
    <w:p>
      <w:r>
        <w:t>27．在○里填“&gt;”“&lt;”或“=”：0.9×1.2○0.9。</w:t>
      </w:r>
    </w:p>
    <w:p>
      <w:r>
        <w:t>28．一个正方形边长是a米，它的周长是（　）米，面积是（　）平方米。</w:t>
      </w:r>
    </w:p>
    <w:p>
      <w:r>
        <w:t>29．两个因数的积是4.8，一个因数扩大到原来的10倍，另一个因数不变，积是（　）。</w:t>
      </w:r>
    </w:p>
    <w:p>
      <w:r>
        <w:t>30．一堆煤有a吨，每天用去b吨，用了5天，还剩（　）吨。</w:t>
      </w:r>
    </w:p>
    <w:p>
      <w:pPr>
        <w:pStyle w:val="Heading2"/>
      </w:pPr>
      <w:r>
        <w:t>二、判断题（第31～50题，对的打√，错的打×）</w:t>
      </w:r>
    </w:p>
    <w:p>
      <w:r>
        <w:t>31．无限小数一定比有限小数大。（　）</w:t>
      </w:r>
    </w:p>
    <w:p>
      <w:r>
        <w:t>32．一个数乘0.01，就是把这个数缩小到原来的1/100。（　）</w:t>
      </w:r>
    </w:p>
    <w:p>
      <w:r>
        <w:t>33．三角形的面积是平行四边形面积的一半。（　）</w:t>
      </w:r>
    </w:p>
    <w:p>
      <w:r>
        <w:t>34．两个面积相等的三角形一定能拼成一个平行四边形。（　）</w:t>
      </w:r>
    </w:p>
    <w:p>
      <w:r>
        <w:t>35．所有的质数都是奇数。（　）</w:t>
      </w:r>
    </w:p>
    <w:p>
      <w:r>
        <w:t>36．一个非零自然数不是质数就是合数。（　）</w:t>
      </w:r>
    </w:p>
    <w:p>
      <w:r>
        <w:t>37．个位上是3、6、9的数都是3的倍数。（　）</w:t>
      </w:r>
    </w:p>
    <w:p>
      <w:r>
        <w:t>38．两个奇数的和一定是偶数。（　）</w:t>
      </w:r>
    </w:p>
    <w:p>
      <w:r>
        <w:t>39．真分数都小于1，假分数都大于1。（　）</w:t>
      </w:r>
    </w:p>
    <w:p>
      <w:r>
        <w:t>40．分数的分子和分母同时乘或除以相同的数，分数的大小不变。（　）</w:t>
      </w:r>
    </w:p>
    <w:p>
      <w:r>
        <w:t>41．方程一定是等式，等式不一定是方程。（　）</w:t>
      </w:r>
    </w:p>
    <w:p>
      <w:r>
        <w:t>42．x=2是方程2x+3=7的解。（　）</w:t>
      </w:r>
    </w:p>
    <w:p>
      <w:r>
        <w:t>43．把一个长方形木框拉成平行四边形，周长和面积都不变。（　）</w:t>
      </w:r>
    </w:p>
    <w:p>
      <w:r>
        <w:t>44．循环小数都是无限小数。（　）</w:t>
      </w:r>
    </w:p>
    <w:p>
      <w:r>
        <w:t>45．一个数的倍数一定比它的因数大。（　）</w:t>
      </w:r>
    </w:p>
    <w:p>
      <w:r>
        <w:t>46．大于1/5而小于3/5的分数只有2/5。（　）</w:t>
      </w:r>
    </w:p>
    <w:p>
      <w:r>
        <w:t>47．棱长6cm的正方体，它的表面积和体积相等。（　）</w:t>
      </w:r>
    </w:p>
    <w:p>
      <w:r>
        <w:t>48．5.6÷0.7=56÷7=8。（　）</w:t>
      </w:r>
    </w:p>
    <w:p>
      <w:r>
        <w:t>49．把2米长的绳子分成4段，每段长1/4米。（　）</w:t>
      </w:r>
    </w:p>
    <w:p>
      <w:r>
        <w:t>50．两个质数相乘的积一定是合数。（　）</w:t>
      </w:r>
    </w:p>
    <w:p>
      <w:pPr>
        <w:pStyle w:val="Heading2"/>
      </w:pPr>
      <w:r>
        <w:t>三、选择题（第51～70题）</w:t>
      </w:r>
    </w:p>
    <w:p>
      <w:r>
        <w:t>51．下面各式中，属于方程的是（　）。A.3x+5　B.8+4=12　C.2x=6　D.5x&gt;7</w:t>
      </w:r>
    </w:p>
    <w:p>
      <w:r>
        <w:t>52．与0.45×18结果相同的算式是（　）。A.0.45×1.8　B.4.5×1.8　C.0.18×4.5</w:t>
      </w:r>
    </w:p>
    <w:p>
      <w:r>
        <w:t>53．一个三角形与一个平行四边形底和面积都相等，三角形的高是平行四边形高的（　）。A.一半　B.2倍　C.相等</w:t>
      </w:r>
    </w:p>
    <w:p>
      <w:r>
        <w:t>54．下面各数中，既是奇数又是合数的是（　）。A.7　B.8　C.9　D.11</w:t>
      </w:r>
    </w:p>
    <w:p>
      <w:r>
        <w:t>55．把10克糖放入100克水中，糖占糖水的（　）。A.1/10　B.1/11　C.1/9</w:t>
      </w:r>
    </w:p>
    <w:p>
      <w:r>
        <w:t>56．平行四边形的高有（　）条。A.1　B.2　C.无数</w:t>
      </w:r>
    </w:p>
    <w:p>
      <w:r>
        <w:t>57．下面分数中能化成有限小数的是（　）。A.1/3　B.5/6　C.3/8</w:t>
      </w:r>
    </w:p>
    <w:p>
      <w:r>
        <w:t>58．两个（　）的梯形可以拼成一个平行四边形。A.面积相等　B.周长相等　C.完全相同</w:t>
      </w:r>
    </w:p>
    <w:p>
      <w:r>
        <w:t>59．9.995保留两位小数约是（　）。A.9.99　B.10.00　C.10.0</w:t>
      </w:r>
    </w:p>
    <w:p>
      <w:r>
        <w:t>60．下列各式中结果最大的是（　）。A.2.5÷0.5　B.2.5×0.5　C.2.5÷1.5</w:t>
      </w:r>
    </w:p>
    <w:p>
      <w:r>
        <w:t>61．一个合数至少有（　）个因数。A.2　B.3　C.4</w:t>
      </w:r>
    </w:p>
    <w:p>
      <w:r>
        <w:t>62．要使“□5”这个两位数是3的倍数，□里可以填（　）。A.1　B.3　C.5</w:t>
      </w:r>
    </w:p>
    <w:p>
      <w:r>
        <w:t>63．把5米长的绳子平均剪成8段，每段占全长的（　）。A.5/8米　B.1/8　C.5/8</w:t>
      </w:r>
    </w:p>
    <w:p>
      <w:r>
        <w:t>64．一个正方体的棱长扩大到原来的2倍，它的体积扩大到原来的（　）倍。A.2　B.4　C.8</w:t>
      </w:r>
    </w:p>
    <w:p>
      <w:r>
        <w:t>65．下面各组数中，互质的是（　）。A.6和9　B.8和15　C.4和12</w:t>
      </w:r>
    </w:p>
    <w:p>
      <w:r>
        <w:t>66．方程0.5x-2=6的解是x=（　）。A.16　B.8　C.20</w:t>
      </w:r>
    </w:p>
    <w:p>
      <w:r>
        <w:t>67．一个三角形底不变，高扩大到原来的3倍，面积扩大到原来的（　）倍。A.3　B.6　C.9</w:t>
      </w:r>
    </w:p>
    <w:p>
      <w:r>
        <w:t>68．把3/4和5/6通分，最小的公分母是（　）。A.12　B.24　C.6</w:t>
      </w:r>
    </w:p>
    <w:p>
      <w:r>
        <w:t>69．下面图形中对称轴最多的是（　）。A.正方形　B.等边三角形　C.圆</w:t>
      </w:r>
    </w:p>
    <w:p>
      <w:r>
        <w:t>70．小明的位置用数对（3,4）表示，他正前面同学的位置是（　）。A.（3,3）　B.（4,4）　C.（3,5）</w:t>
      </w:r>
    </w:p>
    <w:p>
      <w:pPr>
        <w:pStyle w:val="Heading2"/>
      </w:pPr>
      <w:r>
        <w:t>四、计算（第71～90题，含直接写得数与解方程、脱式简算）</w:t>
      </w:r>
    </w:p>
    <w:p>
      <w:r>
        <w:t>71．直接写得数：0.25×4=（　）。</w:t>
      </w:r>
    </w:p>
    <w:p>
      <w:r>
        <w:t>72．直接写得数：1.25×8=（　）。</w:t>
      </w:r>
    </w:p>
    <w:p>
      <w:r>
        <w:t>73．直接写得数：0.6×0.7=（　）。</w:t>
      </w:r>
    </w:p>
    <w:p>
      <w:r>
        <w:t>74．直接写得数：4.8÷0.6=（　）。</w:t>
      </w:r>
    </w:p>
    <w:p>
      <w:r>
        <w:t>75．直接写得数：0÷3.5=（　）。</w:t>
      </w:r>
    </w:p>
    <w:p>
      <w:r>
        <w:t>76．直接写得数：1÷0.25=（　）。</w:t>
      </w:r>
    </w:p>
    <w:p>
      <w:r>
        <w:t>77．直接写得数：0.9²=（　）。</w:t>
      </w:r>
    </w:p>
    <w:p>
      <w:r>
        <w:t>78．直接写得数：1.5×0.4=（　）。</w:t>
      </w:r>
    </w:p>
    <w:p>
      <w:r>
        <w:t>79．直接写得数：7.2÷0.9=（　）。</w:t>
      </w:r>
    </w:p>
    <w:p>
      <w:r>
        <w:t>80．直接写得数：0.8+0.8×9=（　）。</w:t>
      </w:r>
    </w:p>
    <w:p>
      <w:r>
        <w:t>81．直接写得数：3/7+2/7=（　）。</w:t>
      </w:r>
    </w:p>
    <w:p>
      <w:r>
        <w:t>82．直接写得数：1-3/5=（　）。</w:t>
      </w:r>
    </w:p>
    <w:p>
      <w:r>
        <w:t>83．直接写得数：5/6-1/6=（　）。</w:t>
      </w:r>
    </w:p>
    <w:p>
      <w:r>
        <w:t>84．直接写得数：1/2+1/4=（　）。</w:t>
      </w:r>
    </w:p>
    <w:p>
      <w:r>
        <w:t>85．直接写得数：0.5+1/2=（　）。</w:t>
      </w:r>
    </w:p>
    <w:p>
      <w:r>
        <w:t>86．解方程：x+3.6=8。</w:t>
      </w:r>
    </w:p>
    <w:p>
      <w:r>
        <w:t>87．解方程：4x=2.4。</w:t>
      </w:r>
    </w:p>
    <w:p>
      <w:r>
        <w:t>88．解方程：x-0.7x=0.9。</w:t>
      </w:r>
    </w:p>
    <w:p>
      <w:r>
        <w:t>89．脱式计算（简算）：2.5×3.2×1.25。</w:t>
      </w:r>
    </w:p>
    <w:p>
      <w:r>
        <w:t>90．脱式计算（简算）：3.6×99+3.6。</w:t>
      </w:r>
    </w:p>
    <w:p>
      <w:pPr>
        <w:pStyle w:val="Heading2"/>
      </w:pPr>
      <w:r>
        <w:t>五、解决问题（第91～100题）</w:t>
      </w:r>
    </w:p>
    <w:p>
      <w:r>
        <w:t>91．商店运来苹果和梨共120千克，苹果的重量是梨的2倍。梨有多少千克？（用方程解）</w:t>
      </w:r>
    </w:p>
    <w:p>
      <w:r>
        <w:t>92．一块平行四边形菜地，底25米，高16米。每平方米收白菜8千克，这块地一共收白菜多少千克？</w:t>
      </w:r>
    </w:p>
    <w:p>
      <w:r>
        <w:t>93．一个梯形果园，上底40米，下底60米，高30米。每棵果树占地5平方米，这个果园共有果树多少棵？</w:t>
      </w:r>
    </w:p>
    <w:p>
      <w:r>
        <w:t>94．小明读一本书，第一天读了全书的1/4，第二天读了全书的2/5，还剩全书的几分之几没读？</w:t>
      </w:r>
    </w:p>
    <w:p>
      <w:r>
        <w:t>95．一辆汽车2.5小时行驶150千米。照这样计算，行驶360千米需要多少小时？</w:t>
      </w:r>
    </w:p>
    <w:p>
      <w:r>
        <w:t>96．妈妈买3千克苹果，付出20元，找回5元。每千克苹果多少元？（用方程解）</w:t>
      </w:r>
    </w:p>
    <w:p>
      <w:r>
        <w:t>97．一个三角形花坛，底12米，高是底的一半。这个花坛的面积是多少平方米？</w:t>
      </w:r>
    </w:p>
    <w:p>
      <w:r>
        <w:t>98．五（1）班有男生24人、女生20人。女生人数是男生人数的几分之几？男生人数占全班的几分之几？</w:t>
      </w:r>
    </w:p>
    <w:p>
      <w:r>
        <w:t>99．用一根长48厘米的铁丝围成一个正方形，它的面积是多少平方厘米？</w:t>
      </w:r>
    </w:p>
    <w:p>
      <w:r>
        <w:t>100．甲、乙两车同时从相距360千米的两地相向开出，甲车每小时行70千米，乙车每小时行50千米。经过几小时两车相遇？</w:t>
      </w:r>
    </w:p>
    <w:p>
      <w:pPr>
        <w:pStyle w:val="Heading1"/>
      </w:pPr>
      <w:r>
        <w:t>参考答案与详细解析</w:t>
      </w:r>
    </w:p>
    <w:p>
      <w:r>
        <w:t>【第1题｜答案】13　【解析】3.25×4=13，可以先算325×4=1300，再从积里数出两位小数，得13.00即13。</w:t>
      </w:r>
    </w:p>
    <w:p>
      <w:r>
        <w:t>【第2题｜答案】8　【解析】0.8÷0.1=8，一位小数的计数单位是0.1，0.8就是8个0.1。</w:t>
      </w:r>
    </w:p>
    <w:p>
      <w:r>
        <w:t>【第3题｜答案】5.03　【解析】5个1是5，3个0.01是0.03，合起来5+0.03=5.03。</w:t>
      </w:r>
    </w:p>
    <w:p>
      <w:r>
        <w:t>【第4题｜答案】360　【解析】平方米与平方分米的进率是100，3.6×100=360。</w:t>
      </w:r>
    </w:p>
    <w:p>
      <w:r>
        <w:t>【第5题｜答案】123　【解析】1小时=60分，2.05×60=123分。</w:t>
      </w:r>
    </w:p>
    <w:p>
      <w:r>
        <w:t>【第6题｜答案】底×高；ah　【解析】平行四边形面积=底×高，字母公式S=ah（a为底，h为高）。</w:t>
      </w:r>
    </w:p>
    <w:p>
      <w:r>
        <w:t>【第7题｜答案】底×高÷2；ah÷2　【解析】三角形面积是与它等底等高平行四边形面积的一半，故S=ah÷2。</w:t>
      </w:r>
    </w:p>
    <w:p>
      <w:r>
        <w:t>【第8题｜答案】24　【解析】S=ah=6×4=24（平方厘米）。</w:t>
      </w:r>
    </w:p>
    <w:p>
      <w:r>
        <w:t>【第9题｜答案】20　【解析】S=ah÷2=8×5÷2=20（平方分米）。</w:t>
      </w:r>
    </w:p>
    <w:p>
      <w:r>
        <w:t>【第10题｜答案】16　【解析】S=(上底+下底)×高÷2=(3+5)×4÷2=16（平方米）。</w:t>
      </w:r>
    </w:p>
    <w:p>
      <w:r>
        <w:t>【第11题｜答案】6　【解析】12的因数有1、2、3、4、6、12，共6个。</w:t>
      </w:r>
    </w:p>
    <w:p>
      <w:r>
        <w:t>【第12题｜答案】6　【解析】18=2×3×3，24=2×2×2×3，公有质因数2×3=6。</w:t>
      </w:r>
    </w:p>
    <w:p>
      <w:r>
        <w:t>【第13题｜答案】24　【解析】6=2×3，8=2×2×2，最小公倍数=2×2×2×3=24。</w:t>
      </w:r>
    </w:p>
    <w:p>
      <w:r>
        <w:t>【第14题｜答案】12　【解析】一个数最大的因数和最小的倍数都是它本身，所以是12。</w:t>
      </w:r>
    </w:p>
    <w:p>
      <w:r>
        <w:t>【第15题｜答案】2　【解析】质数是只有1和它本身两个因数的数，最小的质数是2。</w:t>
      </w:r>
    </w:p>
    <w:p>
      <w:r>
        <w:t>【第16题｜答案】4　【解析】合数是除了1和本身还有别的因数的数，最小的合数是4。</w:t>
      </w:r>
    </w:p>
    <w:p>
      <w:r>
        <w:t>【第17题｜答案】2　【解析】2是唯一的偶质数，其余偶数都至少有因数2，是合数。</w:t>
      </w:r>
    </w:p>
    <w:p>
      <w:r>
        <w:t>【第18题｜答案】1/8；3　【解析】把单位“1”平均分成8份，每份是1/8，3/8里有3个1/8。</w:t>
      </w:r>
    </w:p>
    <w:p>
      <w:r>
        <w:t>【第19题｜答案】3/5米；1/5　【解析】每段长3÷5=3/5米；每段占全长的1÷5=1/5。</w:t>
      </w:r>
    </w:p>
    <w:p>
      <w:r>
        <w:t>【第20题｜答案】10；28　【解析】分母7变14乘2，分子5也乘2得10；分子5变20乘4，分母7也乘4得28。</w:t>
      </w:r>
    </w:p>
    <w:p>
      <w:r>
        <w:t>【第21题｜答案】3/5　【解析】0.6=6/10=3/5。</w:t>
      </w:r>
    </w:p>
    <w:p>
      <w:r>
        <w:t>【第22题｜答案】5　【解析】两边同时除以3，x=15÷3=5。</w:t>
      </w:r>
    </w:p>
    <w:p>
      <w:r>
        <w:t>【第23题｜答案】a+25　【解析】爸爸比小明大25岁，所以爸爸年龄=a+25。</w:t>
      </w:r>
    </w:p>
    <w:p>
      <w:r>
        <w:t>【第24题｜答案】4；5　【解析】数对中第一个数表示列，第二个数表示行。</w:t>
      </w:r>
    </w:p>
    <w:p>
      <w:r>
        <w:t>【第25题｜答案】白　【解析】白球数量多（7&gt;3），所以摸到白球的可能性大。</w:t>
      </w:r>
    </w:p>
    <w:p>
      <w:r>
        <w:t>【第26题｜答案】3.27̇（27循环）；3.27　【解析】循环节是27；保留两位看第三位，第三位是2，舍去，得3.27。</w:t>
      </w:r>
    </w:p>
    <w:p>
      <w:r>
        <w:t>【第27题｜答案】&gt;　【解析】一个数（0除外）乘大于1的数，积比原来的数大，1.2&gt;1，所以填&gt;。</w:t>
      </w:r>
    </w:p>
    <w:p>
      <w:r>
        <w:t>【第28题｜答案】4a；a²　【解析】正方形周长=边长×4=4a；面积=边长×边长=a²。</w:t>
      </w:r>
    </w:p>
    <w:p>
      <w:r>
        <w:t>【第29题｜答案】48　【解析】一个因数不变，另一个扩大10倍，积也扩大10倍，4.8×10=48。</w:t>
      </w:r>
    </w:p>
    <w:p>
      <w:r>
        <w:t>【第30题｜答案】a-5b　【解析】5天共用去5b吨，剩下a-5b吨。</w:t>
      </w:r>
    </w:p>
    <w:p>
      <w:r>
        <w:t>【第31题｜答案】×　【解析】例如0.333…&lt;0.5，无限小数不一定比有限小数大。</w:t>
      </w:r>
    </w:p>
    <w:p>
      <w:r>
        <w:t>【第32题｜答案】√　【解析】乘0.01相当于除以100，即缩小到原数的1/100。</w:t>
      </w:r>
    </w:p>
    <w:p>
      <w:r>
        <w:t>【第33题｜答案】×　【解析】必须是“等底等高”的三角形才是平行四边形面积的一半，题目缺条件。</w:t>
      </w:r>
    </w:p>
    <w:p>
      <w:r>
        <w:t>【第34题｜答案】×　【解析】必须是两个“完全一样”的三角形才能拼成平行四边形，面积相等形状不一定相同。</w:t>
      </w:r>
    </w:p>
    <w:p>
      <w:r>
        <w:t>【第35题｜答案】×　【解析】2是质数但它是偶数。</w:t>
      </w:r>
    </w:p>
    <w:p>
      <w:r>
        <w:t>【第36题｜答案】×　【解析】1既不是质数也不是合数。</w:t>
      </w:r>
    </w:p>
    <w:p>
      <w:r>
        <w:t>【第37题｜答案】×　【解析】3的倍数看各位数字之和，如13个位是3却不是3的倍数。</w:t>
      </w:r>
    </w:p>
    <w:p>
      <w:r>
        <w:t>【第38题｜答案】√　【解析】奇数+奇数=偶数，如3+5=8。</w:t>
      </w:r>
    </w:p>
    <w:p>
      <w:r>
        <w:t>【第39题｜答案】×　【解析】假分数大于或等于1（分子等于分母时等于1）。</w:t>
      </w:r>
    </w:p>
    <w:p>
      <w:r>
        <w:t>【第40题｜答案】×　【解析】必须补上“0除外”，因为不能除以0。</w:t>
      </w:r>
    </w:p>
    <w:p>
      <w:r>
        <w:t>【第41题｜答案】√　【解析】方程是含有未知数的等式，等式若不含未知数就不是方程。</w:t>
      </w:r>
    </w:p>
    <w:p>
      <w:r>
        <w:t>【第42题｜答案】√　【解析】把x=2代入：2×2+3=7，左边=右边，所以是解。</w:t>
      </w:r>
    </w:p>
    <w:p>
      <w:r>
        <w:t>【第43题｜答案】×　【解析】四条边长度没变，周长不变；但高变小了，面积变小。</w:t>
      </w:r>
    </w:p>
    <w:p>
      <w:r>
        <w:t>【第44题｜答案】√　【解析】循环小数的位数无限循环，所以一定是无限小数。</w:t>
      </w:r>
    </w:p>
    <w:p>
      <w:r>
        <w:t>【第45题｜答案】×　【解析】一个数最小的倍数和最大的因数都是它本身，可能相等。</w:t>
      </w:r>
    </w:p>
    <w:p>
      <w:r>
        <w:t>【第46题｜答案】×　【解析】分母可以不同，如3/10、4/10等都介于两者之间，有无数个。</w:t>
      </w:r>
    </w:p>
    <w:p>
      <w:r>
        <w:t>【第47题｜答案】×　【解析】表面积和体积单位不同、意义不同，不能比较大小。</w:t>
      </w:r>
    </w:p>
    <w:p>
      <w:r>
        <w:t>【第48题｜答案】√　【解析】被除数和除数同时扩大10倍，商不变，56÷7=8。</w:t>
      </w:r>
    </w:p>
    <w:p>
      <w:r>
        <w:t>【第49题｜答案】×　【解析】题目没说“平均分”，不能确定每段都是1/4米。</w:t>
      </w:r>
    </w:p>
    <w:p>
      <w:r>
        <w:t>【第50题｜答案】√　【解析】积除了1和本身外，还有这两个质数作为因数，所以是合数。</w:t>
      </w:r>
    </w:p>
    <w:p>
      <w:r>
        <w:t>【第51题｜答案】C　【解析】方程必须同时满足“含有未知数”和“是等式”两个条件，只有C符合。</w:t>
      </w:r>
    </w:p>
    <w:p>
      <w:r>
        <w:t>【第52题｜答案】B　【解析】0.45×18=8.1；4.5×1.8=8.1，一个因数乘10、另一个除以10，积不变。</w:t>
      </w:r>
    </w:p>
    <w:p>
      <w:r>
        <w:t>【第53题｜答案】B　【解析】三角形面积=底×高÷2，平行四边形=底×高，底和面积相等时，三角形高要乘2。</w:t>
      </w:r>
    </w:p>
    <w:p>
      <w:r>
        <w:t>【第54题｜答案】C　【解析】9=3×3，是合数；9不能被2整除，是奇数。7、11是质数，8是偶数。</w:t>
      </w:r>
    </w:p>
    <w:p>
      <w:r>
        <w:t>【第55题｜答案】B　【解析】糖水共10+100=110克，糖占10/110=1/11。</w:t>
      </w:r>
    </w:p>
    <w:p>
      <w:r>
        <w:t>【第56题｜答案】C　【解析】从平行四边形一条边上任意一点向对边作垂线，都可作高，所以有无数条。</w:t>
      </w:r>
    </w:p>
    <w:p>
      <w:r>
        <w:t>【第57题｜答案】C　【解析】3/8=0.375是有限小数；1/3、5/6化成小数都是循环小数。</w:t>
      </w:r>
    </w:p>
    <w:p>
      <w:r>
        <w:t>【第58题｜答案】C　【解析】只有两个完全一样（全等）的梯形才能拼成平行四边形。</w:t>
      </w:r>
    </w:p>
    <w:p>
      <w:r>
        <w:t>【第59题｜答案】B　【解析】保留两位看第三位是5，向前一位进1，9.99+0.01=10.00。</w:t>
      </w:r>
    </w:p>
    <w:p>
      <w:r>
        <w:t>【第60题｜答案】A　【解析】A=5，B=1.25，C≈1.67，最大的是A。</w:t>
      </w:r>
    </w:p>
    <w:p>
      <w:r>
        <w:t>【第61题｜答案】B　【解析】合数除了1和本身外至少还有一个因数，所以至少3个因数。</w:t>
      </w:r>
    </w:p>
    <w:p>
      <w:r>
        <w:t>【第62题｜答案】A　【解析】各位数字之和□+5要能被3整除；□=1时和为6，是3的倍数。</w:t>
      </w:r>
    </w:p>
    <w:p>
      <w:r>
        <w:t>【第63题｜答案】B　【解析】问“占全长的几分之几”，把全长看作单位1，每段占1÷8=1/8。</w:t>
      </w:r>
    </w:p>
    <w:p>
      <w:r>
        <w:t>【第64题｜答案】C　【解析】体积=棱长³，棱长扩大2倍，体积扩大2³=8倍。</w:t>
      </w:r>
    </w:p>
    <w:p>
      <w:r>
        <w:t>【第65题｜答案】B　【解析】8和15只有公因数1，是互质数；其余两组都有除1外的公因数。</w:t>
      </w:r>
    </w:p>
    <w:p>
      <w:r>
        <w:t>【第66题｜答案】A　【解析】0.5x=8，x=8÷0.5=16。</w:t>
      </w:r>
    </w:p>
    <w:p>
      <w:r>
        <w:t>【第67题｜答案】A　【解析】三角形面积与高成正比，底不变时高扩大几倍面积就扩大几倍。</w:t>
      </w:r>
    </w:p>
    <w:p>
      <w:r>
        <w:t>【第68题｜答案】A　【解析】4和6的最小公倍数是12，所以最小公分母是12。</w:t>
      </w:r>
    </w:p>
    <w:p>
      <w:r>
        <w:t>【第69题｜答案】C　【解析】正方形4条、等边三角形3条，圆有无数条对称轴。</w:t>
      </w:r>
    </w:p>
    <w:p>
      <w:r>
        <w:t>【第70题｜答案】A　【解析】前面同学列数不变（3），行数减1（4-1=3），即（3,3）。</w:t>
      </w:r>
    </w:p>
    <w:p>
      <w:r>
        <w:t>【第71题｜答案】1　【解析】25×4=100，两位小数后是1.00即1。</w:t>
      </w:r>
    </w:p>
    <w:p>
      <w:r>
        <w:t>【第72题｜答案】10　【解析】125×8=1000，两位小数后是10.00即10。</w:t>
      </w:r>
    </w:p>
    <w:p>
      <w:r>
        <w:t>【第73题｜答案】0.42　【解析】6×7=42，两位小数得0.42。</w:t>
      </w:r>
    </w:p>
    <w:p>
      <w:r>
        <w:t>【第74题｜答案】8　【解析】4.8÷0.6=48÷6=8。</w:t>
      </w:r>
    </w:p>
    <w:p>
      <w:r>
        <w:t>【第75题｜答案】0　【解析】0除以任何非零数都得0。</w:t>
      </w:r>
    </w:p>
    <w:p>
      <w:r>
        <w:t>【第76题｜答案】4　【解析】0.25×4=1，所以1÷0.25=4。</w:t>
      </w:r>
    </w:p>
    <w:p>
      <w:r>
        <w:t>【第77题｜答案】0.81　【解析】0.9²=0.9×0.9=0.81。</w:t>
      </w:r>
    </w:p>
    <w:p>
      <w:r>
        <w:t>【第78题｜答案】0.6　【解析】15×4=60，两位小数得0.60即0.6。</w:t>
      </w:r>
    </w:p>
    <w:p>
      <w:r>
        <w:t>【第79题｜答案】8　【解析】7.2÷0.9=72÷9=8。</w:t>
      </w:r>
    </w:p>
    <w:p>
      <w:r>
        <w:t>【第80题｜答案】8.0（即8）　【解析】用乘法分配律：0.8×(1+9)=0.8×10=8。</w:t>
      </w:r>
    </w:p>
    <w:p>
      <w:r>
        <w:t>【第81题｜答案】5/7　【解析】同分母分数相加，分母不变，分子相加：(3+2)/7=5/7。</w:t>
      </w:r>
    </w:p>
    <w:p>
      <w:r>
        <w:t>【第82题｜答案】2/5　【解析】1=5/5，5/5-3/5=2/5。</w:t>
      </w:r>
    </w:p>
    <w:p>
      <w:r>
        <w:t>【第83题｜答案】2/3　【解析】(5-1)/6=4/6=2/3（约成最简）。</w:t>
      </w:r>
    </w:p>
    <w:p>
      <w:r>
        <w:t>【第84题｜答案】3/4　【解析】通分：2/4+1/4=3/4。</w:t>
      </w:r>
    </w:p>
    <w:p>
      <w:r>
        <w:t>【第85题｜答案】1　【解析】0.5=1/2，1/2+1/2=1。</w:t>
      </w:r>
    </w:p>
    <w:p>
      <w:r>
        <w:t>【第86题｜答案】x=4.4　【解析】两边同时减3.6，x=8-3.6=4.4。</w:t>
      </w:r>
    </w:p>
    <w:p>
      <w:r>
        <w:t>【第87题｜答案】x=0.6　【解析】两边同时除以4，x=2.4÷4=0.6。</w:t>
      </w:r>
    </w:p>
    <w:p>
      <w:r>
        <w:t>【第88题｜答案】x=3　【解析】左边=0.3x，0.3x=0.9，x=0.9÷0.3=3。</w:t>
      </w:r>
    </w:p>
    <w:p>
      <w:r>
        <w:t>【第89题｜答案】10　【解析】把3.2拆成4×0.8：(2.5×4)×(0.8×1.25)=10×1=10。</w:t>
      </w:r>
    </w:p>
    <w:p>
      <w:r>
        <w:t>【第90题｜答案】360　【解析】乘法分配律逆用：3.6×(99+1)=3.6×100=360。</w:t>
      </w:r>
    </w:p>
    <w:p>
      <w:r>
        <w:t>【第91题｜答案】40千克　【解析】设梨有x千克，则苹果2x千克。x+2x=120，3x=120，x=40。梨有40千克。</w:t>
      </w:r>
    </w:p>
    <w:p>
      <w:r>
        <w:t>【第92题｜答案】3200千克　【解析】菜地面积=25×16=400平方米；共收400×8=3200千克。</w:t>
      </w:r>
    </w:p>
    <w:p>
      <w:r>
        <w:t>【第93题｜答案】300棵　【解析】果园面积=(40+60)×30÷2=1500平方米；1500÷5=300棵。</w:t>
      </w:r>
    </w:p>
    <w:p>
      <w:r>
        <w:t>【第94题｜答案】7/20　【解析】1-1/4-2/5=20/20-5/20-8/20=7/20。</w:t>
      </w:r>
    </w:p>
    <w:p>
      <w:r>
        <w:t>【第95题｜答案】6小时　【解析】速度=150÷2.5=60千米/时；时间=360÷60=6小时。</w:t>
      </w:r>
    </w:p>
    <w:p>
      <w:r>
        <w:t>【第96题｜答案】5元　【解析】设每千克x元：3x+5=20，3x=15，x=5。每千克5元。</w:t>
      </w:r>
    </w:p>
    <w:p>
      <w:r>
        <w:t>【第97题｜答案】36平方米　【解析】高=12÷2=6米；面积=12×6÷2=36平方米。</w:t>
      </w:r>
    </w:p>
    <w:p>
      <w:r>
        <w:t>【第98题｜答案】女生是男生的5/6；男生占全班的6/11　【解析】女生占男生：20÷24=5/6；全班44人，男生占24÷44=6/11。</w:t>
      </w:r>
    </w:p>
    <w:p>
      <w:r>
        <w:t>【第99题｜答案】144平方厘米　【解析】边长=48÷4=12厘米；面积=12×12=144平方厘米。</w:t>
      </w:r>
    </w:p>
    <w:p>
      <w:r>
        <w:t>【第100题｜答案】3小时　【解析】相遇时间=总路程÷速度和=360÷(70+50)=360÷120=3小时。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