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房屋租赁合同模板</w:t>
      </w:r>
    </w:p>
    <w:p>
      <w:pPr>
        <w:pStyle w:val="Heading1"/>
      </w:pPr>
      <w:r>
        <w:t>房屋租赁合同（完整模板·附签订使用说明）</w:t>
      </w:r>
    </w:p>
    <w:p>
      <w:pPr>
        <w:pStyle w:val="Heading2"/>
      </w:pPr>
      <w:r>
        <w:t>签订本合同前请务必阅读的使用说明</w:t>
      </w:r>
    </w:p>
    <w:p>
      <w:r>
        <w:t>1. 本合同为普通住宅房屋租赁参考文本，依据《民法典》租赁合同相关条款整理，甲乙双方信息一律留空，请据实填写。</w:t>
      </w:r>
    </w:p>
    <w:p>
      <w:r>
        <w:t>2. 签约前甲方应出示房屋产权证（或购房合同）及本人身份证，确认其为有权出租之人；转租的应查看原房东同意转租的书面材料。</w:t>
      </w:r>
    </w:p>
    <w:p>
      <w:r>
        <w:t>3. 押金数额、租金支付周期、违约金比例等带空格处，由双方协商填写，建议押金不超过一个月租金，押金退还条件写清楚。</w:t>
      </w:r>
    </w:p>
    <w:p>
      <w:r>
        <w:t>4. 入住当天务必一起抄水表、电表、燃气表底数，并把屋内家电家具逐一拍照、登记在《房屋物品交接清单》里，退租时避免扯皮。</w:t>
      </w:r>
    </w:p>
    <w:p>
      <w:r>
        <w:t>5. 租金尽量走银行转账并备注“某年某月房租”，少用现金，留存好转账记录。</w:t>
      </w:r>
    </w:p>
    <w:p>
      <w:r>
        <w:t>6. 本模板仅供参考，重大金额或商铺租赁建议咨询专业律师。</w:t>
      </w:r>
    </w:p>
    <w:p>
      <w:pPr>
        <w:pStyle w:val="Heading2"/>
      </w:pPr>
      <w:r>
        <w:t>房屋租赁合同</w:t>
      </w:r>
    </w:p>
    <w:p>
      <w:r>
        <w:t>出租方（以下简称“甲方”）：______________________　身份证号：______________________　联系电话：______________________</w:t>
      </w:r>
    </w:p>
    <w:p>
      <w:r>
        <w:t>承租方（以下简称“乙方”）：______________________　身份证号：______________________　联系电话：______________________</w:t>
      </w:r>
    </w:p>
    <w:p>
      <w:r>
        <w:t>根据《中华人民共和国民法典》及有关法律法规的规定，甲乙双方在平等、自愿、协商一致的基础上，就乙方承租甲方房屋事宜，订立本合同，以资共同遵守。</w:t>
      </w:r>
    </w:p>
    <w:p>
      <w:pPr>
        <w:pStyle w:val="Heading2"/>
      </w:pPr>
      <w:r>
        <w:t>第一条　房屋基本情况</w:t>
      </w:r>
    </w:p>
    <w:p>
      <w:r>
        <w:t>1.1 甲方将其合法拥有（或有权出租）的坐落于______市______区（县）______路（街）______号______小区______号楼______单元______室的房屋出租给乙方使用。</w:t>
      </w:r>
    </w:p>
    <w:p>
      <w:r>
        <w:t>1.2 该房屋建筑面积约为______平方米，户型为______室______厅______卫，房屋现有装修及设施、设备情况见本合同附件《房屋物品交接清单》。</w:t>
      </w:r>
    </w:p>
    <w:p>
      <w:r>
        <w:t>1.3 乙方承租该房屋的用途为【居住】。乙方不得擅自改变房屋用途，不得利用该房屋从事违法违规活动。</w:t>
      </w:r>
    </w:p>
    <w:p>
      <w:pPr>
        <w:pStyle w:val="Heading2"/>
      </w:pPr>
      <w:r>
        <w:t>第二条　租赁期限</w:t>
      </w:r>
    </w:p>
    <w:p>
      <w:r>
        <w:t>2.1 该房屋租赁期限自______年____月____日起至______年____月____日止，共计______个月。</w:t>
      </w:r>
    </w:p>
    <w:p>
      <w:r>
        <w:t>2.2 租赁期满，本合同自动终止。乙方如需继续承租，应于租赁期满前______日向甲方提出书面（含微信、短信）续租要求，经甲方同意后双方重新签订租赁合同。同等条件下，乙方享有优先承租权。</w:t>
      </w:r>
    </w:p>
    <w:p>
      <w:r>
        <w:t>2.3 租赁期满乙方未提出续租或甲方不再出租的，乙方应于租赁期满之日腾空并交还房屋。</w:t>
      </w:r>
    </w:p>
    <w:p>
      <w:pPr>
        <w:pStyle w:val="Heading2"/>
      </w:pPr>
      <w:r>
        <w:t>第三条　租金及支付方式</w:t>
      </w:r>
    </w:p>
    <w:p>
      <w:r>
        <w:t>3.1 该房屋月租金为人民币（大写）____________元整（￥________元/月）。租赁期内，甲方不得单方提高租金。</w:t>
      </w:r>
    </w:p>
    <w:p>
      <w:r>
        <w:t>3.2 租金按【月/季/半年】支付，乙方应在每个支付周期开始前______日内将租金交付甲方。首期租金于本合同签订之日支付。</w:t>
      </w:r>
    </w:p>
    <w:p>
      <w:r>
        <w:t>3.3 支付方式为：【现金 / 银行转账 / 微信 / 支付宝】。甲方收款账户：户名__________，账号__________，开户行__________。</w:t>
      </w:r>
    </w:p>
    <w:p>
      <w:pPr>
        <w:pStyle w:val="Heading2"/>
      </w:pPr>
      <w:r>
        <w:t>第四条　押金</w:t>
      </w:r>
    </w:p>
    <w:p>
      <w:r>
        <w:t>4.1 乙方应于本合同签订之日向甲方支付房屋押金人民币（大写）____________元整（￥________元）。</w:t>
      </w:r>
    </w:p>
    <w:p>
      <w:r>
        <w:t>4.2 租赁期满或合同依法解除，乙方腾空房屋、结清全部应缴费用（水、电、气、暖、物业、网络等）并经验收房屋及设施无损坏后，甲方应在______日内将押金无息退还乙方。</w:t>
      </w:r>
    </w:p>
    <w:p>
      <w:r>
        <w:t>4.3 因乙方原因造成房屋或设施损坏、欠费未结清的，甲方有权从押金中扣除相应费用，不足部分乙方另行补足。</w:t>
      </w:r>
    </w:p>
    <w:p>
      <w:pPr>
        <w:pStyle w:val="Heading2"/>
      </w:pPr>
      <w:r>
        <w:t>第五条　相关费用承担</w:t>
      </w:r>
    </w:p>
    <w:p>
      <w:r>
        <w:t>5.1 租赁期间，因乙方使用该房屋所产生的水费、电费、燃气费、供暖费、物业管理费、网络及有线电视费等，均由乙方承担，并按相关单位规定按时缴纳。</w:t>
      </w:r>
    </w:p>
    <w:p>
      <w:r>
        <w:t>5.2 与房屋产权有关的费用（如房产税、土地使用费等）由甲方承担。</w:t>
      </w:r>
    </w:p>
    <w:p>
      <w:r>
        <w:t>5.3 入住时双方应共同抄录水、电、燃气表底数，并记录于《房屋物品交接清单》，作为费用结算依据。</w:t>
      </w:r>
    </w:p>
    <w:p>
      <w:pPr>
        <w:pStyle w:val="Heading2"/>
      </w:pPr>
      <w:r>
        <w:t>第六条　房屋使用及维修</w:t>
      </w:r>
    </w:p>
    <w:p>
      <w:r>
        <w:t>6.1 乙方应合理使用房屋及其附属设施，不得擅自拆改、变动房屋承重结构，不得擅自装修。如需对房屋进行装修或增添设施，须事先征得甲方书面同意。</w:t>
      </w:r>
    </w:p>
    <w:p>
      <w:r>
        <w:t>6.2 因乙方使用不当或人为原因造成房屋、设施损坏的，由乙方负责维修或赔偿。</w:t>
      </w:r>
    </w:p>
    <w:p>
      <w:r>
        <w:t>6.3 房屋及附属设施因自然损耗出现故障影响正常使用的，乙方应及时通知甲方，甲方应在接到通知后合理期限内进行维修；甲方逾期不修的，乙方可自行维修，费用由甲方承担。</w:t>
      </w:r>
    </w:p>
    <w:p>
      <w:r>
        <w:t>6.4 乙方应做好防火、防盗、用电用气安全，因乙方疏忽造成的损失由乙方承担。</w:t>
      </w:r>
    </w:p>
    <w:p>
      <w:pPr>
        <w:pStyle w:val="Heading2"/>
      </w:pPr>
      <w:r>
        <w:t>第七条　转租与转让</w:t>
      </w:r>
    </w:p>
    <w:p>
      <w:r>
        <w:t>7.1 未经甲方书面同意，乙方不得将房屋全部或部分转租、转借、调换给第三方，不得以合作、联营等名义变相转租。</w:t>
      </w:r>
    </w:p>
    <w:p>
      <w:r>
        <w:t>7.2 违反本条约定的，甲方有权解除合同，乙方应承担相应违约责任。</w:t>
      </w:r>
    </w:p>
    <w:p>
      <w:pPr>
        <w:pStyle w:val="Heading2"/>
      </w:pPr>
      <w:r>
        <w:t>第八条　合同的解除</w:t>
      </w:r>
    </w:p>
    <w:p>
      <w:r>
        <w:t>8.1 经甲乙双方协商一致，可以解除本合同。</w:t>
      </w:r>
    </w:p>
    <w:p>
      <w:r>
        <w:t>8.2 因不可抗力致使房屋无法继续使用的，本合同自动解除，双方互不承担违约责任，租金按实际使用时间结算。</w:t>
      </w:r>
    </w:p>
    <w:p>
      <w:r>
        <w:t>8.3 乙方有下列情形之一的，甲方有权单方解除合同并收回房屋：（1）拖欠租金累计达______日以上的；（2）擅自转租、改变房屋用途或从事违法活动的；（3）故意损坏房屋主体结构的。</w:t>
      </w:r>
    </w:p>
    <w:p>
      <w:r>
        <w:t>8.4 甲方未按约定交付房屋、或房屋存在重大安全隐患危及乙方人身安全的，乙方有权单方解除合同。</w:t>
      </w:r>
    </w:p>
    <w:p>
      <w:pPr>
        <w:pStyle w:val="Heading2"/>
      </w:pPr>
      <w:r>
        <w:t>第九条　违约责任</w:t>
      </w:r>
    </w:p>
    <w:p>
      <w:r>
        <w:t>9.1 乙方逾期支付租金的，每逾期一日，应按逾期金额的______‰向甲方支付违约金。</w:t>
      </w:r>
    </w:p>
    <w:p>
      <w:r>
        <w:t>9.2 租赁期内，任何一方无故提前解除合同的，应提前______日通知对方，并向对方支付相当于______个月租金的违约金。</w:t>
      </w:r>
    </w:p>
    <w:p>
      <w:r>
        <w:t>9.3 乙方逾期腾房的，应按日租金的______倍向甲方支付占用费。</w:t>
      </w:r>
    </w:p>
    <w:p>
      <w:pPr>
        <w:pStyle w:val="Heading2"/>
      </w:pPr>
      <w:r>
        <w:t>第十条　争议解决</w:t>
      </w:r>
    </w:p>
    <w:p>
      <w:r>
        <w:t>10.1 本合同在履行过程中发生争议，由双方协商解决；协商不成的，任何一方均可依法向房屋所在地人民法院提起诉讼。</w:t>
      </w:r>
    </w:p>
    <w:p>
      <w:pPr>
        <w:pStyle w:val="Heading2"/>
      </w:pPr>
      <w:r>
        <w:t>第十一条　其他约定</w:t>
      </w:r>
    </w:p>
    <w:p>
      <w:r>
        <w:t>11.1 本合同未尽事宜，双方可另行签订补充协议，补充协议与本合同具有同等法律效力。</w:t>
      </w:r>
    </w:p>
    <w:p>
      <w:r>
        <w:t>11.2 本合同附件《房屋物品交接清单》为本合同不可分割的组成部分，与本合同具有同等效力。</w:t>
      </w:r>
    </w:p>
    <w:p>
      <w:r>
        <w:t>11.3 其他约定事项：__________________________________________________________________。</w:t>
      </w:r>
    </w:p>
    <w:p>
      <w:r>
        <w:t>11.4 本合同一式两份，甲乙双方各执一份，自双方签字（盖章）之日起生效。</w:t>
      </w:r>
    </w:p>
    <w:p/>
    <w:p>
      <w:r>
        <w:t>甲方（签字）：______________________　　乙方（签字）：______________________</w:t>
      </w:r>
    </w:p>
    <w:p>
      <w:r>
        <w:t>签订日期：______年____月____日　　　　签订日期：______年____月____日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