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民间借贷借款合同（模板·含借条要点）</w:t>
      </w:r>
    </w:p>
    <w:p>
      <w:r>
        <w:rPr>
          <w:b/>
        </w:rPr>
        <w:t>使用说明：</w:t>
      </w:r>
    </w:p>
    <w:p>
      <w:r>
        <w:t>本模板供自然人之间、自然人与小微企业之间民间借贷参考使用。填写时请将“____”处补充完整；甲方为出借人（出钱一方），乙方为借款人（借钱一方）。金额建议大小写同时写明，款项尽量通过银行转账并备注“借款”，留存转账记录；有担保人的可在尾页另签担保条款。本模板为一般参考，重大金额或复杂情形建议咨询当地律师，具体以现行法律和法院裁判口径为准。</w:t>
      </w:r>
    </w:p>
    <w:p>
      <w:r>
        <w:t>合同编号：__________</w:t>
      </w:r>
    </w:p>
    <w:p>
      <w:r>
        <w:t>签订地点：__________</w:t>
      </w:r>
    </w:p>
    <w:p>
      <w:r>
        <w:t>签订日期：______年____月____日</w:t>
      </w:r>
    </w:p>
    <w:p/>
    <w:p>
      <w:r>
        <w:t>甲方（出借人）：______________________</w:t>
      </w:r>
    </w:p>
    <w:p>
      <w:r>
        <w:t>身份证号：____________________________</w:t>
      </w:r>
    </w:p>
    <w:p>
      <w:r>
        <w:t>联系电话：____________________________</w:t>
      </w:r>
    </w:p>
    <w:p>
      <w:r>
        <w:t>住址：________________________________</w:t>
      </w:r>
    </w:p>
    <w:p/>
    <w:p>
      <w:r>
        <w:t>乙方（借款人）：______________________</w:t>
      </w:r>
    </w:p>
    <w:p>
      <w:r>
        <w:t>身份证号：____________________________</w:t>
      </w:r>
    </w:p>
    <w:p>
      <w:r>
        <w:t>联系电话：____________________________</w:t>
      </w:r>
    </w:p>
    <w:p>
      <w:r>
        <w:t>住址：________________________________</w:t>
      </w:r>
    </w:p>
    <w:p>
      <w:pPr>
        <w:pStyle w:val="Heading1"/>
      </w:pPr>
      <w:r>
        <w:t>第一条 借款金额</w:t>
      </w:r>
    </w:p>
    <w:p>
      <w:r>
        <w:t>乙方向甲方借款人民币（大写）________________元整（小写：￥__________元）。甲方应于______年____月____日前，通过银行转账/微信/支付宝/现金方式将上述款项交付乙方。以实际交付金额为准，转账记录、收条作为本合同组成部分。</w:t>
      </w:r>
    </w:p>
    <w:p>
      <w:pPr>
        <w:pStyle w:val="Heading1"/>
      </w:pPr>
      <w:r>
        <w:t>第二条 借款用途</w:t>
      </w:r>
    </w:p>
    <w:p>
      <w:r>
        <w:t>本借款用于________________________（如：个人经营周转、房屋装修、家人就医等）。乙方不得将借款用于赌博、放贷、非法集资等违法活动，否则甲方有权提前收回借款并追究相应责任。</w:t>
      </w:r>
    </w:p>
    <w:p>
      <w:pPr>
        <w:pStyle w:val="Heading1"/>
      </w:pPr>
      <w:r>
        <w:t>第三条 借款期限</w:t>
      </w:r>
    </w:p>
    <w:p>
      <w:r>
        <w:t>借款期限自______年____月____日起至______年____月____日止，共计____个月。实际借款日与约定不一致的，以款项实际交付之日起算，还款日相应顺延。</w:t>
      </w:r>
    </w:p>
    <w:p>
      <w:pPr>
        <w:pStyle w:val="Heading1"/>
      </w:pPr>
      <w:r>
        <w:t>第四条 借款利率与利息</w:t>
      </w:r>
    </w:p>
    <w:p>
      <w:r>
        <w:t>1. 双方约定本借款年利率为____%（大写：百分之________），利息按□月/□季/□年结算，乙方应于每期届满后____日内支付。</w:t>
      </w:r>
    </w:p>
    <w:p>
      <w:r>
        <w:t>2. 利息不得在本金中预先扣除；预先扣除的，按实际出借金额计算本金和利息。</w:t>
      </w:r>
    </w:p>
    <w:p>
      <w:r>
        <w:t>3. 双方约定的利率不得违反国家有关民间借贷利率的规定，超过法律保护上限的部分甲方不得主张。</w:t>
      </w:r>
    </w:p>
    <w:p>
      <w:r>
        <w:t>4. 若双方未约定利息或约定不明，视为不支付利息；但乙方逾期还款的，应按约定或法律规定支付逾期利息。</w:t>
      </w:r>
    </w:p>
    <w:p>
      <w:pPr>
        <w:pStyle w:val="Heading1"/>
      </w:pPr>
      <w:r>
        <w:t>第五条 还款方式</w:t>
      </w:r>
    </w:p>
    <w:p>
      <w:r>
        <w:t>乙方按以下第____种方式还款：</w:t>
      </w:r>
    </w:p>
    <w:p>
      <w:r>
        <w:t>（1）到期一次性还本付息：于______年____月____日前一次性归还全部本金及利息；</w:t>
      </w:r>
    </w:p>
    <w:p>
      <w:r>
        <w:t>（2）分期还款：自______年____月起，每月____日前偿还人民币________元，直至本息还清；</w:t>
      </w:r>
    </w:p>
    <w:p>
      <w:r>
        <w:t>（3）其他方式：________________________________。</w:t>
      </w:r>
    </w:p>
    <w:p>
      <w:r>
        <w:t>乙方还款应转入甲方指定账户：户名__________，开户行__________，账号__________。乙方保留转账凭证，甲方收到后应出具收条。</w:t>
      </w:r>
    </w:p>
    <w:p>
      <w:pPr>
        <w:pStyle w:val="Heading1"/>
      </w:pPr>
      <w:r>
        <w:t>第六条 提前还款</w:t>
      </w:r>
    </w:p>
    <w:p>
      <w:r>
        <w:t>乙方可以提前还款，提前还款的利息按照实际借款期间计算，甲方不得拒绝。双方另有约定的从其约定。</w:t>
      </w:r>
    </w:p>
    <w:p>
      <w:pPr>
        <w:pStyle w:val="Heading1"/>
      </w:pPr>
      <w:r>
        <w:t>第七条 担保（可选）</w:t>
      </w:r>
    </w:p>
    <w:p>
      <w:r>
        <w:t>□ 本借款无担保。</w:t>
      </w:r>
    </w:p>
    <w:p>
      <w:r>
        <w:t>□ 为保证本合同履行，丙方（保证人）____________自愿为乙方借款提供连带责任保证，保证范围包括本金、利息、逾期利息、违约金及甲方实现债权的费用，保证期间为主债务履行期届满之日起三年。保证人签字：____________，身份证号：__________________。</w:t>
      </w:r>
    </w:p>
    <w:p>
      <w:r>
        <w:t>□ 乙方以____________（如房产、车辆等）提供抵押/质押担保，并依法办理登记或交付手续。</w:t>
      </w:r>
    </w:p>
    <w:p>
      <w:pPr>
        <w:pStyle w:val="Heading1"/>
      </w:pPr>
      <w:r>
        <w:t>第八条 乙方的陈述与保证</w:t>
      </w:r>
    </w:p>
    <w:p>
      <w:r>
        <w:t>1. 乙方提供的身份、住址、收入及用途等信息真实有效；</w:t>
      </w:r>
    </w:p>
    <w:p>
      <w:r>
        <w:t>2. 乙方具有签订和履行本合同的民事行为能力；</w:t>
      </w:r>
    </w:p>
    <w:p>
      <w:r>
        <w:t>3. 未隐瞒可能影响还款能力的重大债务、诉讼或资信恶化情况。</w:t>
      </w:r>
    </w:p>
    <w:p>
      <w:pPr>
        <w:pStyle w:val="Heading1"/>
      </w:pPr>
      <w:r>
        <w:t>第九条 逾期与违约责任</w:t>
      </w:r>
    </w:p>
    <w:p>
      <w:r>
        <w:t>1. 乙方未按约定期限还款的，应自逾期之日起按约定支付逾期利息，并承担甲方为实现债权支出的合理费用，包括但不限于律师费、诉讼费、保全费、公告费、差旅费等。</w:t>
      </w:r>
    </w:p>
    <w:p>
      <w:r>
        <w:t>2. 乙方出现转移财产、丧失商业信誉、被起诉、停业等可能影响还款能力情形的，甲方有权宣布借款提前到期，要求乙方立即清偿。</w:t>
      </w:r>
    </w:p>
    <w:p>
      <w:r>
        <w:t>3. 乙方逾期经甲方书面催告后仍不还款的，甲方有权向甲方所在地或合同签订地人民法院提起诉讼。</w:t>
      </w:r>
    </w:p>
    <w:p>
      <w:pPr>
        <w:pStyle w:val="Heading1"/>
      </w:pPr>
      <w:r>
        <w:t>第十条 争议解决</w:t>
      </w:r>
    </w:p>
    <w:p>
      <w:r>
        <w:t>本合同履行过程中发生争议，双方应友好协商解决；协商不成的，任何一方均可向本合同签订地（或甲方住所地）有管辖权的人民法院起诉。</w:t>
      </w:r>
    </w:p>
    <w:p>
      <w:pPr>
        <w:pStyle w:val="Heading1"/>
      </w:pPr>
      <w:r>
        <w:t>第十一条 其他约定</w:t>
      </w:r>
    </w:p>
    <w:p>
      <w:r>
        <w:t>1. 本合同自双方签字（按手印）且款项实际交付之日起生效。</w:t>
      </w:r>
    </w:p>
    <w:p>
      <w:r>
        <w:t>2. 本合同一式____份，甲乙双方各执____份，具有同等法律效力。</w:t>
      </w:r>
    </w:p>
    <w:p>
      <w:r>
        <w:t>3. 双方特别约定：____________________________________________。</w:t>
      </w:r>
    </w:p>
    <w:p/>
    <w:p>
      <w:r>
        <w:t>甲方（出借人签字/按手印）：________________    日期：____年__月__日</w:t>
      </w:r>
    </w:p>
    <w:p/>
    <w:p>
      <w:r>
        <w:t>乙方（借款人签字/按手印）：________________    日期：____年__月__日</w:t>
      </w:r>
    </w:p>
    <w:p/>
    <w:p>
      <w:r>
        <w:t>丙方（保证人签字/按手印）：________________    日期：____年__月__日</w:t>
      </w:r>
    </w:p>
    <w:p>
      <w:pPr>
        <w:pStyle w:val="Heading1"/>
      </w:pPr>
      <w:r>
        <w:t>附：手写借条简易版（金额较小时可直接照抄）</w:t>
      </w:r>
    </w:p>
    <w:p>
      <w:r>
        <w:t>借　条</w:t>
      </w:r>
    </w:p>
    <w:p>
      <w:r>
        <w:t>今借到____________（身份证号：________________）人民币（大写）____________元整（￥________元），用于____________，借款期限自____年__月__日至____年__月__日，年利率____%，到期本息一并还清。如逾期，愿承担出借人为实现债权产生的律师费、诉讼费等费用。</w:t>
      </w:r>
    </w:p>
    <w:p>
      <w:r>
        <w:t>此据。</w:t>
      </w:r>
    </w:p>
    <w:p>
      <w:r>
        <w:t>借款人（签字按手印）：____________　身份证号：________________　电话：____________</w:t>
      </w:r>
    </w:p>
    <w:p>
      <w:r>
        <w:t>日期：____年__月__日</w:t>
      </w:r>
    </w:p>
    <w:p>
      <w:pPr>
        <w:pStyle w:val="Heading1"/>
      </w:pPr>
      <w:r>
        <w:t>出借人留存证据提醒</w:t>
      </w:r>
    </w:p>
    <w:p>
      <w:r>
        <w:t>1. 尽量银行转账并备注“借款”，少用现金；现金交付务必让对方出具收条。</w:t>
      </w:r>
    </w:p>
    <w:p>
      <w:r>
        <w:t>2. 核对借款人身份证，留存身份证复印件或照片，确认真实身份。</w:t>
      </w:r>
    </w:p>
    <w:p>
      <w:r>
        <w:t>3. 大额借款建议要求配偶共同签字或提供担保人、抵押物。</w:t>
      </w:r>
    </w:p>
    <w:p>
      <w:r>
        <w:t>4. 催款要留痕：微信、短信、通话录音均可作为证据，不要只口头催。</w:t>
      </w:r>
    </w:p>
    <w:p>
      <w:r>
        <w:t>5. 注意诉讼时效，一般为约定还款日届满之日起三年，中途催款可中断重新起算。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