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消防设施操作员（初级/中级）职业技能等级考试 全真模拟100题（含答案解析）</w:t>
      </w:r>
    </w:p>
    <w:p>
      <w:r>
        <w:rPr>
          <w:b/>
        </w:rPr>
        <w:t>【考试说明】</w:t>
      </w:r>
    </w:p>
    <w:p>
      <w:r>
        <w:t>本套试卷依据消防设施操作员国家职业技能标准（原建（构）筑物消防员）常见考点编写，覆盖燃烧基础、火灾分类、灭火器与消火栓使用、自动消防设施、疏散逃生、消防法规与职业道德等内容，共100题，其中单项选择题60题、判断题40题，后附答案与解析，供备考刷题使用。</w:t>
      </w:r>
    </w:p>
    <w:p>
      <w:r>
        <w:t>特别提醒：考试报名条件、鉴定时间、收费标准以当地消防救援部门（消防行业职业技能鉴定指导中心）和人社部门最新公告为准；本资料为学习参考，不替代官方教材与考试大纲。</w:t>
      </w:r>
    </w:p>
    <w:p>
      <w:pPr>
        <w:pStyle w:val="Heading1"/>
      </w:pPr>
      <w:r>
        <w:t>第一部分  单项选择题（共60题）</w:t>
      </w:r>
    </w:p>
    <w:p>
      <w:r>
        <w:rPr>
          <w:b w:val="0"/>
        </w:rPr>
        <w:t>1. 燃烧发生的三个必要条件（燃烧三要素）不包括下列哪一项？</w:t>
      </w:r>
    </w:p>
    <w:p>
      <w:r>
        <w:t xml:space="preserve">    A. 可燃物    B. 助燃物（氧化剂）    C. 着火源    D. 氮气</w:t>
      </w:r>
    </w:p>
    <w:p>
      <w:r>
        <w:rPr>
          <w:sz w:val="21"/>
        </w:rPr>
        <w:t>【答案】D　【解析】燃烧三要素是可燃物、助燃物（氧化剂）和着火源（引火源），三者缺一不可，氮气是惰性气体，不属于燃烧条件。</w:t>
      </w:r>
    </w:p>
    <w:p>
      <w:r>
        <w:rPr>
          <w:b w:val="0"/>
        </w:rPr>
        <w:t>2. 下列哪种火灾属于A类火灾？</w:t>
      </w:r>
    </w:p>
    <w:p>
      <w:r>
        <w:t xml:space="preserve">    A. 汽油火灾    B. 木材及棉麻纸张固体火灾    C. 煤气火灾    D. 铝镁合金金属火灾</w:t>
      </w:r>
    </w:p>
    <w:p>
      <w:r>
        <w:rPr>
          <w:sz w:val="21"/>
        </w:rPr>
        <w:t>【答案】B　【解析】A类火灾指固体物质火灾，如木材、棉、毛、麻、纸张；汽油是B类，煤气是C类，铝镁合金是D类。</w:t>
      </w:r>
    </w:p>
    <w:p>
      <w:r>
        <w:rPr>
          <w:b w:val="0"/>
        </w:rPr>
        <w:t>3. B类火灾是指下列哪类物质的火灾？</w:t>
      </w:r>
    </w:p>
    <w:p>
      <w:r>
        <w:t xml:space="preserve">    A. 固体物质火灾    B. 液体或可熔化固体物质火灾    C. 气体火灾    D. 带电设备火灾</w:t>
      </w:r>
    </w:p>
    <w:p>
      <w:r>
        <w:rPr>
          <w:sz w:val="21"/>
        </w:rPr>
        <w:t>【答案】B　【解析】B类火灾指液体或可熔化固体物质火灾，如汽油、柴油、原油、甲醇、乙醇、沥青、石蜡等。</w:t>
      </w:r>
    </w:p>
    <w:p>
      <w:r>
        <w:rPr>
          <w:b w:val="0"/>
        </w:rPr>
        <w:t>4. E类火灾指的是？</w:t>
      </w:r>
    </w:p>
    <w:p>
      <w:r>
        <w:t xml:space="preserve">    A. 金属火灾    B. 烹饪器具内烹饪物火灾    C. 带电火灾    D. 气体火灾</w:t>
      </w:r>
    </w:p>
    <w:p>
      <w:r>
        <w:rPr>
          <w:sz w:val="21"/>
        </w:rPr>
        <w:t>【答案】C　【解析】E类火灾指带电火灾，即物体带电燃烧的火灾，如配电箱、电器设备着火，不能直接用水扑救。</w:t>
      </w:r>
    </w:p>
    <w:p>
      <w:r>
        <w:rPr>
          <w:b w:val="0"/>
        </w:rPr>
        <w:t>5. 用直流水喷射着火物，降低燃烧物温度，这种灭火方法属于？</w:t>
      </w:r>
    </w:p>
    <w:p>
      <w:r>
        <w:t xml:space="preserve">    A. 冷却灭火法    B. 隔离灭火法    C. 窒息灭火法    D. 抑制灭火法</w:t>
      </w:r>
    </w:p>
    <w:p>
      <w:r>
        <w:rPr>
          <w:sz w:val="21"/>
        </w:rPr>
        <w:t>【答案】A　【解析】冷却法是将灭火剂直接喷射到燃烧物上，把燃烧物温度降到燃点以下，水灭火主要就是冷却作用。</w:t>
      </w:r>
    </w:p>
    <w:p>
      <w:r>
        <w:rPr>
          <w:b w:val="0"/>
        </w:rPr>
        <w:t>6. 用灭火剂参与燃烧反应，使燃烧过程中产生的游离基消失，这种方法是？</w:t>
      </w:r>
    </w:p>
    <w:p>
      <w:r>
        <w:t xml:space="preserve">    A. 冷却法    B. 隔离法    C. 窒息法    D. 抑制法</w:t>
      </w:r>
    </w:p>
    <w:p>
      <w:r>
        <w:rPr>
          <w:sz w:val="21"/>
        </w:rPr>
        <w:t>【答案】D　【解析】抑制法（化学灭火法）是让灭火剂参与到燃烧反应中，中断链式反应，干粉、七氟丙烷灭火主要靠抑制作用。</w:t>
      </w:r>
    </w:p>
    <w:p>
      <w:r>
        <w:rPr>
          <w:b w:val="0"/>
        </w:rPr>
        <w:t>7. 阻止空气流入燃烧区或用不燃物稀释空气，使燃烧物得不到氧气而熄灭，叫？</w:t>
      </w:r>
    </w:p>
    <w:p>
      <w:r>
        <w:t xml:space="preserve">    A. 冷却法    B. 窒息法    C. 隔离法    D. 抑制法</w:t>
      </w:r>
    </w:p>
    <w:p>
      <w:r>
        <w:rPr>
          <w:sz w:val="21"/>
        </w:rPr>
        <w:t>【答案】B　【解析】窒息法是隔绝空气或稀释氧气，使燃烧因缺氧停止，如用灭火毯、泡沫覆盖着火面、二氧化碳淹没。</w:t>
      </w:r>
    </w:p>
    <w:p>
      <w:r>
        <w:rPr>
          <w:b w:val="0"/>
        </w:rPr>
        <w:t>8. 手提式干粉灭火器正确的使用步骤是？</w:t>
      </w:r>
    </w:p>
    <w:p>
      <w:r>
        <w:t xml:space="preserve">    A. 拔提握压    B. 提拔握压    C. 握提拔压    D. 提压握拔</w:t>
      </w:r>
    </w:p>
    <w:p>
      <w:r>
        <w:rPr>
          <w:sz w:val="21"/>
        </w:rPr>
        <w:t>【答案】B　【解析】口诀为“提、拔、握、压”：提起灭火器、拔掉保险销、握住喷管前端、压下压把对准火焰根部喷射。</w:t>
      </w:r>
    </w:p>
    <w:p>
      <w:r>
        <w:rPr>
          <w:b w:val="0"/>
        </w:rPr>
        <w:t>9. 使用干粉灭火器扑救火灾时，喷嘴应对准火焰的哪个部位喷射？</w:t>
      </w:r>
    </w:p>
    <w:p>
      <w:r>
        <w:t xml:space="preserve">    A. 火焰上部    B. 火焰中部    C. 火焰根部    D. 随便哪个部位</w:t>
      </w:r>
    </w:p>
    <w:p>
      <w:r>
        <w:rPr>
          <w:sz w:val="21"/>
        </w:rPr>
        <w:t>【答案】C　【解析】灭火要对准火焰根部扫射，才能切断燃烧源，对准上部和中部只能压火不能灭火。</w:t>
      </w:r>
    </w:p>
    <w:p>
      <w:r>
        <w:rPr>
          <w:b w:val="0"/>
        </w:rPr>
        <w:t>10. 下列哪种灭火器不适合扑救带电设备（E类）火灾？</w:t>
      </w:r>
    </w:p>
    <w:p>
      <w:r>
        <w:t xml:space="preserve">    A. 二氧化碳灭火器    B. 干粉灭火器    C. 清水灭火器    D. 七氟丙烷灭火器</w:t>
      </w:r>
    </w:p>
    <w:p>
      <w:r>
        <w:rPr>
          <w:sz w:val="21"/>
        </w:rPr>
        <w:t>【答案】C　【解析】清水导电，扑救带电火灾会触电，带电火灾应用二氧化碳或干粉等不导电灭火器。</w:t>
      </w:r>
    </w:p>
    <w:p>
      <w:r>
        <w:rPr>
          <w:b w:val="0"/>
        </w:rPr>
        <w:t>11. 二氧化碳灭火器灭火时，人应站在什么位置？</w:t>
      </w:r>
    </w:p>
    <w:p>
      <w:r>
        <w:t xml:space="preserve">    A. 下风方向    B. 上风或侧风方向    C. 正对风向    D. 任何位置</w:t>
      </w:r>
    </w:p>
    <w:p>
      <w:r>
        <w:rPr>
          <w:sz w:val="21"/>
        </w:rPr>
        <w:t>【答案】B　【解析】站在上风或侧风方向，防止灭火剂被风吹回、也避免烟雾和高温侵害，二氧化碳还会造成局部缺氧。</w:t>
      </w:r>
    </w:p>
    <w:p>
      <w:r>
        <w:rPr>
          <w:b w:val="0"/>
        </w:rPr>
        <w:t>12. 室内消火栓系统一般由消火栓、水带、水枪和什么组成？</w:t>
      </w:r>
    </w:p>
    <w:p>
      <w:r>
        <w:t xml:space="preserve">    A. 报警阀    B. 阀门（栓口）    C. 喷淋头    D. 排烟口</w:t>
      </w:r>
    </w:p>
    <w:p>
      <w:r>
        <w:rPr>
          <w:sz w:val="21"/>
        </w:rPr>
        <w:t>【答案】B　【解析】室内消火栓主要由消防栓箱、栓口阀门、消防水带、消防水枪组成，打开阀门供水，连接水带水枪灭火。</w:t>
      </w:r>
    </w:p>
    <w:p>
      <w:r>
        <w:rPr>
          <w:b w:val="0"/>
        </w:rPr>
        <w:t>13. 使用室内消火栓灭火时，一般要求至少几人配合操作？</w:t>
      </w:r>
    </w:p>
    <w:p>
      <w:r>
        <w:t xml:space="preserve">    A. 1人    B. 2人    C. 5人    D. 10人</w:t>
      </w:r>
    </w:p>
    <w:p>
      <w:r>
        <w:rPr>
          <w:sz w:val="21"/>
        </w:rPr>
        <w:t>【答案】B　【解析】水带充水后反作用力很大，至少两人配合：一人接水带握水枪，一人开阀门并监护。</w:t>
      </w:r>
    </w:p>
    <w:p>
      <w:r>
        <w:rPr>
          <w:b w:val="0"/>
        </w:rPr>
        <w:t>14. 消防控制室值班人员每班不应少于几人？</w:t>
      </w:r>
    </w:p>
    <w:p>
      <w:r>
        <w:t xml:space="preserve">    A. 1人    B. 2人    C. 3人    D. 4人</w:t>
      </w:r>
    </w:p>
    <w:p>
      <w:r>
        <w:rPr>
          <w:sz w:val="21"/>
        </w:rPr>
        <w:t>【答案】B　【解析】消防控制室实行每日24小时专人值班制度，每班不少于2人，且应持消防设施操作员职业资格证上岗。</w:t>
      </w:r>
    </w:p>
    <w:p>
      <w:r>
        <w:rPr>
          <w:b w:val="0"/>
        </w:rPr>
        <w:t>15. 感烟火灾探测器适用于下列哪种场所？</w:t>
      </w:r>
    </w:p>
    <w:p>
      <w:r>
        <w:t xml:space="preserve">    A. 平时有大量烟雾滞留的场所    B. 火灾初期产生烟雾、阴燃阶段的场所    C. 粉尘大的车间    D. 厨房等水蒸气大的场所</w:t>
      </w:r>
    </w:p>
    <w:p>
      <w:r>
        <w:rPr>
          <w:sz w:val="21"/>
        </w:rPr>
        <w:t>【答案】B　【解析】感烟探测器对燃烧初期的烟雾敏感，适合办公楼、客房、走道等；粉尘、水蒸气大的地方易误报。</w:t>
      </w:r>
    </w:p>
    <w:p>
      <w:r>
        <w:rPr>
          <w:b w:val="0"/>
        </w:rPr>
        <w:t>16. 手动火灾报警按钮安装在墙上时，其底边距地（楼）面高度宜为？</w:t>
      </w:r>
    </w:p>
    <w:p>
      <w:r>
        <w:t xml:space="preserve">    A. 0.5米左右    B. 1.3~1.5米    C. 2米左右    D. 2.5米以上</w:t>
      </w:r>
    </w:p>
    <w:p>
      <w:r>
        <w:rPr>
          <w:sz w:val="21"/>
        </w:rPr>
        <w:t>【答案】B　【解析】手动报警按钮底边距地面宜为1.3~1.5米，方便成年人随手按压，又不易被儿童误碰或遮挡。</w:t>
      </w:r>
    </w:p>
    <w:p>
      <w:r>
        <w:rPr>
          <w:b w:val="0"/>
        </w:rPr>
        <w:t>17. 湿式自动喷水灭火系统适合的环境温度范围是？</w:t>
      </w:r>
    </w:p>
    <w:p>
      <w:r>
        <w:t xml:space="preserve">    A. 低于4℃    B. 4℃~70℃之间    C. 高于70℃    D. 零下任意温度</w:t>
      </w:r>
    </w:p>
    <w:p>
      <w:r>
        <w:rPr>
          <w:sz w:val="21"/>
        </w:rPr>
        <w:t>【答案】B　【解析】湿式系统管网常年充有压力水，适合环境温度4℃~70℃，温度过低会结冰胀管，过高水汽化影响。</w:t>
      </w:r>
    </w:p>
    <w:p>
      <w:r>
        <w:rPr>
          <w:b w:val="0"/>
        </w:rPr>
        <w:t>18. 下列哪种自动喷水系统报警阀后管网平时不充水，发生火灾时才充水？</w:t>
      </w:r>
    </w:p>
    <w:p>
      <w:r>
        <w:t xml:space="preserve">    A. 湿式系统    B. 干式系统    C. 预作用系统    D. 雨淋系统</w:t>
      </w:r>
    </w:p>
    <w:p>
      <w:r>
        <w:rPr>
          <w:sz w:val="21"/>
        </w:rPr>
        <w:t>【答案】B　【解析】干式系统报警阀后充的是有压气体，火灾时喷头破裂先排气再充水，适合寒冷不采暖场所防冻。</w:t>
      </w:r>
    </w:p>
    <w:p>
      <w:r>
        <w:rPr>
          <w:b w:val="0"/>
        </w:rPr>
        <w:t>19. 防火门按开闭状态可分为？</w:t>
      </w:r>
    </w:p>
    <w:p>
      <w:r>
        <w:t xml:space="preserve">    A. 甲级和乙级    B. 常开防火门和常闭防火门    C. 单开和双开    D. 木质和钢质</w:t>
      </w:r>
    </w:p>
    <w:p>
      <w:r>
        <w:rPr>
          <w:sz w:val="21"/>
        </w:rPr>
        <w:t>【答案】B　【解析】防火门按日常状态分常开式和常闭式；疏散通道上常闭防火门应关闭，常开防火门火灾时应能自动关闭。</w:t>
      </w:r>
    </w:p>
    <w:p>
      <w:r>
        <w:rPr>
          <w:b w:val="0"/>
        </w:rPr>
        <w:t>20. 常闭式防火门在平时应处于什么状态？</w:t>
      </w:r>
    </w:p>
    <w:p>
      <w:r>
        <w:t xml:space="preserve">    A. 敞开用物顶住    B. 关闭状态    C. 上锁焊死    D. 半开</w:t>
      </w:r>
    </w:p>
    <w:p>
      <w:r>
        <w:rPr>
          <w:sz w:val="21"/>
        </w:rPr>
        <w:t>【答案】B　【解析】常闭防火门应保持关闭，才能在火灾时阻挡烟火蔓延；长期敞开等于失去防火分隔作用，但不能上锁影响逃生。</w:t>
      </w:r>
    </w:p>
    <w:p>
      <w:r>
        <w:rPr>
          <w:b w:val="0"/>
        </w:rPr>
        <w:t>21. 下列关于安全疏散出口的说法，正确的是？</w:t>
      </w:r>
    </w:p>
    <w:p>
      <w:r>
        <w:t xml:space="preserve">    A. 安全出口可以长期上锁    B. 疏散通道可以堆放杂物    C. 安全出口和疏散通道应保持畅通    D. 楼梯间可临时住人</w:t>
      </w:r>
    </w:p>
    <w:p>
      <w:r>
        <w:rPr>
          <w:sz w:val="21"/>
        </w:rPr>
        <w:t>【答案】C　【解析】安全出口、疏散通道必须畅通，严禁上锁、堵塞、占用，这是火场逃生的生命线。</w:t>
      </w:r>
    </w:p>
    <w:p>
      <w:r>
        <w:rPr>
          <w:b w:val="0"/>
        </w:rPr>
        <w:t>22. 疏散应急照明灯和灯光疏散指示标志，在火灾断电后应至少能维持照明时间为？</w:t>
      </w:r>
    </w:p>
    <w:p>
      <w:r>
        <w:t xml:space="preserve">    A. 5分钟    B. 不少于30分钟    C. 1小时    D. 8小时</w:t>
      </w:r>
    </w:p>
    <w:p>
      <w:r>
        <w:rPr>
          <w:sz w:val="21"/>
        </w:rPr>
        <w:t>【答案】B　【解析】建筑消防应急照明和疏散指示标志在正常电源断电后应能持续工作，一般建筑不少于30分钟（超高层等要求更长）。</w:t>
      </w:r>
    </w:p>
    <w:p>
      <w:r>
        <w:rPr>
          <w:b w:val="0"/>
        </w:rPr>
        <w:t>23. 发现初起火灾，第一步应当做什么？</w:t>
      </w:r>
    </w:p>
    <w:p>
      <w:r>
        <w:t xml:space="preserve">    A. 先抢救贵重物品    B. 立即报警并扑救初起火灾、组织疏散    C. 先跑下楼再说    D. 等待领导决定</w:t>
      </w:r>
    </w:p>
    <w:p>
      <w:r>
        <w:rPr>
          <w:sz w:val="21"/>
        </w:rPr>
        <w:t>【答案】B　【解析】初起火灾火势小易扑救，应一边拨打119报警、一边用就近器材扑救，同时呼喊疏散；小火快救、大火快逃。</w:t>
      </w:r>
    </w:p>
    <w:p>
      <w:r>
        <w:rPr>
          <w:b w:val="0"/>
        </w:rPr>
        <w:t>24. 拨打119火警电话时，下列做法错误的是？</w:t>
      </w:r>
    </w:p>
    <w:p>
      <w:r>
        <w:t xml:space="preserve">    A. 说清详细地址    B. 说明着火物和火势    C. 留下姓名和电话    D. 隐瞒真实情况随便说个地址</w:t>
      </w:r>
    </w:p>
    <w:p>
      <w:r>
        <w:rPr>
          <w:sz w:val="21"/>
        </w:rPr>
        <w:t>【答案】D　【解析】打119要讲清详细地址、着火物、火势大小、有无人员被困，并派人到路口接应，不能错报乱报。</w:t>
      </w:r>
    </w:p>
    <w:p>
      <w:r>
        <w:rPr>
          <w:b w:val="0"/>
        </w:rPr>
        <w:t>25. 用灭火器灭火时，下列做法错误的是？</w:t>
      </w:r>
    </w:p>
    <w:p>
      <w:r>
        <w:t xml:space="preserve">    A. 站在上风方向    B. 对准火焰根部    C. 扑救时让旁人围观拍照    D. 保持安全距离</w:t>
      </w:r>
    </w:p>
    <w:p>
      <w:r>
        <w:rPr>
          <w:sz w:val="21"/>
        </w:rPr>
        <w:t>【答案】C　【解析】灭火时要保持安全距离、站上风位，不能让无关人员围观，防止爆炸、烟气和回燃伤人。</w:t>
      </w:r>
    </w:p>
    <w:p>
      <w:r>
        <w:rPr>
          <w:b w:val="0"/>
        </w:rPr>
        <w:t>26. 下列哪种物质着火不能用水直接扑救？</w:t>
      </w:r>
    </w:p>
    <w:p>
      <w:r>
        <w:t xml:space="preserve">    A. 木材    B. 纸张    C. 汽油    D. 棉布</w:t>
      </w:r>
    </w:p>
    <w:p>
      <w:r>
        <w:rPr>
          <w:sz w:val="21"/>
        </w:rPr>
        <w:t>【答案】C　【解析】汽油比水轻会浮在水面随水流动扩大火势，还会喷溅，油类火灾应用泡沫、干粉或二氧化碳。</w:t>
      </w:r>
    </w:p>
    <w:p>
      <w:r>
        <w:rPr>
          <w:b w:val="0"/>
        </w:rPr>
        <w:t>27. 油锅起火，下列处置方法正确的是？</w:t>
      </w:r>
    </w:p>
    <w:p>
      <w:r>
        <w:t xml:space="preserve">    A. 迅速用水浇灭    B. 盖上锅盖或用灭火毯覆盖、关闭燃气    C. 端起油锅往外跑    D. 用嘴吹灭</w:t>
      </w:r>
    </w:p>
    <w:p>
      <w:r>
        <w:rPr>
          <w:sz w:val="21"/>
        </w:rPr>
        <w:t>【答案】B　【解析】油锅起火应立即关火、盖上锅盖或倒入青菜、用灭火毯窒息灭火；浇水会使热油飞溅爆燃，极其危险。</w:t>
      </w:r>
    </w:p>
    <w:p>
      <w:r>
        <w:rPr>
          <w:b w:val="0"/>
        </w:rPr>
        <w:t>28. 下列属于防火分隔设施的是？</w:t>
      </w:r>
    </w:p>
    <w:p>
      <w:r>
        <w:t xml:space="preserve">    A. 消火栓    B. 防火卷帘    C. 感烟探测器    D. 应急广播</w:t>
      </w:r>
    </w:p>
    <w:p>
      <w:r>
        <w:rPr>
          <w:sz w:val="21"/>
        </w:rPr>
        <w:t>【答案】B　【解析】防火卷帘、防火门、防火墙、防火阀都是防火分隔设施，火灾时降下/关闭，把烟火控制在一定区域内。</w:t>
      </w:r>
    </w:p>
    <w:p>
      <w:r>
        <w:rPr>
          <w:b w:val="0"/>
        </w:rPr>
        <w:t>29. 消防应急广播在火灾时主要用于？</w:t>
      </w:r>
    </w:p>
    <w:p>
      <w:r>
        <w:t xml:space="preserve">    A. 播放背景音乐    B. 引导人员疏散和发布火警信息    C. 通知加班    D. 广告宣传</w:t>
      </w:r>
    </w:p>
    <w:p>
      <w:r>
        <w:rPr>
          <w:sz w:val="21"/>
        </w:rPr>
        <w:t>【答案】B　【解析】火灾确认后，消防应急广播按预定顺序向建筑内人员播报火警、引导疏散，是重要的疏散指挥设施。</w:t>
      </w:r>
    </w:p>
    <w:p>
      <w:r>
        <w:rPr>
          <w:b w:val="0"/>
        </w:rPr>
        <w:t>30. 身上衣物着火时，正确的做法是？</w:t>
      </w:r>
    </w:p>
    <w:p>
      <w:r>
        <w:t xml:space="preserve">    A. 拼命奔跑    B. 就地打滚压灭火苗，或用灭火毯覆盖    C. 用手拍打    D. 脱掉鞋</w:t>
      </w:r>
    </w:p>
    <w:p>
      <w:r>
        <w:rPr>
          <w:sz w:val="21"/>
        </w:rPr>
        <w:t>【答案】B　【解析】身上着火不能跑，风助火势会更旺，应就地打滚压灭火焰，或由他人用灭火毯、湿衣物覆盖。</w:t>
      </w:r>
    </w:p>
    <w:p>
      <w:r>
        <w:rPr>
          <w:b w:val="0"/>
        </w:rPr>
        <w:t>31. 下列关于烟头引发火灾的说法，正确的是？</w:t>
      </w:r>
    </w:p>
    <w:p>
      <w:r>
        <w:t xml:space="preserve">    A. 烟头很小不会着火    B. 未熄灭的烟头温度高，能引燃可燃物    C. 烟头可以乱扔    D. 烟头扔进纸篓没事</w:t>
      </w:r>
    </w:p>
    <w:p>
      <w:r>
        <w:rPr>
          <w:sz w:val="21"/>
        </w:rPr>
        <w:t>【答案】B　【解析】香烟烟头中心温度可达700~800℃，远高于纸张、棉麻的燃点，卧床吸烟、乱扔烟头是常见火灾原因。</w:t>
      </w:r>
    </w:p>
    <w:p>
      <w:r>
        <w:rPr>
          <w:b w:val="0"/>
        </w:rPr>
        <w:t>32. 电器线路着火，首先应做什么？</w:t>
      </w:r>
    </w:p>
    <w:p>
      <w:r>
        <w:t xml:space="preserve">    A. 直接用水浇    B. 先切断电源再灭火    C. 用手拔插头    D. 继续通电观察</w:t>
      </w:r>
    </w:p>
    <w:p>
      <w:r>
        <w:rPr>
          <w:sz w:val="21"/>
        </w:rPr>
        <w:t>【答案】B　【解析】电器火灾先拉闸断电，再用二氧化碳或干粉灭火；不断电用水会触电，也防止短路扩大。</w:t>
      </w:r>
    </w:p>
    <w:p>
      <w:r>
        <w:rPr>
          <w:b w:val="0"/>
        </w:rPr>
        <w:t>33. 下列哪种行为容易引发厨房火灾？</w:t>
      </w:r>
    </w:p>
    <w:p>
      <w:r>
        <w:t xml:space="preserve">    A. 灶台旁堆放大量食用油和纸纸箱    B. 定期清理油烟机油污    C. 人走关火    D. 燃气软管定期检查</w:t>
      </w:r>
    </w:p>
    <w:p>
      <w:r>
        <w:rPr>
          <w:sz w:val="21"/>
        </w:rPr>
        <w:t>【答案】A　【解析】灶台旁堆放油桶、纸盒、抹布等可燃物，加上明火和高温，极易起火；厨房应保持整洁、人走火灭。</w:t>
      </w:r>
    </w:p>
    <w:p>
      <w:r>
        <w:rPr>
          <w:b w:val="0"/>
        </w:rPr>
        <w:t>34. 消防水泵在火灾时的作用是？</w:t>
      </w:r>
    </w:p>
    <w:p>
      <w:r>
        <w:t xml:space="preserve">    A. 给排烟风机供电    B. 为消火栓和喷淋系统提供加压供水    C. 给电梯供电    D. 照明</w:t>
      </w:r>
    </w:p>
    <w:p>
      <w:r>
        <w:rPr>
          <w:sz w:val="21"/>
        </w:rPr>
        <w:t>【答案】B　【解析】消防水泵是消防供水的心脏，火灾时启动，向消火栓、自动喷水灭火系统加压供水，保证水枪水柱充实。</w:t>
      </w:r>
    </w:p>
    <w:p>
      <w:r>
        <w:rPr>
          <w:b w:val="0"/>
        </w:rPr>
        <w:t>35. 排烟系统的主要作用是？</w:t>
      </w:r>
    </w:p>
    <w:p>
      <w:r>
        <w:t xml:space="preserve">    A. 降温    B. 排出火灾烟气、改善疏散视线和条件    C. 给房间换气    D. 除尘</w:t>
      </w:r>
    </w:p>
    <w:p>
      <w:r>
        <w:rPr>
          <w:sz w:val="21"/>
        </w:rPr>
        <w:t>【答案】B　【解析】火灾中烟气是致人死亡的主要原因，排烟系统排出烟气、补充新鲜空气，降低能见度和有毒气体浓度。</w:t>
      </w:r>
    </w:p>
    <w:p>
      <w:r>
        <w:rPr>
          <w:b w:val="0"/>
        </w:rPr>
        <w:t>36. 下列关于“三知四会”中，不属于“四会”的是？</w:t>
      </w:r>
    </w:p>
    <w:p>
      <w:r>
        <w:t xml:space="preserve">    A. 会报警    B. 会使用消防器材    C. 会扑救初起火灾    D. 会修理消防水泵</w:t>
      </w:r>
    </w:p>
    <w:p>
      <w:r>
        <w:rPr>
          <w:sz w:val="21"/>
        </w:rPr>
        <w:t>【答案】D　【解析】员工“四会”一般指会报警、会使用消防器材、会扑救初起火灾、会组织疏散逃生；修理设备是专业维保人员的事。</w:t>
      </w:r>
    </w:p>
    <w:p>
      <w:r>
        <w:rPr>
          <w:b w:val="0"/>
        </w:rPr>
        <w:t>37. 火灾中导致人员伤亡最主要的原因是？</w:t>
      </w:r>
    </w:p>
    <w:p>
      <w:r>
        <w:t xml:space="preserve">    A. 被火烧    B. 吸入有毒烟气窒息致死    C. 跳楼    D. 惊吓</w:t>
      </w:r>
    </w:p>
    <w:p>
      <w:r>
        <w:rPr>
          <w:sz w:val="21"/>
        </w:rPr>
        <w:t>【答案】B　【解析】统计表明，火灾中80%以上人员伤亡是由于吸入一氧化碳等有毒高温烟气窒息中毒，而非直接烧伤。</w:t>
      </w:r>
    </w:p>
    <w:p>
      <w:r>
        <w:rPr>
          <w:b w:val="0"/>
        </w:rPr>
        <w:t>38. 高层建筑发生火灾时，下列逃生做法正确的是？</w:t>
      </w:r>
    </w:p>
    <w:p>
      <w:r>
        <w:t xml:space="preserve">    A. 乘坐普通电梯快速下楼    B. 沿疏散楼梯低姿有序撤离，不乘电梯    C. 跳楼    D. 躲进衣柜</w:t>
      </w:r>
    </w:p>
    <w:p>
      <w:r>
        <w:rPr>
          <w:sz w:val="21"/>
        </w:rPr>
        <w:t>【答案】B　【解析】高楼火灾走疏散楼梯，用湿毛巾捂口鼻低姿前行；普通电梯可能断电停运或烟囱效应进烟，绝不能乘。</w:t>
      </w:r>
    </w:p>
    <w:p>
      <w:r>
        <w:rPr>
          <w:b w:val="0"/>
        </w:rPr>
        <w:t>39. 用湿毛巾捂住口鼻逃生时，毛巾一般折叠几层效果较好？</w:t>
      </w:r>
    </w:p>
    <w:p>
      <w:r>
        <w:t xml:space="preserve">    A. 一层    B. 八层左右    C. 二十层以上    D. 不用折</w:t>
      </w:r>
    </w:p>
    <w:p>
      <w:r>
        <w:rPr>
          <w:sz w:val="21"/>
        </w:rPr>
        <w:t>【答案】B　【解析】湿毛巾折叠8层左右滤烟效果较好，能过滤部分有毒烟气，同时低姿弯腰，因为烟气在上部。</w:t>
      </w:r>
    </w:p>
    <w:p>
      <w:r>
        <w:rPr>
          <w:b w:val="0"/>
        </w:rPr>
        <w:t>40. 下列哪项是正确的火场逃生心理和行为？</w:t>
      </w:r>
    </w:p>
    <w:p>
      <w:r>
        <w:t xml:space="preserve">    A. 贪恋财物返回火场    B. 听从指挥有序疏散    C. 盲目跟着人群乱跑    D. 开门前先摸门把温度</w:t>
      </w:r>
    </w:p>
    <w:p>
      <w:r>
        <w:rPr>
          <w:sz w:val="21"/>
        </w:rPr>
        <w:t>【答案】B　【解析】逃生要冷静、听从指挥、有序撤离；D选项“开门前先摸门把”其实也是正确防回燃做法，但本题选最稳妥的有序疏散。</w:t>
      </w:r>
    </w:p>
    <w:p>
      <w:r>
        <w:rPr>
          <w:b w:val="0"/>
        </w:rPr>
        <w:t>41. 防火卷帘下方在平时应？</w:t>
      </w:r>
    </w:p>
    <w:p>
      <w:r>
        <w:t xml:space="preserve">    A. 堆放货物    B. 保持空旷、不得堆放物品    C. 停车    D. 设摊位</w:t>
      </w:r>
    </w:p>
    <w:p>
      <w:r>
        <w:rPr>
          <w:sz w:val="21"/>
        </w:rPr>
        <w:t>【答案】B　【解析】防火卷帘下严禁堆放杂物，否则火灾时卷帘降不下来，失去防火分隔作用，还阻碍疏散。</w:t>
      </w:r>
    </w:p>
    <w:p>
      <w:r>
        <w:rPr>
          <w:b w:val="0"/>
        </w:rPr>
        <w:t>42. 下列哪种灭火器适用于扑救精密仪器、图书档案火灾且不留痕迹？</w:t>
      </w:r>
    </w:p>
    <w:p>
      <w:r>
        <w:t xml:space="preserve">    A. 清水灭火器    B. 二氧化碳灭火器    C. 泡沫灭火器    D. 直流水</w:t>
      </w:r>
    </w:p>
    <w:p>
      <w:r>
        <w:rPr>
          <w:sz w:val="21"/>
        </w:rPr>
        <w:t>【答案】B　【解析】二氧化碳灭火后挥发无残留，不污损精密设备和图书档案，是机房、档案室的首选。</w:t>
      </w:r>
    </w:p>
    <w:p>
      <w:r>
        <w:rPr>
          <w:b w:val="0"/>
        </w:rPr>
        <w:t>43. 泡沫灭火器主要适用于？</w:t>
      </w:r>
    </w:p>
    <w:p>
      <w:r>
        <w:t xml:space="preserve">    A. 带电设备火灾    B. 油类等B类火灾和一般固体火灾    C. 金属火灾    D. 气体火灾</w:t>
      </w:r>
    </w:p>
    <w:p>
      <w:r>
        <w:rPr>
          <w:sz w:val="21"/>
        </w:rPr>
        <w:t>【答案】B　【解析】泡沫覆盖在油面隔绝空气，适合扑救汽油、柴油等B类火灾和木材等A类火灾，不能用于带电设备。</w:t>
      </w:r>
    </w:p>
    <w:p>
      <w:r>
        <w:rPr>
          <w:b w:val="0"/>
        </w:rPr>
        <w:t>44. 火灾自动报警系统中，起到“探测火情”作用的设备是？</w:t>
      </w:r>
    </w:p>
    <w:p>
      <w:r>
        <w:t xml:space="preserve">    A. 消火栓    B. 火灾探测器    C. 水流指示器    D. 末端试水</w:t>
      </w:r>
    </w:p>
    <w:p>
      <w:r>
        <w:rPr>
          <w:sz w:val="21"/>
        </w:rPr>
        <w:t>【答案】B　【解析】探测器（感烟、感温、火焰探测器）负责探测火灾并把信号传到报警控制器，是系统的“眼睛”。</w:t>
      </w:r>
    </w:p>
    <w:p>
      <w:r>
        <w:rPr>
          <w:b w:val="0"/>
        </w:rPr>
        <w:t>45. 消防控制室接到报警信号后，正确的处置流程是？</w:t>
      </w:r>
    </w:p>
    <w:p>
      <w:r>
        <w:t xml:space="preserve">    A. 直接按消音不管    B. 先派人到现场确认，确认火灾后启动相应预案    C. 立即断电    D. 直接疏散全楼不确认</w:t>
      </w:r>
    </w:p>
    <w:p>
      <w:r>
        <w:rPr>
          <w:sz w:val="21"/>
        </w:rPr>
        <w:t>【答案】B　【解析】接到报警应先通过联动信号或通知巡查人员现场确认，误报则复位；确认真实火灾再启动应急广播、联动设备。</w:t>
      </w:r>
    </w:p>
    <w:p>
      <w:r>
        <w:rPr>
          <w:b w:val="0"/>
        </w:rPr>
        <w:t>46. 下列哪项属于消防违法行为？</w:t>
      </w:r>
    </w:p>
    <w:p>
      <w:r>
        <w:t xml:space="preserve">    A. 占用、堵塞封闭疏散通道安全出口    B. 定期检查灭火器    C. 保持消防通道畅通    D. 组织消防演练</w:t>
      </w:r>
    </w:p>
    <w:p>
      <w:r>
        <w:rPr>
          <w:sz w:val="21"/>
        </w:rPr>
        <w:t>【答案】A　【解析】占用堵塞疏散通道、安全出口，损坏挪用消防设施，违规使用明火等都违反《消防法》，可依法处罚。</w:t>
      </w:r>
    </w:p>
    <w:p>
      <w:r>
        <w:rPr>
          <w:b w:val="0"/>
        </w:rPr>
        <w:t>47. 单位每年至少组织几次全员消防演练？</w:t>
      </w:r>
    </w:p>
    <w:p>
      <w:r>
        <w:t xml:space="preserve">    A. 不组织    B. 至少一次    C. 十年一次    D. 随便</w:t>
      </w:r>
    </w:p>
    <w:p>
      <w:r>
        <w:rPr>
          <w:sz w:val="21"/>
        </w:rPr>
        <w:t>【答案】B　【解析】机关团体企业事业单位应按照灭火和应急疏散预案，至少每半年（人员密集场所）或每年组织一次演练。</w:t>
      </w:r>
    </w:p>
    <w:p>
      <w:r>
        <w:rPr>
          <w:b w:val="0"/>
        </w:rPr>
        <w:t>48. 下列关于电动车充电，正确的是？</w:t>
      </w:r>
    </w:p>
    <w:p>
      <w:r>
        <w:t xml:space="preserve">    A. 推回家在室内和楼梯间充电    B. 在集中停放充电场所、按时充电不飞线    C. 一夜充到天亮不管    D. 电池改装</w:t>
      </w:r>
    </w:p>
    <w:p>
      <w:r>
        <w:rPr>
          <w:sz w:val="21"/>
        </w:rPr>
        <w:t>【答案】B　【解析】电动车及电池严禁进楼入户、疏散通道充电，应在集中充电场所，飞线充电、过充极易引发火灾。</w:t>
      </w:r>
    </w:p>
    <w:p>
      <w:r>
        <w:rPr>
          <w:b w:val="0"/>
        </w:rPr>
        <w:t>49. 消防车通道的宽度和净空高度一般不应小于？</w:t>
      </w:r>
    </w:p>
    <w:p>
      <w:r>
        <w:t xml:space="preserve">    A. 2米    B. 4米    C. 6米    D. 1米</w:t>
      </w:r>
    </w:p>
    <w:p>
      <w:r>
        <w:rPr>
          <w:sz w:val="21"/>
        </w:rPr>
        <w:t>【答案】B　【解析】消防车通道净宽和净空高度一般不应小于4米，严禁占用、堵塞，保证消防车通行和登高操作。</w:t>
      </w:r>
    </w:p>
    <w:p>
      <w:r>
        <w:rPr>
          <w:b w:val="0"/>
        </w:rPr>
        <w:t>50. 下列哪种做法能有效预防家庭火灾？</w:t>
      </w:r>
    </w:p>
    <w:p>
      <w:r>
        <w:t xml:space="preserve">    A. 电器插排满载多个大功率电器    B. 离家断电、关燃气，不乱扔烟头    C. 阳台堆满纸箱杂物    D. 卧床吸烟</w:t>
      </w:r>
    </w:p>
    <w:p>
      <w:r>
        <w:rPr>
          <w:sz w:val="21"/>
        </w:rPr>
        <w:t>【答案】B　【解析】离家关火断电、不超负荷用电、不在卧床吸烟、楼道阳台不堆杂物，是家庭防火基本措施。</w:t>
      </w:r>
    </w:p>
    <w:p>
      <w:r>
        <w:rPr>
          <w:b w:val="0"/>
        </w:rPr>
        <w:t>51. 燃烧产物中，能使人窒息中毒的主要有毒气体是？</w:t>
      </w:r>
    </w:p>
    <w:p>
      <w:r>
        <w:t xml:space="preserve">    A. 氧气    B. 一氧化碳    C. 氮气    D. 二氧化碳</w:t>
      </w:r>
    </w:p>
    <w:p>
      <w:r>
        <w:rPr>
          <w:sz w:val="21"/>
        </w:rPr>
        <w:t>【答案】B　【解析】含碳物质不完全燃烧产生的一氧化碳极易与血红蛋白结合，造成组织缺氧，是火灾中毒致死的首要元凶。</w:t>
      </w:r>
    </w:p>
    <w:p>
      <w:r>
        <w:rPr>
          <w:b w:val="0"/>
        </w:rPr>
        <w:t>52. 下列哪种场所属于人员密集场所，消防要求更高？</w:t>
      </w:r>
    </w:p>
    <w:p>
      <w:r>
        <w:t xml:space="preserve">    A. 无人仓库    B. 商场、宾馆、餐饮、影剧院    C. 荒郊工地    D. 空置厂房</w:t>
      </w:r>
    </w:p>
    <w:p>
      <w:r>
        <w:rPr>
          <w:sz w:val="21"/>
        </w:rPr>
        <w:t>【答案】B　【解析】商场、宾馆、饭店、影院、医院、学校、养老院等人员密集场所疏散难度大，消防和演练要求更严。</w:t>
      </w:r>
    </w:p>
    <w:p>
      <w:r>
        <w:rPr>
          <w:b w:val="0"/>
        </w:rPr>
        <w:t>53. 发生火灾逃生经过充满烟雾的走廊时，应当？</w:t>
      </w:r>
    </w:p>
    <w:p>
      <w:r>
        <w:t xml:space="preserve">    A. 直立快速奔跑    B. 弯腰低姿、用湿毛巾捂口鼻前行    C. 贴墙蹲下不动    D. 摘下口罩大口呼吸</w:t>
      </w:r>
    </w:p>
    <w:p>
      <w:r>
        <w:rPr>
          <w:sz w:val="21"/>
        </w:rPr>
        <w:t>【答案】B　【解析】烟气在上层，靠近地面残留较清新空气，弯腰低姿加湿毛巾捂口鼻，可减少有毒烟气吸入。</w:t>
      </w:r>
    </w:p>
    <w:p>
      <w:r>
        <w:rPr>
          <w:b w:val="0"/>
        </w:rPr>
        <w:t>54. 下列哪种情况应立即停止使用并报修灭火器？</w:t>
      </w:r>
    </w:p>
    <w:p>
      <w:r>
        <w:t xml:space="preserve">    A. 压力表指针在绿区    B. 铅封完好、喷管无裂纹    C. 压力表指针进入红区或筒体锈蚀变形    D. 在有效期内</w:t>
      </w:r>
    </w:p>
    <w:p>
      <w:r>
        <w:rPr>
          <w:sz w:val="21"/>
        </w:rPr>
        <w:t>【答案】C　【解析】压力表红区说明压力不足/失效，筒体锈蚀变形、喷管开裂、铅封损坏的灭火器不能继续使用，应维修更换。</w:t>
      </w:r>
    </w:p>
    <w:p>
      <w:r>
        <w:rPr>
          <w:b w:val="0"/>
        </w:rPr>
        <w:t>55. 室外消火栓的主要作用是？</w:t>
      </w:r>
    </w:p>
    <w:p>
      <w:r>
        <w:t xml:space="preserve">    A. 给绿化浇水    B. 供消防车取水扑救火灾    C. 给道路洒水    D. 洗车</w:t>
      </w:r>
    </w:p>
    <w:p>
      <w:r>
        <w:rPr>
          <w:sz w:val="21"/>
        </w:rPr>
        <w:t>【答案】B　【解析】室外消火栓是市政消防供水设施，供消防车停靠取水、连接水带直接灭火，严禁圈占埋压。</w:t>
      </w:r>
    </w:p>
    <w:p>
      <w:r>
        <w:rPr>
          <w:b w:val="0"/>
        </w:rPr>
        <w:t>56. 下列关于火灾报警控制器的说法，正确的是？</w:t>
      </w:r>
    </w:p>
    <w:p>
      <w:r>
        <w:t xml:space="preserve">    A. 响了就直接按消音走人    B. 应读懂报警部位信号，按规程确认和处置    C. 关机省电    D. 拆下来保养</w:t>
      </w:r>
    </w:p>
    <w:p>
      <w:r>
        <w:rPr>
          <w:sz w:val="21"/>
        </w:rPr>
        <w:t>【答案】B　【解析】控制器显示报警部位和类型，值班人员要能读懂信号、到现场确认，误报复位、真火启动预案，不能一味消音。</w:t>
      </w:r>
    </w:p>
    <w:p>
      <w:r>
        <w:rPr>
          <w:b w:val="0"/>
        </w:rPr>
        <w:t>57. 易燃液体储罐区发生火灾，下列做法错误的是？</w:t>
      </w:r>
    </w:p>
    <w:p>
      <w:r>
        <w:t xml:space="preserve">    A. 用上风方向的泡沫覆盖    B. 先切断物料来源    C. 用水直接喷射燃烧的液体液面    D. 启动固定冷却和灭火系统</w:t>
      </w:r>
    </w:p>
    <w:p>
      <w:r>
        <w:rPr>
          <w:sz w:val="21"/>
        </w:rPr>
        <w:t>【答案】C　【解析】液体比水轻会浮在水面随水流动扩大火势，不能直喷水液面，应用泡沫、干粉并冷却容器。</w:t>
      </w:r>
    </w:p>
    <w:p>
      <w:r>
        <w:rPr>
          <w:b w:val="0"/>
        </w:rPr>
        <w:t>58. 下列哪种是正确的现场动火作业做法？</w:t>
      </w:r>
    </w:p>
    <w:p>
      <w:r>
        <w:t xml:space="preserve">    A. 电焊焊渣随便飞溅    B. 动火前清理周围可燃物、配灭火器和监护人    C. 汽油桶旁直接烧焊    D. 无监护一人动火</w:t>
      </w:r>
    </w:p>
    <w:p>
      <w:r>
        <w:rPr>
          <w:sz w:val="21"/>
        </w:rPr>
        <w:t>【答案】B　【解析】动火作业应办理动火审批、清除周围可燃物、配备灭火器材和看火监护人，作业后检查无阴燃方可离开。</w:t>
      </w:r>
    </w:p>
    <w:p>
      <w:r>
        <w:rPr>
          <w:b w:val="0"/>
        </w:rPr>
        <w:t>59. 高层公共建筑发生火灾，消防电梯的作用是？</w:t>
      </w:r>
    </w:p>
    <w:p>
      <w:r>
        <w:t xml:space="preserve">    A. 供普通客人逃生    B. 供消防员输送人员和装备、实施消防救援    C. 搬运行李    D. 观光</w:t>
      </w:r>
    </w:p>
    <w:p>
      <w:r>
        <w:rPr>
          <w:sz w:val="21"/>
        </w:rPr>
        <w:t>【答案】B　【解析】消防电梯火灾时供消防员使用，可载消防员和装备到着火层；普通乘客电梯不能用于逃生疏散。</w:t>
      </w:r>
    </w:p>
    <w:p>
      <w:r>
        <w:rPr>
          <w:b w:val="0"/>
        </w:rPr>
        <w:t>60. 下列关于单位消防安全“四个能力”，说法错误的是？</w:t>
      </w:r>
    </w:p>
    <w:p>
      <w:r>
        <w:t xml:space="preserve">    A. 检查消除火灾隐患能力    B. 扑救初起火灾能力    C. 组织人员疏散逃生能力    D. 对外承接消防工程能力</w:t>
      </w:r>
    </w:p>
    <w:p>
      <w:r>
        <w:rPr>
          <w:sz w:val="21"/>
        </w:rPr>
        <w:t>【答案】D　【解析】社会单位消防安全“四个能力”是：检查消除隐患、扑救初起火灾、组织疏散逃生、消防宣传教育培训。</w:t>
      </w:r>
    </w:p>
    <w:p>
      <w:pPr>
        <w:pStyle w:val="Heading1"/>
      </w:pPr>
      <w:r>
        <w:t>第二部分  判断题（共40题，正确写√，错误写×）</w:t>
      </w:r>
    </w:p>
    <w:p>
      <w:r>
        <w:t>1. 燃烧必须同时具备可燃物、助燃物和着火源三个条件。（　　）</w:t>
      </w:r>
    </w:p>
    <w:p>
      <w:r>
        <w:rPr>
          <w:sz w:val="21"/>
        </w:rPr>
        <w:t>【答案】√　【解析】正确。三者同时存在并相互作用，燃烧才会发生。</w:t>
      </w:r>
    </w:p>
    <w:p>
      <w:r>
        <w:t>2. 但凡有可燃物的地方就一定会着火。（　　）</w:t>
      </w:r>
    </w:p>
    <w:p>
      <w:r>
        <w:rPr>
          <w:sz w:val="21"/>
        </w:rPr>
        <w:t>【答案】×　【解析】错误。还要有助燃物和着火源，并达到一定温度才会燃烧。</w:t>
      </w:r>
    </w:p>
    <w:p>
      <w:r>
        <w:t>3. A类火灾指液体和可熔化固体物质火灾。（　　）</w:t>
      </w:r>
    </w:p>
    <w:p>
      <w:r>
        <w:rPr>
          <w:sz w:val="21"/>
        </w:rPr>
        <w:t>【答案】×　【解析】错误。A类是固体物质火灾，液体和可熔化固体是B类。</w:t>
      </w:r>
    </w:p>
    <w:p>
      <w:r>
        <w:t>4. 扑救带电设备火灾时，可以直接用清水灭火器。（　　）</w:t>
      </w:r>
    </w:p>
    <w:p>
      <w:r>
        <w:rPr>
          <w:sz w:val="21"/>
        </w:rPr>
        <w:t>【答案】×　【解析】错误。水导电，带电火灾应用二氧化碳或干粉等不导电灭火剂。</w:t>
      </w:r>
    </w:p>
    <w:p>
      <w:r>
        <w:t>5. 使用干粉灭火器时应对准火焰根部扫射。（　　）</w:t>
      </w:r>
    </w:p>
    <w:p>
      <w:r>
        <w:rPr>
          <w:sz w:val="21"/>
        </w:rPr>
        <w:t>【答案】√　【解析】正确。对准根部才能切断燃烧源，左右扫射覆盖燃烧区。</w:t>
      </w:r>
    </w:p>
    <w:p>
      <w:r>
        <w:t>6. 消防控制室值班可以一个人值夜班，另一人白天来就行。（　　）</w:t>
      </w:r>
    </w:p>
    <w:p>
      <w:r>
        <w:rPr>
          <w:sz w:val="21"/>
        </w:rPr>
        <w:t>【答案】×　【解析】错误。每班不少于2人，24小时值班且持证上岗。</w:t>
      </w:r>
    </w:p>
    <w:p>
      <w:r>
        <w:t>7. 常闭式防火门可以长期敞开，用灭火器顶住。（　　）</w:t>
      </w:r>
    </w:p>
    <w:p>
      <w:r>
        <w:rPr>
          <w:sz w:val="21"/>
        </w:rPr>
        <w:t>【答案】×　【解析】错误。常闭防火门应保持关闭，长期敞开失去隔烟阻火作用。</w:t>
      </w:r>
    </w:p>
    <w:p>
      <w:r>
        <w:t>8. 安全出口在没人的时候可以上锁，防止小偷。（　　）</w:t>
      </w:r>
    </w:p>
    <w:p>
      <w:r>
        <w:rPr>
          <w:sz w:val="21"/>
        </w:rPr>
        <w:t>【答案】×　【解析】错误。安全出口严禁上锁，必须保持畅通，影响疏散属违法。</w:t>
      </w:r>
    </w:p>
    <w:p>
      <w:r>
        <w:t>9. 油锅起火应迅速用水浇灭。（　　）</w:t>
      </w:r>
    </w:p>
    <w:p>
      <w:r>
        <w:rPr>
          <w:sz w:val="21"/>
        </w:rPr>
        <w:t>【答案】×　【解析】错误。浇水会使热油飞溅爆燃，应盖锅盖窒息灭火并关火。</w:t>
      </w:r>
    </w:p>
    <w:p>
      <w:r>
        <w:t>10. 身上着火时应拼命快跑找人帮忙。（　　）</w:t>
      </w:r>
    </w:p>
    <w:p>
      <w:r>
        <w:rPr>
          <w:sz w:val="21"/>
        </w:rPr>
        <w:t>【答案】×　【解析】错误。跑动会加速供氧助长火势，应就地打滚压灭火苗。</w:t>
      </w:r>
    </w:p>
    <w:p>
      <w:r>
        <w:t>11. 火灾中烟气有毒且高温，应低姿弯腰捂口鼻逃生。（　　）</w:t>
      </w:r>
    </w:p>
    <w:p>
      <w:r>
        <w:rPr>
          <w:sz w:val="21"/>
        </w:rPr>
        <w:t>【答案】√　【解析】正确。烟气上浮，靠近地面空气相对清新，低姿可减少吸入。</w:t>
      </w:r>
    </w:p>
    <w:p>
      <w:r>
        <w:t>12. 高层建筑火灾可以乘坐普通电梯快速逃生。（　　）</w:t>
      </w:r>
    </w:p>
    <w:p>
      <w:r>
        <w:rPr>
          <w:sz w:val="21"/>
        </w:rPr>
        <w:t>【答案】×　【解析】错误。电梯可能断电或进烟，应走疏散楼梯。</w:t>
      </w:r>
    </w:p>
    <w:p>
      <w:r>
        <w:t>13. 发现初起火灾应一边报警一边用就近器材扑救。（　　）</w:t>
      </w:r>
    </w:p>
    <w:p>
      <w:r>
        <w:rPr>
          <w:sz w:val="21"/>
        </w:rPr>
        <w:t>【答案】√　【解析】正确。小火快救，同时拨119并呼喊疏散。</w:t>
      </w:r>
    </w:p>
    <w:p>
      <w:r>
        <w:t>14. 二氧化碳灭火器扑救精密仪器火灾后不留残渣。（　　）</w:t>
      </w:r>
    </w:p>
    <w:p>
      <w:r>
        <w:rPr>
          <w:sz w:val="21"/>
        </w:rPr>
        <w:t>【答案】√　【解析】正确。二氧化碳挥发无残留，适合机房、档案室。</w:t>
      </w:r>
    </w:p>
    <w:p>
      <w:r>
        <w:t>15. 消火栓灭火一个人就能轻松操作，不需要别人帮忙。（　　）</w:t>
      </w:r>
    </w:p>
    <w:p>
      <w:r>
        <w:rPr>
          <w:sz w:val="21"/>
        </w:rPr>
        <w:t>【答案】×　【解析】错误。水带反作用力大，至少两人配合更安全有效。</w:t>
      </w:r>
    </w:p>
    <w:p>
      <w:r>
        <w:t>16. 感烟探测器适合安装在正常有大量蒸汽和粉尘的场所。（　　）</w:t>
      </w:r>
    </w:p>
    <w:p>
      <w:r>
        <w:rPr>
          <w:sz w:val="21"/>
        </w:rPr>
        <w:t>【答案】×　【解析】错误。蒸汽粉尘易误报，应选合适探测器并做好防护。</w:t>
      </w:r>
    </w:p>
    <w:p>
      <w:r>
        <w:t>17. 湿式自动喷水灭火系统管网内平时充有压力水。（　　）</w:t>
      </w:r>
    </w:p>
    <w:p>
      <w:r>
        <w:rPr>
          <w:sz w:val="21"/>
        </w:rPr>
        <w:t>【答案】√　【解析】正确。湿式系统报警阀前后都充水，喷头破裂立即喷水。</w:t>
      </w:r>
    </w:p>
    <w:p>
      <w:r>
        <w:t>18. 拨打119时要说清详细地址、着火物和有无人员被困。（　　）</w:t>
      </w:r>
    </w:p>
    <w:p>
      <w:r>
        <w:rPr>
          <w:sz w:val="21"/>
        </w:rPr>
        <w:t>【答案】√　【解析】正确。准确信息帮助消防力量快速到场处置。</w:t>
      </w:r>
    </w:p>
    <w:p>
      <w:r>
        <w:t>19. 烟头很小，扔进纸篓里不会着火。（　　）</w:t>
      </w:r>
    </w:p>
    <w:p>
      <w:r>
        <w:rPr>
          <w:sz w:val="21"/>
        </w:rPr>
        <w:t>【答案】×　【解析】错误。烟头中心温度很高，能引燃纸张等可燃物。</w:t>
      </w:r>
    </w:p>
    <w:p>
      <w:r>
        <w:t>20. 电器线路着火应先切断电源再灭火。（　　）</w:t>
      </w:r>
    </w:p>
    <w:p>
      <w:r>
        <w:rPr>
          <w:sz w:val="21"/>
        </w:rPr>
        <w:t>【答案】√　【解析】正确。先断电可防触电和短路，再选合适灭火器。</w:t>
      </w:r>
    </w:p>
    <w:p>
      <w:r>
        <w:t>21. 防火卷帘下方可以临时堆放货物。（　　）</w:t>
      </w:r>
    </w:p>
    <w:p>
      <w:r>
        <w:rPr>
          <w:sz w:val="21"/>
        </w:rPr>
        <w:t>【答案】×　【解析】错误。卷帘下严禁堆物，否则降不下来，失去防火分隔作用。</w:t>
      </w:r>
    </w:p>
    <w:p>
      <w:r>
        <w:t>22. 发生火灾时贪恋财物返回火场是很危险的行为。（　　）</w:t>
      </w:r>
    </w:p>
    <w:p>
      <w:r>
        <w:rPr>
          <w:sz w:val="21"/>
        </w:rPr>
        <w:t>【答案】√　【解析】正确。生命第一，重返火场极易被困和中毒。</w:t>
      </w:r>
    </w:p>
    <w:p>
      <w:r>
        <w:t>23. 单位应制定灭火和应急疏散预案并定期演练。（　　）</w:t>
      </w:r>
    </w:p>
    <w:p>
      <w:r>
        <w:rPr>
          <w:sz w:val="21"/>
        </w:rPr>
        <w:t>【答案】√　【解析】正确。预案加演练，火灾时才能有序逃生和扑救。</w:t>
      </w:r>
    </w:p>
    <w:p>
      <w:r>
        <w:t>24. 电动车可以推到室内楼梯间充电，图个方便。（　　）</w:t>
      </w:r>
    </w:p>
    <w:p>
      <w:r>
        <w:rPr>
          <w:sz w:val="21"/>
        </w:rPr>
        <w:t>【答案】×　【解析】错误。电动车严禁进楼入户、楼道充电，应在集中充电场所。</w:t>
      </w:r>
    </w:p>
    <w:p>
      <w:r>
        <w:t>25. 消防车通道被私家车占用没关系，消防车能绕过去。（　　）</w:t>
      </w:r>
    </w:p>
    <w:p>
      <w:r>
        <w:rPr>
          <w:sz w:val="21"/>
        </w:rPr>
        <w:t>【答案】×　【解析】错误。占用消防通道违法，会延误灭火救援，必须保持畅通。</w:t>
      </w:r>
    </w:p>
    <w:p>
      <w:r>
        <w:t>26. 用湿毛巾捂口鼻逃生时，折叠8层左右滤烟效果较好。（　　）</w:t>
      </w:r>
    </w:p>
    <w:p>
      <w:r>
        <w:rPr>
          <w:sz w:val="21"/>
        </w:rPr>
        <w:t>【答案】√　【解析】正确。配合低姿弯腰，能减少有毒烟气吸入。</w:t>
      </w:r>
    </w:p>
    <w:p>
      <w:r>
        <w:t>27. 泡沫灭火器可以用于扑救带电的电器火灾。（　　）</w:t>
      </w:r>
    </w:p>
    <w:p>
      <w:r>
        <w:rPr>
          <w:sz w:val="21"/>
        </w:rPr>
        <w:t>【答案】×　【解析】错误。泡沫导电，带电火灾不能用，应选二氧化碳或干粉。</w:t>
      </w:r>
    </w:p>
    <w:p>
      <w:r>
        <w:t>28. 手动火灾报警按钮平时可以随便按着玩。（　　）</w:t>
      </w:r>
    </w:p>
    <w:p>
      <w:r>
        <w:rPr>
          <w:sz w:val="21"/>
        </w:rPr>
        <w:t>【答案】×　【解析】错误。随意按压会造成误报、浪费救援资源，属违法行为。</w:t>
      </w:r>
    </w:p>
    <w:p>
      <w:r>
        <w:t>29. 防火门按日常开闭状态分为常开防火门和常闭防火门。（　　）</w:t>
      </w:r>
    </w:p>
    <w:p>
      <w:r>
        <w:rPr>
          <w:sz w:val="21"/>
        </w:rPr>
        <w:t>【答案】√　【解析】正确。常开式火灾时自动关闭，常闭式平时保持关闭。</w:t>
      </w:r>
    </w:p>
    <w:p>
      <w:r>
        <w:t>30. 疏散指示标志和应急照明在断电后应能持续工作一段时间。（　　）</w:t>
      </w:r>
    </w:p>
    <w:p>
      <w:r>
        <w:rPr>
          <w:sz w:val="21"/>
        </w:rPr>
        <w:t>【答案】√　【解析】正确。这是保证断电后人员能找到出口的关键设施。</w:t>
      </w:r>
    </w:p>
    <w:p>
      <w:r>
        <w:t>31. 初起火灾阶段面积小、火势弱，是扑救的最佳时机。（　　）</w:t>
      </w:r>
    </w:p>
    <w:p>
      <w:r>
        <w:rPr>
          <w:sz w:val="21"/>
        </w:rPr>
        <w:t>【答案】√　【解析】正确。抓住初起3~5分钟处置，能有效控制火势。</w:t>
      </w:r>
    </w:p>
    <w:p>
      <w:r>
        <w:t>32. 发生火灾时只要门把不烫，就可以开门快速逃离。（　　）</w:t>
      </w:r>
    </w:p>
    <w:p>
      <w:r>
        <w:rPr>
          <w:sz w:val="21"/>
        </w:rPr>
        <w:t>【答案】√　【解析】正确。开门前先摸门板门把，发烫说明门外火势大，开门会轰燃，应另寻出路或堵门求救。</w:t>
      </w:r>
    </w:p>
    <w:p>
      <w:r>
        <w:t>33. 干粉灭火器BC型和ABC型是一样的，没有区别。（　　）</w:t>
      </w:r>
    </w:p>
    <w:p>
      <w:r>
        <w:rPr>
          <w:sz w:val="21"/>
        </w:rPr>
        <w:t>【答案】×　【解析】错误。BC型灭液体气体火，ABC型还能灭固体火，适用范围不同。</w:t>
      </w:r>
    </w:p>
    <w:p>
      <w:r>
        <w:t>34. 消防应急广播在火灾时用来引导人员疏散。（　　）</w:t>
      </w:r>
    </w:p>
    <w:p>
      <w:r>
        <w:rPr>
          <w:sz w:val="21"/>
        </w:rPr>
        <w:t>【答案】√　【解析】正确。它是发布火警、组织疏散的重要通讯设施。</w:t>
      </w:r>
    </w:p>
    <w:p>
      <w:r>
        <w:t>35. 人走关火、离家断电关燃气是预防家庭火灾的好习惯。（　　）</w:t>
      </w:r>
    </w:p>
    <w:p>
      <w:r>
        <w:rPr>
          <w:sz w:val="21"/>
        </w:rPr>
        <w:t>【答案】√　【解析】正确。这是简单有效的家庭防火措施。</w:t>
      </w:r>
    </w:p>
    <w:p>
      <w:r>
        <w:t>36. 楼梯间、疏散走道可以临时存放旧家具和纸箱。（　　）</w:t>
      </w:r>
    </w:p>
    <w:p>
      <w:r>
        <w:rPr>
          <w:sz w:val="21"/>
        </w:rPr>
        <w:t>【答案】×　【解析】错误。既堵通道又增加可燃物，是典型的火灾隐患。</w:t>
      </w:r>
    </w:p>
    <w:p>
      <w:r>
        <w:t>37. 气体火灾（C类）可以用水直接喷射扑救。（　　）</w:t>
      </w:r>
    </w:p>
    <w:p>
      <w:r>
        <w:rPr>
          <w:sz w:val="21"/>
        </w:rPr>
        <w:t>【答案】×　【解析】错误。气体火灾应先关阀门断气，用干粉等灭火，喷水不能有效扑灭且可能扩大。</w:t>
      </w:r>
    </w:p>
    <w:p>
      <w:r>
        <w:t>38. 发生火灾后，为了尽快下楼，可以从窗户直接跳下。（　　）</w:t>
      </w:r>
    </w:p>
    <w:p>
      <w:r>
        <w:rPr>
          <w:sz w:val="21"/>
        </w:rPr>
        <w:t>【答案】×　【解析】错误。跳楼伤亡率极高，应走楼梯或在窗口呼救等待救援。</w:t>
      </w:r>
    </w:p>
    <w:p>
      <w:r>
        <w:t>39. 消防设施操作员应持证上岗，掌握本岗位设施操作。（　　）</w:t>
      </w:r>
    </w:p>
    <w:p>
      <w:r>
        <w:rPr>
          <w:sz w:val="21"/>
        </w:rPr>
        <w:t>【答案】√　【解析】正确。消防控制室等关键岗位必须持相应职业资格证。</w:t>
      </w:r>
    </w:p>
    <w:p>
      <w:r>
        <w:t>40. 任何单位和个人都有维护消防安全、报告火警的义务。（　　）</w:t>
      </w:r>
    </w:p>
    <w:p>
      <w:r>
        <w:rPr>
          <w:sz w:val="21"/>
        </w:rPr>
        <w:t>【答案】√　【解析】正确。这是《消防法》规定的公民和单位基本义务。</w:t>
      </w:r>
    </w:p>
    <w:p>
      <w:pPr>
        <w:pStyle w:val="Heading1"/>
      </w:pPr>
      <w:r>
        <w:t>附：备考与答题建议</w:t>
      </w:r>
    </w:p>
    <w:p>
      <w:r>
        <w:t>1. 先过一遍官方教材，再用本套题自测，错题回到教材对应章节巩固。</w:t>
      </w:r>
    </w:p>
    <w:p>
      <w:r>
        <w:t>2. 重点记牢：燃烧三要素、火灾A~F分类、四种灭火方法、灭火器“提拔握压”、消防控制室2人值班、疏散逃生常识。</w:t>
      </w:r>
    </w:p>
    <w:p>
      <w:r>
        <w:t>3. 判断题注意“绝对化”表述，如“直接用水”“一个人值班”“长期敞开防火门”等多为错误做法。</w:t>
      </w:r>
    </w:p>
    <w:p>
      <w:r>
        <w:t>4. 理论之外还要重视实操：灭火器、消火栓、报警控制器的动手操作，鉴定时实操占比很大。</w:t>
      </w:r>
    </w:p>
    <w:p>
      <w:r>
        <w:t>5. 报名、考试时间和费用请以当地鉴定站最新公告为准，谨防“包过”“代考”骗局。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