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辞职申请书范文</w:t>
      </w:r>
    </w:p>
    <w:p>
      <w:pPr>
        <w:pStyle w:val="Heading1"/>
      </w:pPr>
      <w:r>
        <w:t>辞职申请书（完整范文·附辞职注意事项与交接清单）</w:t>
      </w:r>
    </w:p>
    <w:p>
      <w:pPr>
        <w:pStyle w:val="Heading2"/>
      </w:pPr>
      <w:r>
        <w:t>【范文一】标准辞职申请书</w:t>
      </w:r>
    </w:p>
    <w:p>
      <w:r>
        <w:t>尊敬的公司领导：</w:t>
      </w:r>
    </w:p>
    <w:p>
      <w:r>
        <w:t>您好！</w:t>
      </w:r>
    </w:p>
    <w:p>
      <w:r>
        <w:t>我是本部门的员工XXX，于XXXX年XX月加入公司，至今已在公司工作了X年。经过慎重考虑，我正式向公司提出辞职申请，计划于XXXX年XX月XX日正式离职。</w:t>
      </w:r>
    </w:p>
    <w:p>
      <w:r>
        <w:t>做出这个决定，对我而言并不容易。在公司工作的这段时间里，我有幸得到了领导的信任和悉心指导，也在和同事们的并肩作战中收获了很多业务上的成长。从刚入职时对业务一知半解，到后来能够独立负责一摊子工作，每一步都离不开领导的提携和同事的帮衬。公司为我提供了宝贵的发展平台，这段经历我会一直心怀感激。</w:t>
      </w:r>
    </w:p>
    <w:p>
      <w:r>
        <w:t>此次选择离开，主要是出于个人职业规划和家庭方面的综合考虑——希望换一个更契合自己长期发展方向的赛道，同时也便于就近照顾家庭，与公司及各位领导、同事无关，纯属个人原因。请领导放心，离职前我会站好最后一班岗，在这30天里把手头工作逐项梳理清楚，按照公司要求认真完成与接手同事的交接，整理好相关资料和账目，把该交代的事项一一交代清楚，确保部门日常工作不受影响。</w:t>
      </w:r>
    </w:p>
    <w:p>
      <w:r>
        <w:t>对于由此给公司带来的不便，我深表歉意；同时也感谢公司一直以来对我的培养和包容。衷心祝愿公司事业蒸蒸日上，各位领导和同事工作顺利、一切都好！</w:t>
      </w:r>
    </w:p>
    <w:p>
      <w:r>
        <w:t>恳请领导批准我的辞职申请。</w:t>
      </w:r>
    </w:p>
    <w:p>
      <w:r>
        <w:t>此致</w:t>
      </w:r>
    </w:p>
    <w:p>
      <w:r>
        <w:t>敬礼！</w:t>
      </w:r>
    </w:p>
    <w:p>
      <w:r>
        <w:t>申请人：____________</w:t>
      </w:r>
    </w:p>
    <w:p>
      <w:r>
        <w:t>所在部门：____________　　岗位：____________</w:t>
      </w:r>
    </w:p>
    <w:p>
      <w:r>
        <w:t>申请日期：______年____月____日</w:t>
      </w:r>
    </w:p>
    <w:p>
      <w:pPr>
        <w:pStyle w:val="Heading2"/>
      </w:pPr>
      <w:r>
        <w:t>【范文二】委婉简短版（适用于小公司/熟人环境）</w:t>
      </w:r>
    </w:p>
    <w:p>
      <w:r>
        <w:t>尊敬的老板：</w:t>
      </w:r>
    </w:p>
    <w:p>
      <w:r>
        <w:t>您好！因个人职业发展规划调整，经过慎重考虑，我正式提出辞职，拟于XX月XX日离职。在公司这段时间感谢您的照顾和栽培，临走前我会把手头工作交接妥当，不给团队添麻烦。望批准，祝公司越来越好！</w:t>
      </w:r>
    </w:p>
    <w:p>
      <w:r>
        <w:t>申请人：______　日期：____年__月__日</w:t>
      </w:r>
    </w:p>
    <w:p>
      <w:pPr>
        <w:pStyle w:val="Heading2"/>
      </w:pPr>
      <w:r>
        <w:t>【附一】写辞职申请书、办离职，一定要知道的几件事</w:t>
      </w:r>
    </w:p>
    <w:p>
      <w:r>
        <w:t>很多朋友以为辞职信交了就万事大吉，其实从提离职到正式走人，中间这一个月最容易出纠纷。下面六条是我和身边换过工作的朋友踩坑踩出来的经验，交信之前一定先看一遍。</w:t>
      </w:r>
    </w:p>
    <w:p>
      <w:r>
        <w:t>1. 提前通知期限：按《劳动合同法》第三十七条，正式员工提前30天以书面形式通知公司，可以解除劳动合同；还在试用期的，提前3天通知即可。建议把提交申请的日期和预计离职日期都写清楚，保留好提交证据（如电子邮件、微信记录、书面签收回执）。注意：通知期满即可离职，不需要公司“批准同意”，公司不批不影响你依法解除合同。</w:t>
      </w:r>
    </w:p>
    <w:p>
      <w:r>
        <w:t>2. 书面形式最稳妥：口头说一声不算数，一定交书面辞职申请，最好同时发一封邮件给直属领导和人事部门，自己留个底。这样30天后无论公司是否签字同意，法律上都可以正常离职。邮件标题可以写成“XXX辞职申请（部门+姓名）”，正文写明拟离职日期，方便人事归档。</w:t>
      </w:r>
    </w:p>
    <w:p>
      <w:r>
        <w:t>3. 不要写对自己不利的话：辞职信是要进档案、可能被背调查阅的，客气、感恩、中性就好，不要在信里抱怨公司制度、数落领导同事，也不要写得过于激烈。好聚好散，将来新单位做背景调查时，前东家一句客观正面的评价很重要。离职原因统一写“个人职业规划与家庭原因”即可。</w:t>
      </w:r>
    </w:p>
    <w:p>
      <w:r>
        <w:t>4. 工资和补偿：主动辞职一般没有经济补偿金，但已出勤期间的工资、未休年假折算工资、应报销的款项，公司必须结清，并在离职时或按约定发薪日一次付清。如果公司存在拖欠工资、不依法缴纳社保、不提供劳动保护等违法情形，你可以据此被迫解除劳动合同并主张经济补偿，这种情况建议先咨询当地劳动监察部门或法律援助，别轻易签“个人原因自愿离职”。</w:t>
      </w:r>
    </w:p>
    <w:p>
      <w:r>
        <w:t>5. 社保公积金别断：离职后让人事及时办理社保减员，自己尽快以灵活就业身份续上、或由新单位及时接上，医保一旦断缴，次月起看病报销就受影响。公积金账户离职后会封存，符合提取条件（如租房、购房、异地转移）可以办理提取或异地转移接续，别不管它。</w:t>
      </w:r>
    </w:p>
    <w:p>
      <w:r>
        <w:t>6. 离职证明一定要拿：这是新单位入职时通常要求提供的材料，公司有法定义务在离职时出具解除劳动合同证明。没有离职证明，下家单位可能不敢办理入职。如果公司拒不出具，可以向劳动监察部门投诉。同时记得把个人档案、党团组织关系按规定转走。</w:t>
      </w:r>
    </w:p>
    <w:p>
      <w:pPr>
        <w:pStyle w:val="Heading2"/>
      </w:pPr>
      <w:r>
        <w:t>【附二】工作交接清单（离职时照着列，避免扯皮）</w:t>
      </w:r>
    </w:p>
    <w:p>
      <w:r>
        <w:t>交接不是走个过场。把下面这些逐项列清楚、三方签字，离职后原公司才不会隔三差五找你问事，你自己也清爽。建议打印出来，交接完一项勾一项。</w:t>
      </w:r>
    </w:p>
    <w:p>
      <w:r>
        <w:t>（　）手头正在进行的工作进度、下一步计划，已书面交接给接手人；</w:t>
      </w:r>
    </w:p>
    <w:p>
      <w:r>
        <w:t>（　）负责的客户、供应商联系方式及待办事项，已逐一说明；</w:t>
      </w:r>
    </w:p>
    <w:p>
      <w:r>
        <w:t>（　）公司文件、钥匙、门禁卡、电脑、工牌等财物，已归还并签收；</w:t>
      </w:r>
    </w:p>
    <w:p>
      <w:r>
        <w:t>（　）经手的账目、报销、备用金，已核对结清；</w:t>
      </w:r>
    </w:p>
    <w:p>
      <w:r>
        <w:t>（　）相关账号、系统权限，已告知人事注销或变更；</w:t>
      </w:r>
    </w:p>
    <w:p>
      <w:r>
        <w:t>（　）《工作交接清单》由交接人、接交人、监交人三方签字各执一份。</w:t>
      </w:r>
    </w:p>
    <w:p>
      <w:r>
        <w:t>（注：以上清单及注意事项为通用参考，具体以所在公司规章制度和当地劳动法规为准；如遇克扣工资、拒开离职证明等纠纷，可拨打12333人社服务热线咨询，或依法申请劳动仲裁，维护自身合法权益。）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