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直播带货合作协议（范本，含佣金结算与售后条款）</w:t>
      </w:r>
    </w:p>
    <w:p>
      <w:r>
        <w:t>一、使用说明</w:t>
      </w:r>
    </w:p>
    <w:p>
      <w:r>
        <w:t>本协议适用于品牌方/商家（甲方）与主播/MCN机构（乙方）之间的直播带货合作，涵盖合作内容、佣金结算、交付标准、售后责任、知识产权、保密、违约责任等核心条款，依据《中华人民共和国民法典》《中华人民共和国广告法》《中华人民共和国电子商务法》《网络直播营销管理办法（试行）》等拟定。使用时应将空白处填写完整，双方签字盖章，一式两份各自留存。涉及高额履约保证或复杂保底条款的，建议咨询专业律师。</w:t>
      </w:r>
    </w:p>
    <w:p>
      <w:r>
        <w:t>二、直播带货合作协议（范本）</w:t>
      </w:r>
    </w:p>
    <w:p>
      <w:r>
        <w:t>甲方（品牌方/商家）：XXX公司，统一社会信用代码：XXXX，法定代表人：XXX，地址：XXXX，联系人及电话：XXX。</w:t>
      </w:r>
    </w:p>
    <w:p>
      <w:r>
        <w:t>乙方（主播/MCN机构）：XXX，统一社会信用代码：XXXX，法定代表人：XXX，地址：XXXX，联系人及电话：XXX。</w:t>
      </w:r>
    </w:p>
    <w:p>
      <w:r>
        <w:t>根据《中华人民共和国民法典》及相关法律法规，甲乙双方本着平等自愿、诚实信用的原则，就乙方通过直播方式推广销售甲方商品事宜达成如下协议：</w:t>
      </w:r>
    </w:p>
    <w:p>
      <w:r>
        <w:t>第一条 合作内容：1.1 乙方在其直播账号（账号名称：XXX，平台：XXX）上，按本协议约定为甲方商品进行直播推广；1.2 合作商品清单、直播场次、直播时间、佣金比例等以本协议附件或双方书面确认的排期表为准。</w:t>
      </w:r>
    </w:p>
    <w:p>
      <w:r>
        <w:t>第二条 合作期限：自XXXX年X月X日起至XXXX年X月X日止。合作期满或合同提前解除的，双方按约定结算费用。</w:t>
      </w:r>
    </w:p>
    <w:p>
      <w:r>
        <w:t>第三条 推广要求：3.1 乙方直播推广应以商品实际情况为准，不得虚假宣传、夸大功效，不得使用违法违禁用语，不得作引人误解的承诺；3.2 乙方应按照约定时间开播，直播时长不低于约定时长；3.3 乙方直播话术、上架链接、优惠机制应事先与甲方确认，未经甲方书面同意不得擅自更改。</w:t>
      </w:r>
    </w:p>
    <w:p>
      <w:r>
        <w:t>第四条 佣金与结算：4.1 佣金计算方式为：按实际成交金额（扣除退款和运费后的实付金额）×佣金比例XXX%计算；4.2 结算周期：直播结束后X个工作日内，双方核对后台销售数据，核对无误后甲方于X个工作日内支付佣金；4.3 乙方佣金应依法开具发票，甲方代扣代缴个人所得税的按税法规定执行。</w:t>
      </w:r>
    </w:p>
    <w:p>
      <w:r>
        <w:t>第五条 商品与发货：5.1 甲方保证所售商品合法合规、质量合格、库存充足，并负责订单处理、发货、售后和开具发票；5.2 甲方应在用户下单后X小时内发货，如因缺货、延迟发货导致纠纷，由甲方承担相应责任。</w:t>
      </w:r>
    </w:p>
    <w:p>
      <w:r>
        <w:t>第六条 售后与责任：6.1 商品质量问题、虚假宣传引发的退换货和赔偿责任，由甲方承担，乙方应配合处理；6.2 因乙方直播中不当宣传或违规行为引发的处罚、赔偿，由乙方承担相应责任；6.3 双方建立售后联动机制，直播后X日内由乙方客服与甲方共同处理用户咨询和售后。</w:t>
      </w:r>
    </w:p>
    <w:p>
      <w:r>
        <w:t>第七条 知识产权：7.1 乙方为本次合作制作的直播内容（视频、图文素材）著作权归双方另行约定，未经对方书面同意，任何一方不得将素材用于本协议约定之外的用途；7.2 甲方授权乙方在直播中使用甲方商标、商品图片、宣传物料，授权范围限于本协议合作内容。</w:t>
      </w:r>
    </w:p>
    <w:p>
      <w:r>
        <w:t>第八条 保密条款：8.1 双方对合作过程中知悉的对方商业秘密（包括销售数据、佣金政策、商务条款、用户信息等）负有保密义务；8.2 保密义务不因本协议解除或终止而失效，持续至信息公开之日止。</w:t>
      </w:r>
    </w:p>
    <w:p>
      <w:r>
        <w:t>第九条 违约责任：9.1 乙方未按约定场次开播或直播时长不足的，甲方有权按比例扣减佣金；9.2 甲方未按约支付佣金的，每逾期一日按应付金额的万分之X支付违约金；9.3 一方严重违约致使合同目的无法实现的，另一方有权解除本协议并要求赔偿损失。</w:t>
      </w:r>
    </w:p>
    <w:p>
      <w:r>
        <w:t>第十条 争议解决：因本协议引起的争议，双方应友好协商解决；协商不成的，任何一方可向甲方所在地人民法院提起诉讼。</w:t>
      </w:r>
    </w:p>
    <w:p>
      <w:r>
        <w:t>第十一条 数据与结算争议处理：11.1 双方以直播平台后台订单数据作为成交额核对依据，平台数据异常或一方对数据有异议的，可在X个工作日内提出并提供凭证，双方共同核实；11.2 发生批量退款、售后纠纷影响成交额核算的，按扣除退款后的实际成交金额结算；11.3 双方应各自留存直播记录、订单明细、沟通记录不少于X个月，作为结算与争议处理依据。</w:t>
      </w:r>
    </w:p>
    <w:p>
      <w:r>
        <w:t>第十二条 其他：12.1 本协议自双方签字盖章之日起生效，一式两份，双方各执一份，具有同等法律效力；12.2 本协议未尽事宜，双方可另行签订补充协议，补充协议与本协议具有同等效力。</w:t>
      </w:r>
    </w:p>
    <w:p>
      <w:r>
        <w:t>三、填写要点与风险提示</w:t>
      </w:r>
    </w:p>
    <w:p>
      <w:r>
        <w:t>1. 佣金比例、结算周期是核心商务条款，务必书面明确；2. 保底销售额、坑位费等特殊条款应单列书面约定；3. 明确售后责任划分，防止'卖的时候一起赚、出事互相推'；4. 直播素材与话术留存记录，便于发生纠纷时举证；5. 涉及个人主播的，注意主播个税扣缴义务；6. 依据《网络直播营销管理办法（试行）》，直播营销人员应当年满十六周岁，行为规范应符合平台规则和法律法规。</w:t>
      </w:r>
    </w:p>
    <w:p>
      <w:r>
        <w:t>四、特别约定（按需填写，未约定的删除本段）</w:t>
      </w:r>
    </w:p>
    <w:p>
      <w:r>
        <w:t>双方可另行书面约定以下内容：保底销售额（如：本场直播保底成交额XXXX元，未达成的按差额的X%支付服务费）；坑位费（如：固定坑位费XXXX元，无论成交与否均不退）；样品数量与退回方式；直播切片授权范围与期限；违约场次的补播安排；双11/大促期间的排期调整机制等。特别约定应以书面形式经双方签字盖章确认，与本协议具有同等法律效力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