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劳动合同书范本（固定期限/试用期/社保/加班工资条款齐全，可直接填空使用）</w:t>
      </w:r>
    </w:p>
    <w:p>
      <w:r>
        <w:rPr>
          <w:b/>
          <w:sz w:val="22"/>
        </w:rPr>
        <w:t>劳动合同书</w:t>
      </w:r>
    </w:p>
    <w:p>
      <w:r>
        <w:rPr>
          <w:sz w:val="22"/>
        </w:rPr>
        <w:t>甲方（用人单位）：________________________________________</w:t>
      </w:r>
    </w:p>
    <w:p>
      <w:r>
        <w:rPr>
          <w:sz w:val="22"/>
        </w:rPr>
        <w:t>统一社会信用代码：____________________  法定代表人（主要负责人）：____________</w:t>
      </w:r>
    </w:p>
    <w:p>
      <w:r>
        <w:rPr>
          <w:sz w:val="22"/>
        </w:rPr>
        <w:t>住所：____________________________________  联系电话：____________</w:t>
      </w:r>
    </w:p>
    <w:p>
      <w:r>
        <w:rPr>
          <w:sz w:val="22"/>
        </w:rPr>
        <w:t>乙方（劳动者）：____________  性别：____  身份证号码：________________________</w:t>
      </w:r>
    </w:p>
    <w:p>
      <w:r>
        <w:rPr>
          <w:sz w:val="22"/>
        </w:rPr>
        <w:t>户籍所在地：________________________________  现居住地址：________________________</w:t>
      </w:r>
    </w:p>
    <w:p>
      <w:r>
        <w:rPr>
          <w:sz w:val="22"/>
        </w:rPr>
        <w:t>联系电话：____________  紧急联系人及电话：____________</w:t>
      </w:r>
    </w:p>
    <w:p>
      <w:r>
        <w:rPr>
          <w:sz w:val="22"/>
        </w:rPr>
        <w:t>根据《中华人民共和国劳动法》《中华人民共和国劳动合同法》及有关法律法规，甲乙双方本着平等自愿、协商一致、诚实信用的原则，签订本合同，共同遵守本合同所列条款。</w:t>
      </w:r>
    </w:p>
    <w:p>
      <w:pPr>
        <w:pStyle w:val="Heading1"/>
      </w:pPr>
      <w:r>
        <w:t>第一条 合同期限</w:t>
      </w:r>
    </w:p>
    <w:p>
      <w:r>
        <w:rPr>
          <w:sz w:val="22"/>
        </w:rPr>
        <w:t>本合同为固定期限劳动合同。合同期限自____年__月__日起至____年__月__日止。其中试用期自____年__月__日起至____年__月__日止，试用期为__个月（试用期包含在合同期限内，合同期限三年以上的试用期最长不超过六个月）。</w:t>
      </w:r>
    </w:p>
    <w:p>
      <w:pPr>
        <w:pStyle w:val="Heading1"/>
      </w:pPr>
      <w:r>
        <w:t>第二条 工作内容与工作地点</w:t>
      </w:r>
    </w:p>
    <w:p>
      <w:r>
        <w:rPr>
          <w:sz w:val="22"/>
        </w:rPr>
        <w:t>（一）乙方同意根据甲方工作需要，担任____________岗位（工种）工作，具体岗位职责见岗位说明书。</w:t>
      </w:r>
    </w:p>
    <w:p>
      <w:r>
        <w:rPr>
          <w:sz w:val="22"/>
        </w:rPr>
        <w:t>（二）工作地点为：________________________。甲方因生产经营需要，经与乙方协商一致，可以变更工作地点。</w:t>
      </w:r>
    </w:p>
    <w:p>
      <w:r>
        <w:rPr>
          <w:sz w:val="22"/>
        </w:rPr>
        <w:t>（三）乙方应按照甲方的要求，按时完成规定的工作数量，达到规定的质量标准。</w:t>
      </w:r>
    </w:p>
    <w:p>
      <w:pPr>
        <w:pStyle w:val="Heading1"/>
      </w:pPr>
      <w:r>
        <w:t>第三条 工作时间与休息休假</w:t>
      </w:r>
    </w:p>
    <w:p>
      <w:r>
        <w:rPr>
          <w:sz w:val="22"/>
        </w:rPr>
        <w:t>（一）甲方安排乙方执行____________工时制度（标准工时/综合计算工时/不定时工作制）。执行标准工时的，乙方每日工作不超过八小时、每周不超过四十小时。</w:t>
      </w:r>
    </w:p>
    <w:p>
      <w:r>
        <w:rPr>
          <w:sz w:val="22"/>
        </w:rPr>
        <w:t>（二）甲方保证乙方每周至少休息一日。甲方安排乙方延长工作时间的，依法安排补休或支付加班工资：工作日延长按不低于工资的150%支付，休息日又不能安排补休的按200%支付，法定休假日按300%支付。</w:t>
      </w:r>
    </w:p>
    <w:p>
      <w:r>
        <w:rPr>
          <w:sz w:val="22"/>
        </w:rPr>
        <w:t>（三）乙方依法享有法定节假日、年休假、婚假、产假、丧假等假期。</w:t>
      </w:r>
    </w:p>
    <w:p>
      <w:pPr>
        <w:pStyle w:val="Heading1"/>
      </w:pPr>
      <w:r>
        <w:t>第四条 劳动报酬</w:t>
      </w:r>
    </w:p>
    <w:p>
      <w:r>
        <w:rPr>
          <w:sz w:val="22"/>
        </w:rPr>
        <w:t>（一）乙方试用期月工资为人民币____________元；试用期满后月工资为人民币____________元（其中基本工资____元、绩效工资____元、岗位津贴____元）。</w:t>
      </w:r>
    </w:p>
    <w:p>
      <w:r>
        <w:rPr>
          <w:sz w:val="22"/>
        </w:rPr>
        <w:t>（二）甲方每月____日前以货币形式足额支付乙方上月工资，不得克扣或者无故拖欠。工资不得低于当地最低工资标准。</w:t>
      </w:r>
    </w:p>
    <w:p>
      <w:r>
        <w:rPr>
          <w:sz w:val="22"/>
        </w:rPr>
        <w:t>（三）甲方安排乙方加班的，按本合同第三条约定支付加班工资。乙方在试用期的工资不得低于本单位相同岗位最低档工资或本合同约定工资的百分之八十，并不得低于当地最低工资标准。</w:t>
      </w:r>
    </w:p>
    <w:p>
      <w:pPr>
        <w:pStyle w:val="Heading1"/>
      </w:pPr>
      <w:r>
        <w:t>第五条 社会保险与福利待遇</w:t>
      </w:r>
    </w:p>
    <w:p>
      <w:r>
        <w:rPr>
          <w:sz w:val="22"/>
        </w:rPr>
        <w:t>甲乙双方依法参加社会保险，甲方为乙方办理养老、医疗、失业、工伤、生育等社会保险，个人应缴纳部分由甲方从工资中代扣代缴。乙方患病或非因工负伤、因工负伤或患职业病的，按国家和地方有关规定执行。甲方根据本单位实际，可提供其他福利待遇。</w:t>
      </w:r>
    </w:p>
    <w:p>
      <w:pPr>
        <w:pStyle w:val="Heading1"/>
      </w:pPr>
      <w:r>
        <w:t>第六条 劳动保护、劳动条件和职业危害防护</w:t>
      </w:r>
    </w:p>
    <w:p>
      <w:r>
        <w:rPr>
          <w:sz w:val="22"/>
        </w:rPr>
        <w:t>甲方严格执行国家劳动保护规定，为乙方提供符合国家规定的劳动安全卫生条件和必要的劳动防护用品。对从事有职业危害作业的乙方，甲方应定期进行健康检查。乙方在劳动过程中必须严格遵守安全操作规程。</w:t>
      </w:r>
    </w:p>
    <w:p>
      <w:pPr>
        <w:pStyle w:val="Heading1"/>
      </w:pPr>
      <w:r>
        <w:t>第七条 劳动纪律与规章制度</w:t>
      </w:r>
    </w:p>
    <w:p>
      <w:r>
        <w:rPr>
          <w:sz w:val="22"/>
        </w:rPr>
        <w:t>乙方应遵守国家法律法规和甲方依法制定的各项规章制度，服从甲方的管理和工作安排，爱护甲方财产，遵守职业道德。乙方违反规章制度的，甲方可依据规章制度给予处理，直至解除本合同。</w:t>
      </w:r>
    </w:p>
    <w:p>
      <w:pPr>
        <w:pStyle w:val="Heading1"/>
      </w:pPr>
      <w:r>
        <w:t>第八条 合同的变更、解除、终止和续订</w:t>
      </w:r>
    </w:p>
    <w:p>
      <w:r>
        <w:rPr>
          <w:sz w:val="22"/>
        </w:rPr>
        <w:t>（一）订立本合同所依据的客观情况发生重大变化，致使本合同无法履行的，经双方协商同意，可以变更本合同相关内容。</w:t>
      </w:r>
    </w:p>
    <w:p>
      <w:r>
        <w:rPr>
          <w:sz w:val="22"/>
        </w:rPr>
        <w:t>（二）双方协商一致，可以解除本合同。乙方提前三十日以书面形式通知甲方（试用期内提前三日），可以解除本合同。</w:t>
      </w:r>
    </w:p>
    <w:p>
      <w:r>
        <w:rPr>
          <w:sz w:val="22"/>
        </w:rPr>
        <w:t>（三）乙方有《劳动合同法》第三十九条规定情形之一的（如严重违反规章制度、严重失职营私舞弊造成重大损害、被依法追究刑事责任等），甲方可以解除本合同。</w:t>
      </w:r>
    </w:p>
    <w:p>
      <w:r>
        <w:rPr>
          <w:sz w:val="22"/>
        </w:rPr>
        <w:t>（四）本合同期满或法定终止条件出现，本合同即行终止。期满前，双方协商一致可以续订。</w:t>
      </w:r>
    </w:p>
    <w:p>
      <w:pPr>
        <w:pStyle w:val="Heading1"/>
      </w:pPr>
      <w:r>
        <w:t>第九条 经济补偿与违约责任</w:t>
      </w:r>
    </w:p>
    <w:p>
      <w:r>
        <w:rPr>
          <w:sz w:val="22"/>
        </w:rPr>
        <w:t>符合《劳动合同法》规定应当支付经济补偿的，甲方依法向乙方支付。任何一方违反本合同给对方造成损失的，应依法承担赔偿责任。</w:t>
      </w:r>
    </w:p>
    <w:p>
      <w:pPr>
        <w:pStyle w:val="Heading1"/>
      </w:pPr>
      <w:r>
        <w:t>第十条 其他约定</w:t>
      </w:r>
    </w:p>
    <w:p>
      <w:r>
        <w:rPr>
          <w:sz w:val="22"/>
        </w:rPr>
        <w:t>（一）甲方依法制定的规章制度、岗位说明书、保密协议、培训服务期协议等作为本合同附件，与本合同具有同等效力。</w:t>
      </w:r>
    </w:p>
    <w:p>
      <w:r>
        <w:rPr>
          <w:sz w:val="22"/>
        </w:rPr>
        <w:t>（二）双方因履行本合同发生争议的，可协商解决；协商不成的，可向劳动争议仲裁委员会申请仲裁。</w:t>
      </w:r>
    </w:p>
    <w:p>
      <w:r>
        <w:rPr>
          <w:sz w:val="22"/>
        </w:rPr>
        <w:t>（三）本合同一式两份，甲乙双方各执一份，自双方签字（盖章）之日起生效。</w:t>
      </w:r>
    </w:p>
    <w:p>
      <w:r>
        <w:rPr>
          <w:b/>
          <w:sz w:val="22"/>
        </w:rPr>
        <w:t>甲方（盖章）：____________        乙方（签字）：____________</w:t>
      </w:r>
    </w:p>
    <w:p>
      <w:r>
        <w:rPr>
          <w:b/>
          <w:sz w:val="22"/>
        </w:rPr>
        <w:t>法定代表人/委托代理人：____________        签订日期：____年__月__日</w:t>
      </w:r>
    </w:p>
    <w:p>
      <w:pPr>
        <w:pStyle w:val="Heading1"/>
      </w:pPr>
      <w:r>
        <w:t>附：签订劳动合同注意事项</w:t>
      </w:r>
    </w:p>
    <w:p>
      <w:r>
        <w:rPr>
          <w:sz w:val="22"/>
        </w:rPr>
        <w:t>1、入职一个月内必须签书面劳动合同，超过一个月不满一年未签的，单位应向劳动者每月支付二倍工资。</w:t>
      </w:r>
    </w:p>
    <w:p>
      <w:r>
        <w:rPr>
          <w:sz w:val="22"/>
        </w:rPr>
        <w:t>2、签之前看清岗位、地点、工资数额、发薪日、试用期长短，空白合同千万别签；口头承诺一律要求写进合同。</w:t>
      </w:r>
    </w:p>
    <w:p>
      <w:r>
        <w:rPr>
          <w:sz w:val="22"/>
        </w:rPr>
        <w:t>3、试用期工资不得低于转正工资的80%，且同一单位只能约定一次试用期。</w:t>
      </w:r>
    </w:p>
    <w:p>
      <w:r>
        <w:rPr>
          <w:sz w:val="22"/>
        </w:rPr>
        <w:t>4、单位必须缴社保，"自愿放弃社保发补贴"的约定违法无效；自己手里一定要留一份合同原件。</w:t>
      </w:r>
    </w:p>
    <w:p>
      <w:r>
        <w:rPr>
          <w:sz w:val="22"/>
        </w:rPr>
        <w:t>5、辞职提前三十天书面通知即可，单位不得随意扣档案、扣工资；发生纠纷先留好劳动合同、工资流水、考勤记录。</w:t>
      </w:r>
    </w:p>
    <w:p>
      <w:pPr>
        <w:pStyle w:val="Heading1"/>
      </w:pPr>
      <w:r>
        <w:t>十一、劳动合同常见问题解答</w:t>
      </w:r>
    </w:p>
    <w:p>
      <w:r>
        <w:rPr>
          <w:sz w:val="22"/>
        </w:rPr>
        <w:t>问：入职时单位只让签试用期合同，不签正式合同，合法吗？答：不合法。试用期包含在劳动合同期限内，单独约定试用期的，试用期不成立，该期限视为劳动合同期限。入职一个月内必须签订书面劳动合同。</w:t>
      </w:r>
    </w:p>
    <w:p>
      <w:r>
        <w:rPr>
          <w:sz w:val="22"/>
        </w:rPr>
        <w:t>问：单位说"先试三个月，合适再交社保"，对吗？答：不对。劳动关系自用工之日起建立，用人单位应当自用工之日起三十日内为职工办理社会保险登记并缴纳社保，试用期也必须缴，不能以任何理由免除。</w:t>
      </w:r>
    </w:p>
    <w:p>
      <w:r>
        <w:rPr>
          <w:sz w:val="22"/>
        </w:rPr>
        <w:t>问：合同里写"工资面议""按公司制度执行"行不行？答：不行。劳动报酬是劳动合同必备条款，必须写清具体数额或计算方式，否则发生争议时对劳动者不利，签之前一定要求写明白。</w:t>
      </w:r>
    </w:p>
    <w:p>
      <w:r>
        <w:rPr>
          <w:sz w:val="22"/>
        </w:rPr>
        <w:t>问：单位要求押身份证、押一个月工资，能答应吗？答：绝对不能。《劳动合同法》明确规定，用人单位不得扣押劳动者居民身份证等证件，不得要求劳动者提供担保或以其他名义向劳动者收取财物。遇到这种情况可以向劳动监察部门投诉。</w:t>
      </w:r>
    </w:p>
    <w:p>
      <w:r>
        <w:rPr>
          <w:sz w:val="22"/>
        </w:rPr>
        <w:t>问：被辞退了能要补偿吗？答：要看原因。因劳动者严重违纪等被依法解除的，没有经济补偿；单位无合法理由辞退，或因客观情况解除、协商一致解除的，应按工作年限支付经济补偿，每满一年支付一个月工资，违法解除的还可主张赔偿金。</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