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2026年度年终工作总结模板（机关企事业单位通用，含问题查摆与来年计划）</w:t>
      </w:r>
    </w:p>
    <w:p>
      <w:pPr>
        <w:pStyle w:val="Heading1"/>
      </w:pPr>
      <w:r>
        <w:t>一、基本情况</w:t>
      </w:r>
    </w:p>
    <w:p>
      <w:r>
        <w:rPr>
          <w:sz w:val="22"/>
        </w:rPr>
        <w:t>本人于本年度在____________部门担任____________岗位，主要负责________________________、________________________以及领导交办的其他临时性工作。一年来，在单位领导的关心指导和各位同事的支持配合下，我始终坚持踏实做事、诚实做人的原则，服从安排、任劳任怨，较好地完成了全年各项工作任务。现将本年度工作情况实事求是地总结如下，既讲成绩也不回避问题，既总结经验也查摆不足，供领导审阅，并作为自己来年改进工作的依据。</w:t>
      </w:r>
    </w:p>
    <w:p>
      <w:pPr>
        <w:pStyle w:val="Heading1"/>
      </w:pPr>
      <w:r>
        <w:t>二、本年度主要工作与成绩</w:t>
      </w:r>
    </w:p>
    <w:p>
      <w:pPr>
        <w:pStyle w:val="Heading2"/>
      </w:pPr>
      <w:r>
        <w:t>（一）重点任务完成情况</w:t>
      </w:r>
    </w:p>
    <w:p>
      <w:r>
        <w:rPr>
          <w:sz w:val="22"/>
        </w:rPr>
        <w:t>1、________________工作：年初领导交办的____________重点任务，我按照"先调研摸底、再制定方案、后稳步推进"的思路开展。__月至__月，我先后走访了____________、____________等单位和群众，摸清了基本情况和存在的问题；__月形成了具体实施方案并报领导审定；__月进入落地实施阶段。截至年底，该任务已全面完成，共办理____________事项__件，服务对象__人次，相关数据为____________，较上一年度提升（或下降）了____________，达到了年初预定目标。</w:t>
      </w:r>
    </w:p>
    <w:p>
      <w:r>
        <w:rPr>
          <w:sz w:val="22"/>
        </w:rPr>
        <w:t>2、________________工作：本项工作涉及面广、协调部门多、时间要求紧。我主动对接了____________、____________、____________等部门，先后召开协调会__次，梳理出堵点难点问题__个，逐一研究解决办法，打通了____________等关键环节。经过共同努力，该工作于__月顺利通过上级验收（或顺利完成），得到了合作单位和服务对象的书面（口头）肯定。</w:t>
      </w:r>
    </w:p>
    <w:p>
      <w:r>
        <w:rPr>
          <w:sz w:val="22"/>
        </w:rPr>
        <w:t>3、日常业务办理：全年共办理____________事项__件，接待办事群众（服务对象）__人次，按时办结率达到__%，群众满意率约__%，没有发生一起因我个人原因导致的投诉、行政复议或超时延误事件。在办理过程中，我坚持一次性告知、首问负责，尽量让群众少跑腿、好办事。</w:t>
      </w:r>
    </w:p>
    <w:p>
      <w:r>
        <w:rPr>
          <w:sz w:val="22"/>
        </w:rPr>
        <w:t>4、材料与信息报送：全年共起草（整理）各类工作总结、汇报材料、台账报表__份，及时向上级报送各类信息__条，其中被采用（表扬）__条，保证了信息渠道畅通。</w:t>
      </w:r>
    </w:p>
    <w:p>
      <w:pPr>
        <w:pStyle w:val="Heading2"/>
      </w:pPr>
      <w:r>
        <w:t>（二）学习与思想提升</w:t>
      </w:r>
    </w:p>
    <w:p>
      <w:r>
        <w:rPr>
          <w:sz w:val="22"/>
        </w:rPr>
        <w:t>一年来，我坚持把学习摆在重要位置，先后参加了单位组织的____________培训、____________业务学习和____________专题教育，认真做学习笔记、写心得体会。同时利用业余时间自学了《____________》《____________》等与本岗位密切相关的政策法规和专业书籍。通过持续学习，我对本岗位的政策依据、办理流程、风险节点有了更加系统准确的把握，处理复杂问题和应急情况的能力有所提高。</w:t>
      </w:r>
    </w:p>
    <w:p>
      <w:pPr>
        <w:pStyle w:val="Heading2"/>
      </w:pPr>
      <w:r>
        <w:t>（三）作风与纪律表现</w:t>
      </w:r>
    </w:p>
    <w:p>
      <w:r>
        <w:rPr>
          <w:sz w:val="22"/>
        </w:rPr>
        <w:t>我严格遵守单位各项规章制度，按时上下班，不擅离职守，重要事项及时请示汇报，从不擅自做主。在与服务对象打交道过程中，坚持按规矩、按程序办事，不吃拿卡要，不优亲厚友，没有发生违反廉洁纪律和工作纪律的情况。与同事相处坦诚团结，主动承担加班和紧急任务。</w:t>
      </w:r>
    </w:p>
    <w:p>
      <w:pPr>
        <w:pStyle w:val="Heading1"/>
      </w:pPr>
      <w:r>
        <w:t>三、存在的问题与不足</w:t>
      </w:r>
    </w:p>
    <w:p>
      <w:r>
        <w:rPr>
          <w:sz w:val="22"/>
        </w:rPr>
        <w:t>对照岗位职责和领导要求，我清醒地认识到自己还存在不少短板：一是理论学习还不够系统深入，有时满足于"用的时候才学、遇到才翻"，知识结构不够扎实，学用结合不够紧密；二是工作创新意识不强，面对新情况新问题，习惯于按老经验老办法办，主动谋划、提前预判、敢闯敢试的劲头不足；三是沟通协调的方式方法还需改进，个别工作中说话办事不够周全，有时考虑别人感受不够，给同事添了麻烦；四是文字写作水平有待提升，个别材料写得不够精练，逻辑和条理还需加强。对于这些问题，我不回避、不掩饰，将在新的一年里认真加以整改。</w:t>
      </w:r>
    </w:p>
    <w:p>
      <w:pPr>
        <w:pStyle w:val="Heading1"/>
      </w:pPr>
      <w:r>
        <w:t>四、下一年度工作计划</w:t>
      </w:r>
    </w:p>
    <w:p>
      <w:r>
        <w:rPr>
          <w:sz w:val="22"/>
        </w:rPr>
        <w:t>1、围绕单位中心工作和本部门年度任务，提前谋划____________重点工作，做到年初有计划、季度有小结、半年有回头看、年底有总结，把各项任务分解到月、落实到人，确保件件有回音、事事有着落。</w:t>
      </w:r>
    </w:p>
    <w:p>
      <w:r>
        <w:rPr>
          <w:sz w:val="22"/>
        </w:rPr>
        <w:t>2、加强业务学习和政策研究，争取在____________方面考取相应资格证书或取得阶段性学习成果，把政策学深、把业务练精，努力成为本职工作的行家里手。</w:t>
      </w:r>
    </w:p>
    <w:p>
      <w:r>
        <w:rPr>
          <w:sz w:val="22"/>
        </w:rPr>
        <w:t>3、改进工作方法和沟通方式，多向经验丰富的前辈请教，多与同事商量配合，凡事想在前、做在前，提高工作的前瞻性、主动性和规范性。</w:t>
      </w:r>
    </w:p>
    <w:p>
      <w:r>
        <w:rPr>
          <w:sz w:val="22"/>
        </w:rPr>
        <w:t>4、严格要求自己，守好廉洁自律底线，始终保持踏实肯干、不骄不躁的工作作风，做到让领导放心、让群众满意。</w:t>
      </w:r>
    </w:p>
    <w:p>
      <w:pPr>
        <w:pStyle w:val="Heading1"/>
      </w:pPr>
      <w:r>
        <w:t>五、结尾</w:t>
      </w:r>
    </w:p>
    <w:p>
      <w:r>
        <w:rPr>
          <w:sz w:val="22"/>
        </w:rPr>
        <w:t>以上是我本年度的工作总结，肯定还有不少看不透、说不准、做不到位的地方，恳请领导和同志们批评指正。新的一年，我将以更饱满的热情、更务实的作风、更严格的标准，把本职工作做得更细更实更好，不辜负组织的信任和大家的期望。回顾一年来的点点滴滴，我最深的体会是：把平凡的事坚持做好就是不平凡，把简单的事反复做对就是不简单。今后无论在什么岗位，我都会守住这份踏实，一步一个脚印走下去。</w:t>
      </w:r>
    </w:p>
    <w:p>
      <w:pPr>
        <w:pStyle w:val="Heading1"/>
      </w:pPr>
      <w:r>
        <w:t>附：年终总结撰写与使用说明</w:t>
      </w:r>
    </w:p>
    <w:p>
      <w:r>
        <w:rPr>
          <w:sz w:val="22"/>
        </w:rPr>
        <w:t>1、本模板适用于机关、事业单位、国有企业及一般企业员工年度工作总结，文中"____________"处请按本人实际情况据实填写，括号提示可保留可删除。</w:t>
      </w:r>
    </w:p>
    <w:p>
      <w:r>
        <w:rPr>
          <w:sz w:val="22"/>
        </w:rPr>
        <w:t>2、写总结最忌空话套话、千人一面，一定要有具体的事、具体的数字、具体的结果。领导看总结最关心三件事：你干成了什么、数据怎么样、有什么不足和打算。</w:t>
      </w:r>
    </w:p>
    <w:p>
      <w:r>
        <w:rPr>
          <w:sz w:val="22"/>
        </w:rPr>
        <w:t>3、成绩部分建议分条列项，一条一个重点，用"做了什么+怎么做的+结果数据"的结构；问题部分要写真问题、真短板，不要只写"学习不够"这种放之四海而皆准的套话。</w:t>
      </w:r>
    </w:p>
    <w:p>
      <w:r>
        <w:rPr>
          <w:sz w:val="22"/>
        </w:rPr>
        <w:t>4、工作计划要与前面查摆的问题一一呼应，前面说哪不足，后面就重点写怎么改、什么时候改到什么程度，这样总结才有内在逻辑，才显得真诚可信。</w:t>
      </w:r>
    </w:p>
    <w:p>
      <w:r>
        <w:rPr>
          <w:sz w:val="22"/>
        </w:rPr>
        <w:t>5、全文一般控制在1500到2500字，A4纸两到三页为宜：太短显得敷衍了事，太长又让人抓不住重点。写完后通读两遍，检查错别字、时间线和数据前后是否一致。</w:t>
      </w:r>
    </w:p>
    <w:p>
      <w:pPr>
        <w:pStyle w:val="Heading1"/>
      </w:pPr>
      <w:r>
        <w:t>六、团队协作与廉洁自律方面</w:t>
      </w:r>
    </w:p>
    <w:p>
      <w:r>
        <w:rPr>
          <w:sz w:val="22"/>
        </w:rPr>
        <w:t>在团队协作上，我始终坚持分工不分家，本部门任务主动干，其他部门需要配合的也不推诿。一年来先后配合____________、____________等部门完成了____________等跨部门工作，做到了遇事多商量、遇责多担当。在廉洁自律方面，我时刻绷紧纪律这根弦，严格执行中央八项规定精神和单位各项廉政制度，不该拿的不拿、不该去的不去、不该说的不说，干干净净做事、清清白白做人。一年来，本人及分管事项没有发生任何违纪违规问题。回顾这一年，我深感成绩的取得离不开组织的培养和同志们的帮助，同时也清醒认识到，成绩只能代表过去，短板必须正视。新的一年，我将以更高标准要求自己，把工作总结转化为改进工作的具体行动，一步一个脚印把本职工作推向前进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