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个人求职简历模板（应届毕业生与职场跳槽通用，含工作经历、项目经历与自我评价）</w:t>
      </w:r>
    </w:p>
    <w:p>
      <w:pPr>
        <w:pStyle w:val="Heading1"/>
      </w:pPr>
      <w:r>
        <w:t>一、个人基本信息</w:t>
      </w:r>
    </w:p>
    <w:p>
      <w:r>
        <w:rPr>
          <w:b/>
          <w:sz w:val="22"/>
        </w:rPr>
        <w:t>姓名：____________    性别：____    年龄：____岁    政治面貌：____________</w:t>
      </w:r>
    </w:p>
    <w:p>
      <w:r>
        <w:rPr>
          <w:b/>
          <w:sz w:val="22"/>
        </w:rPr>
        <w:t>联系电话：____________    电子邮箱：____________    现居城市：____________</w:t>
      </w:r>
    </w:p>
    <w:p>
      <w:r>
        <w:rPr>
          <w:b/>
          <w:sz w:val="22"/>
        </w:rPr>
        <w:t>求职意向：____________岗位    期望薪资：____________    可到岗时间：____________</w:t>
      </w:r>
    </w:p>
    <w:p>
      <w:pPr>
        <w:pStyle w:val="Heading1"/>
      </w:pPr>
      <w:r>
        <w:t>二、教育背景</w:t>
      </w:r>
    </w:p>
    <w:p>
      <w:r>
        <w:rPr>
          <w:sz w:val="22"/>
        </w:rPr>
        <w:t>____年__月 —— ____年__月    ____________大学（学院）    ____________专业    本科（硕士/大专）</w:t>
      </w:r>
    </w:p>
    <w:p>
      <w:r>
        <w:rPr>
          <w:sz w:val="22"/>
        </w:rPr>
        <w:t>主修课程：________________________________________________（只挑与应聘岗位相关的5到8门写，无关课程不写）。在校期间学习成绩排名专业前____%，曾获____________奖学金____次，被评为____________优秀学生（学生干部）称号。英语达到____________水平，计算机方面能够熟练操作。</w:t>
      </w:r>
    </w:p>
    <w:p>
      <w:pPr>
        <w:pStyle w:val="Heading1"/>
      </w:pPr>
      <w:r>
        <w:t>三、工作（实习）经历</w:t>
      </w:r>
    </w:p>
    <w:p>
      <w:r>
        <w:rPr>
          <w:sz w:val="22"/>
        </w:rPr>
        <w:t>____年__月 —— 至今    ____________公司（单位）    ____________岗位</w:t>
      </w:r>
    </w:p>
    <w:p>
      <w:r>
        <w:rPr>
          <w:sz w:val="22"/>
        </w:rPr>
        <w:t>主要职责与工作业绩：</w:t>
      </w:r>
    </w:p>
    <w:p>
      <w:r>
        <w:rPr>
          <w:sz w:val="22"/>
        </w:rPr>
        <w:t>1、负责____________日常工作，独立完成____________事项，累计处理____________（数量/金额），通过优化流程使办理效率提升约__%、差错率下降至__%；</w:t>
      </w:r>
    </w:p>
    <w:p>
      <w:r>
        <w:rPr>
          <w:sz w:val="22"/>
        </w:rPr>
        <w:t>2、参与____________重点项目，承担____________环节的具体工作，对接____________方，项目最终按期交付，达成____________效果；</w:t>
      </w:r>
    </w:p>
    <w:p>
      <w:r>
        <w:rPr>
          <w:sz w:val="22"/>
        </w:rPr>
        <w:t>3、负责____________数据统计与报表编制，按月（季）输出分析报告__份，为领导决策提供了数据支撑；</w:t>
      </w:r>
    </w:p>
    <w:p>
      <w:r>
        <w:rPr>
          <w:sz w:val="22"/>
        </w:rPr>
        <w:t>4、妥善处理了____________突发（投诉）事件，客户（同事）反馈良好，获得____________表扬。</w:t>
      </w:r>
    </w:p>
    <w:p>
      <w:r>
        <w:rPr>
          <w:sz w:val="22"/>
        </w:rPr>
        <w:t>____年__月 —— ____年__月    ____________公司（单位）    ____________岗位（实习/兼职）</w:t>
      </w:r>
    </w:p>
    <w:p>
      <w:r>
        <w:rPr>
          <w:sz w:val="22"/>
        </w:rPr>
        <w:t>协助正式员工完成____________日常事务，整理归档____________资料__份，接听咨询电话、接待来访__人次，起草、录入各类文档__份，较快熟悉了本行业的基本流程和业务规范。</w:t>
      </w:r>
    </w:p>
    <w:p>
      <w:pPr>
        <w:pStyle w:val="Heading1"/>
      </w:pPr>
      <w:r>
        <w:t>四、专业技能与证书</w:t>
      </w:r>
    </w:p>
    <w:p>
      <w:r>
        <w:rPr>
          <w:sz w:val="22"/>
        </w:rPr>
        <w:t>1、办公软件：熟练使用Word、Excel、PPT，能够独立完成数据透视、函数统计、报表制作和方案演示文稿；</w:t>
      </w:r>
    </w:p>
    <w:p>
      <w:r>
        <w:rPr>
          <w:sz w:val="22"/>
        </w:rPr>
        <w:t>2、语言能力：普通话标准，英语____________（如大学英语四六级、可进行日常会话）；</w:t>
      </w:r>
    </w:p>
    <w:p>
      <w:r>
        <w:rPr>
          <w:sz w:val="22"/>
        </w:rPr>
        <w:t>3、职业证书：____________（如机动车驾驶证、会计专业技术资格、教师资格、计算机等级、相关岗位从业资格等，按实际取得情况填写）；</w:t>
      </w:r>
    </w:p>
    <w:p>
      <w:r>
        <w:rPr>
          <w:sz w:val="22"/>
        </w:rPr>
        <w:t>4、其他特长：________________________________________（如写作、摄影、驾驶、某行业软件操作等，与岗位相关的优先写）。</w:t>
      </w:r>
    </w:p>
    <w:p>
      <w:pPr>
        <w:pStyle w:val="Heading1"/>
      </w:pPr>
      <w:r>
        <w:t>五、项目经历（有则填写）</w:t>
      </w:r>
    </w:p>
    <w:p>
      <w:r>
        <w:rPr>
          <w:sz w:val="22"/>
        </w:rPr>
        <w:t>项目名称：____________    本人角色：____________    项目时间：____年__月 —— ____年__月</w:t>
      </w:r>
    </w:p>
    <w:p>
      <w:r>
        <w:rPr>
          <w:sz w:val="22"/>
        </w:rPr>
        <w:t>项目简介：该项目旨在解决____________问题，覆盖____________范围，涉及____________方。本人在项目中主要负责____________，通过____________方法（工具、流程），解决了____________难点问题，最终实现____________目标，项目成果获得____________评价。</w:t>
      </w:r>
    </w:p>
    <w:p>
      <w:pPr>
        <w:pStyle w:val="Heading1"/>
      </w:pPr>
      <w:r>
        <w:t>六、自我评价</w:t>
      </w:r>
    </w:p>
    <w:p>
      <w:r>
        <w:rPr>
          <w:sz w:val="22"/>
        </w:rPr>
        <w:t>本人性格踏实稳重、做事细心负责，具备较强的执行力和抗压能力，能够较快适应新环境、新岗位；有一定的沟通协调能力和团队合作意识，遇到问题不推诿、不抱怨，愿意主动请教、主动承担。多年的学习和工作经历，让我养成了今日事今日毕、凡事有交代、件件有着落的习惯。我深知自己还有不少需要学习的地方，但我愿意从零学起、从小事做起，在岗位上踏实积累、稳步成长。</w:t>
      </w:r>
    </w:p>
    <w:p>
      <w:pPr>
        <w:pStyle w:val="Heading1"/>
      </w:pPr>
      <w:r>
        <w:t>七、简历填写与投递注意事项</w:t>
      </w:r>
    </w:p>
    <w:p>
      <w:r>
        <w:rPr>
          <w:sz w:val="22"/>
        </w:rPr>
        <w:t>1、简历以一页A4纸为宜，内容特别丰富的最多不超过两页。HR平均看一份简历只有几十秒，务必把最亮眼、与岗位最相关的经历放在最前面。</w:t>
      </w:r>
    </w:p>
    <w:p>
      <w:r>
        <w:rPr>
          <w:sz w:val="22"/>
        </w:rPr>
        <w:t>2、写经历要坚持"动词+具体事情+可量化结果"的方式，少写"负责什么工作"，多写"做成了什么、带来了什么数据变化"，用数字说话最有说服力。</w:t>
      </w:r>
    </w:p>
    <w:p>
      <w:r>
        <w:rPr>
          <w:sz w:val="22"/>
        </w:rPr>
        <w:t>3、求职意向要专一明确，不要一份简历海投所有岗位。每次投递前对照招聘要求微调关键词和经历顺序，让简历和岗位要求一一对应。</w:t>
      </w:r>
    </w:p>
    <w:p>
      <w:r>
        <w:rPr>
          <w:sz w:val="22"/>
        </w:rPr>
        <w:t>4、照片用正式、清爽的近期证件照；姓名、电话、邮箱务必准确，邮箱不要用太随意的昵称；现居地和到岗时间要如实填写。</w:t>
      </w:r>
    </w:p>
    <w:p>
      <w:r>
        <w:rPr>
          <w:sz w:val="22"/>
        </w:rPr>
        <w:t>5、简历写完至少检查两遍，杜绝错别字、时间线矛盾和明显夸大；投递时尽量导出为PDF格式，避免在不同设备上排版错乱。</w:t>
      </w:r>
    </w:p>
    <w:p>
      <w:pPr>
        <w:pStyle w:val="Heading1"/>
      </w:pPr>
      <w:r>
        <w:t>八、校园经历与社会实践（应届毕业生填写）</w:t>
      </w:r>
    </w:p>
    <w:p>
      <w:r>
        <w:rPr>
          <w:sz w:val="22"/>
        </w:rPr>
        <w:t>____年__月 —— ____年__月    担任____________（班级/学生会/社团职务）</w:t>
      </w:r>
    </w:p>
    <w:p>
      <w:r>
        <w:rPr>
          <w:sz w:val="22"/>
        </w:rPr>
        <w:t>组织策划了____________校园活动，参与筹备、宣传、现场执行全过程，吸引____________人参加，活动效果获师生好评；牵头组建了____________小组，制定章程、分工协作，定期开展____________活动，培养了组织协调和团队领导能力。</w:t>
      </w:r>
    </w:p>
    <w:p>
      <w:r>
        <w:rPr>
          <w:sz w:val="22"/>
        </w:rPr>
        <w:t>____年暑假    ________社会实践/志愿服务团队    队员</w:t>
      </w:r>
    </w:p>
    <w:p>
      <w:r>
        <w:rPr>
          <w:sz w:val="22"/>
        </w:rPr>
        <w:t>随团队赴____________开展____________社会实践（志愿服务），走访调研____________，形成调研报告（服务记录）一份，被____________报道（表彰），增强了沟通表达和吃苦精神。</w:t>
      </w:r>
    </w:p>
    <w:p>
      <w:pPr>
        <w:pStyle w:val="Heading1"/>
      </w:pPr>
      <w:r>
        <w:t>九、简历写作常见问题对照</w:t>
      </w:r>
    </w:p>
    <w:p>
      <w:r>
        <w:rPr>
          <w:sz w:val="22"/>
        </w:rPr>
        <w:t>问题一：通篇都是"负责、参与、协助"，看不出结果。改进办法：每条经历后面补上数据，比如"整理台账__份、节约时间__小时、满意度提升__个百分点"，哪怕是估算也要有数量级概念。</w:t>
      </w:r>
    </w:p>
    <w:p>
      <w:r>
        <w:rPr>
          <w:sz w:val="22"/>
        </w:rPr>
        <w:t>问题二：求职意向写"都可以、不限"。改进办法：针对目标岗位写一句话意向，如"应聘行政人事岗位，期望在本市长期发展"，让HR觉得你是冲着这个岗位来的。</w:t>
      </w:r>
    </w:p>
    <w:p>
      <w:r>
        <w:rPr>
          <w:sz w:val="22"/>
        </w:rPr>
        <w:t>问题三：把课程表、奖状原样堆砌。改进办法：只保留与岗位相关的课程、最有分量的两三个奖项，其余删除，把版面留给能证明你能力的经历。</w:t>
      </w:r>
    </w:p>
    <w:p>
      <w:r>
        <w:rPr>
          <w:sz w:val="22"/>
        </w:rPr>
        <w:t>问题四：自我评价全是"性格开朗、吃苦耐劳"。改进办法：用一两个具体事例支撑，如"连续两年负责部门月末结账，零差错完成"，比空泛形容词有说服力得多。</w:t>
      </w:r>
    </w:p>
    <w:p>
      <w:r>
        <w:rPr>
          <w:sz w:val="22"/>
        </w:rPr>
        <w:t>最后提醒：简历是敲门砖，面试才是决胜场。投递前对着岗位要求逐条问自己"我哪段经历能证明这条"，把答案准备成两三个小故事，面试时从容讲出来，录取概率会大大提高。</w:t>
      </w:r>
    </w:p>
    <w:p>
      <w:r>
        <w:rPr>
          <w:sz w:val="22"/>
        </w:rPr>
        <w:t>另外，投递渠道上建议多管齐下：招聘网站海投一份的同时，不妨托熟人、学长内推，内推简历被HR看到的概率往往高得多。收到面试通知后，提前了解公司主营业务、岗位日常内容和通勤距离，面试当天提前十五分钟到达，着装有分寸、回答有重点。拿到offer后，把岗位职责、薪资构成、试用期长短、社保公积金缴纳时间问清楚再入职，避免入职后产生落差。</w:t>
      </w:r>
    </w:p>
    <w:p>
      <w:pPr>
        <w:pStyle w:val="Heading1"/>
      </w:pPr>
      <w:r>
        <w:t>十、求职信（自我介绍信）参考段落</w:t>
      </w:r>
    </w:p>
    <w:p>
      <w:r>
        <w:rPr>
          <w:sz w:val="22"/>
        </w:rPr>
        <w:t>尊敬的招聘负责人：您好！我是____________，毕业于____________大学____________专业，应聘贵公司____________岗位。在校（工作）期间，我系统学习了____________，并在____________实习/工作中积累了____________方面的实际经验，能够快速上手本岗位的日常事务。我了解到贵公司在____________领域有良好口碑和发展前景，本人也希望在这样的平台上长期稳定发展，把自己的专业所长发挥出来。随信附上个人简历，恳请给予面试机会，我一定用踏实的工作表现证明自己。顺祝商祺！</w:t>
      </w:r>
    </w:p>
    <w:p>
      <w:r>
        <w:rPr>
          <w:sz w:val="22"/>
        </w:rPr>
        <w:t>需要提醒的是，求职信不是简历的重复，而是用两三段话讲清三件事：我是谁、我能干什么、我为什么想来贵公司。语气不卑不亢，篇幅控制在半页纸以内即可。</w:t>
      </w:r>
    </w:p>
    <w:p>
      <w:r>
        <w:rPr>
          <w:sz w:val="22"/>
        </w:rPr>
        <w:t>总之，一份好简历的标准很简单：HR看完能用一句话说清"这个人适合什么岗位、有什么拿得出手的经历"。如果你写完自己都觉得平平淡淡、抓不住重点，那就再改一版，把最亮眼的数字和结果提到最前面。找工作是个双向选择的过程，既要展示自己，也要理性判断对方，切忌病急乱投医，更不要在简历里注水造假，诚信永远是职场的第一张名片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