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入党申请书标准格式范文（含对党的认识、个人经历、入党动机与努力方向）</w:t>
      </w:r>
    </w:p>
    <w:p>
      <w:pPr>
        <w:pStyle w:val="Heading1"/>
      </w:pPr>
      <w:r>
        <w:t>敬爱的党组织：</w:t>
      </w:r>
    </w:p>
    <w:p>
      <w:r>
        <w:rPr>
          <w:sz w:val="22"/>
        </w:rPr>
        <w:t>我叫____________，男（女），____族，____年____月出生，籍贯是____________省（自治区）____________市（县），现家庭住址在____________，文化程度____________，现工作（学习）单位是____________，担任____________职务（身份）。今天，我怀着十分激动而庄重的心情，郑重地向党组织提出申请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pStyle w:val="Heading1"/>
      </w:pPr>
      <w:r>
        <w:t>一、对党的认识</w:t>
      </w:r>
    </w:p>
    <w:p>
      <w:r>
        <w:rPr>
          <w:sz w:val="22"/>
        </w:rPr>
        <w:t>从小时候起，我就从课本里、从长辈的讲述中知道了中国共产党，知道了那些为了民族独立和人民解放抛头颅、洒热血的革命先辈。随着年岁增长和学习深入，我逐渐明白：我们党是中国工人阶级的先锋队，同时是中国人民和中华民族的先锋队，是中国特色社会主义事业的领导核心，代表中国先进生产力的发展要求，代表中国先进文化的前进方向，代表中国最广大人民的根本利益。</w:t>
      </w:r>
    </w:p>
    <w:p>
      <w:r>
        <w:rPr>
          <w:sz w:val="22"/>
        </w:rPr>
        <w:t>回顾百年历程，是党带领人民推翻了帝国主义、封建主义、官僚资本主义三座大山，建立了人民当家作主的新中国；是党带领人民实行改革开放，让亿万人民摆脱贫困、走向小康；也是党带领人民打赢了人类历史上规模最大的脱贫攻坚战，在中华大地上全面建成了小康社会。历史和现实都一再雄辩地证明：没有共产党，就没有新中国；没有共产党，就没有我们今天幸福安定的生活。</w:t>
      </w:r>
    </w:p>
    <w:p>
      <w:r>
        <w:rPr>
          <w:sz w:val="22"/>
        </w:rPr>
        <w:t>在日常工作和生活中，我也看到了许多身边优秀党员的样子：急难险重任务面前他们第一个报名，群众有困难他们第一个伸手，评先评优他们第一个谦让。正是这些看得见、学得到的榜样，让我从心底里向往党组织，渴望成为这个先进集体中的光荣一员。</w:t>
      </w:r>
    </w:p>
    <w:p>
      <w:pPr>
        <w:pStyle w:val="Heading1"/>
      </w:pPr>
      <w:r>
        <w:t>二、个人经历与思想成长</w:t>
      </w:r>
    </w:p>
    <w:p>
      <w:r>
        <w:rPr>
          <w:sz w:val="22"/>
        </w:rPr>
        <w:t>____年至____年，我在____________小学读书，在老师的教育下加入了中国少年先锋队，戴上了红领巾；____年至____年，我在____________中学读书，进一步加深了对团组织的认识，加入了中国共产主义青年团；____年我考入（参加工作）____________，开始了新的学习（工作）阶段。参加工作（学习）以来，我在____________岗位上，认真完成领导（老师）交办的每一项任务，虚心向身边的党员同志学习。</w:t>
      </w:r>
    </w:p>
    <w:p>
      <w:r>
        <w:rPr>
          <w:sz w:val="22"/>
        </w:rPr>
        <w:t>通过参加单位（学校、社区）组织的政治学习、主题党日和主题教育活动，我比较系统地学习了党的基本理论、基本路线、基本方略，进一步懂得了我们党的初心和使命就是为中国人民谋幸福、为中华民族谋复兴。我越来越深刻地认识到，一个人只有把自己的理想追求融入党和人民的事业之中，把个人奋斗同国家发展、民族复兴结合起来，人生才有更厚重、更长远的意义。</w:t>
      </w:r>
    </w:p>
    <w:p>
      <w:pPr>
        <w:pStyle w:val="Heading1"/>
      </w:pPr>
      <w:r>
        <w:t>三、入党动机</w:t>
      </w:r>
    </w:p>
    <w:p>
      <w:r>
        <w:rPr>
          <w:sz w:val="22"/>
        </w:rPr>
        <w:t>我申请加入中国共产党，绝不是为了脸面好看，更不是为了将来谋取什么个人好处，而是真心实意地想在党组织的培养教育下，把自己锻炼成为一名有觉悟、有担当、能吃苦、肯奉献的先进分子。我渴望以一名共产党员的标准更加严格地要求自己，在本职岗位上多作贡献，在群众需要的时候站得出来、顶得上去，用一辈子的实际行动践行入党时的庄严誓言。</w:t>
      </w:r>
    </w:p>
    <w:p>
      <w:pPr>
        <w:pStyle w:val="Heading1"/>
      </w:pPr>
      <w:r>
        <w:t>四、今后的努力方向与态度</w:t>
      </w:r>
    </w:p>
    <w:p>
      <w:r>
        <w:rPr>
          <w:sz w:val="22"/>
        </w:rPr>
        <w:t>如果党组织能够批准我的申请，我将倍加珍惜这份荣誉，努力做到：一是认真学习党的创新理论，在思想上政治上行动上同党中央保持高度一致；二是立足本职、扎实工作，把每一件平凡的小事做细做好；三是密切联系群众，热心帮助身边有困难的同志；四是严格遵守党的纪律，自觉接受组织和同志们的监督。如果党组织暂时没有批准我的申请，我也绝不气馁、绝不闹情绪，我会认真听取意见、查找差距、继续努力，用实实在在的行动争取早日加入党组织。</w:t>
      </w:r>
    </w:p>
    <w:p>
      <w:r>
        <w:rPr>
          <w:sz w:val="22"/>
        </w:rPr>
        <w:t>请党组织在实践中考验我！</w:t>
      </w:r>
    </w:p>
    <w:p>
      <w:r>
        <w:rPr>
          <w:b/>
          <w:sz w:val="22"/>
        </w:rPr>
        <w:t>申请人（签名）：____________</w:t>
      </w:r>
    </w:p>
    <w:p>
      <w:r>
        <w:rPr>
          <w:b/>
          <w:sz w:val="22"/>
        </w:rPr>
        <w:t>____年____月____日</w:t>
      </w:r>
    </w:p>
    <w:p>
      <w:pPr>
        <w:pStyle w:val="Heading1"/>
      </w:pPr>
      <w:r>
        <w:t>附：入党申请书撰写与提交注意事项</w:t>
      </w:r>
    </w:p>
    <w:p>
      <w:r>
        <w:rPr>
          <w:sz w:val="22"/>
        </w:rPr>
        <w:t>1、入党申请书一般应由申请人亲笔书写；如确有困难，可由本人口述、他人代笔，但本人必须亲笔签名并按手印。要用自己的话讲真情实感，切忌照搬照抄网上范文、空话连篇、千人一面。</w:t>
      </w:r>
    </w:p>
    <w:p>
      <w:r>
        <w:rPr>
          <w:sz w:val="22"/>
        </w:rPr>
        <w:t>2、格式上，开头顶格写"敬爱的党组织："，正文分段写清对党的认识、个人经历、入党动机和努力方向；结尾一般写"请党组织在实践中考验我！"，右下角署申请人姓名和申请日期。</w:t>
      </w:r>
    </w:p>
    <w:p>
      <w:r>
        <w:rPr>
          <w:sz w:val="22"/>
        </w:rPr>
        <w:t>3、个人经历要从小学起按时间顺序写清楚，包括何时何地加入少先队、共青团，何时参加工作或上大学，担任何种职务，受过何种奖励或处分，便于党组织了解培养。</w:t>
      </w:r>
    </w:p>
    <w:p>
      <w:r>
        <w:rPr>
          <w:sz w:val="22"/>
        </w:rPr>
        <w:t>4、入党动机一定要真诚，要结合自己的成长经历、家庭影响和身边党员榜样来写，不要空喊口号、不要堆砌华丽辞藻。态度要诚恳，既要表达愿望，也要正视自身不足。</w:t>
      </w:r>
    </w:p>
    <w:p>
      <w:r>
        <w:rPr>
          <w:sz w:val="22"/>
        </w:rPr>
        <w:t>5、申请书写好后，应主动、亲自交给所在单位（村、社区、学校）党支部的负责同志，并如实回答党组织的谈话了解。递交后要继续以党员标准要求自己，接受党组织的长期培养和考验。</w:t>
      </w:r>
    </w:p>
    <w:p>
      <w:pPr>
        <w:pStyle w:val="Heading1"/>
      </w:pPr>
      <w:r>
        <w:t>二、对党的宗旨和纪律的进一步认识</w:t>
      </w:r>
    </w:p>
    <w:p>
      <w:r>
        <w:rPr>
          <w:sz w:val="22"/>
        </w:rPr>
        <w:t>通过学习，我还深刻认识到，我们党除了工人阶级和最广大人民群众的利益，没有自己特殊的利益。全心全意为人民服务，是我们党的根本宗旨。这一点，不是挂在嘴上的口号，而是体现在一代代党员冲锋在前、享受在后的具体行动里。无论是革命年代舍生忘死的先烈，还是和平时期扎根基层、默默奉献的普通党员，他们用行动告诉我：党员这个称号，意味着比普通人多一份责任、多一份牺牲、多一份坚守。</w:t>
      </w:r>
    </w:p>
    <w:p>
      <w:r>
        <w:rPr>
          <w:sz w:val="22"/>
        </w:rPr>
        <w:t>同时我也认识到，加入党组织不仅是光荣，更是约束。党的纪律是党的生命线，每一名党员都必须严守政治纪律、组织纪律、廉洁纪律、群众纪律、工作纪律和生活纪律。我愿意在党组织中接受严格的教育和管理，把纪律和规矩内化于心、外化于行，做一个让组织放心、让群众信任的人。我深知，从一名普通群众成长为一名合格党员，还有很长的路要走，但我有决心、有信心，在党组织的帮助下不断进步，用一辈子的努力践行今天写下的这份誓言。我也会正确对待组织上的培养考察，多向入党介绍人请教，定期汇报思想，老老实实做人、踏踏实实做事，争取早日在思想上、行动上达到一名共产党员的标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