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黑体" w:hAnsi="黑体" w:eastAsia="黑体"/>
          <w:b/>
          <w:sz w:val="36"/>
        </w:rPr>
        <w:t>导游资格证《导游业务》100题（含答案与解析，2027备考刷题Word下载）</w:t>
      </w:r>
    </w:p>
    <w:p/>
    <w:p>
      <w:r>
        <w:t>本题库为备考刷题使用，共100道单项选择题，每题附答案与解析。建议考生先独立作答，再对照答案查漏补缺。</w:t>
      </w:r>
    </w:p>
    <w:p/>
    <w:p>
      <w:r>
        <w:rPr>
          <w:b/>
        </w:rPr>
        <w:t>1. 全程陪同导游员（全陪）的主要职责是（　）</w:t>
      </w:r>
    </w:p>
    <w:p>
      <w:r>
        <w:t xml:space="preserve">    A.安排旅游活动</w:t>
      </w:r>
    </w:p>
    <w:p>
      <w:r>
        <w:t xml:space="preserve">    B.实施旅游接待计划</w:t>
      </w:r>
    </w:p>
    <w:p>
      <w:r>
        <w:t xml:space="preserve">    C.导游讲解</w:t>
      </w:r>
    </w:p>
    <w:p>
      <w:r>
        <w:t xml:space="preserve">    D.宣传本地文化</w:t>
      </w:r>
    </w:p>
    <w:p>
      <w:r>
        <w:rPr>
          <w:b/>
          <w:color w:val="C00000"/>
        </w:rPr>
        <w:t>【答案】B</w:t>
      </w:r>
    </w:p>
    <w:p>
      <w:r>
        <w:t>【解析】全陪负责实施旅游接待计划，联络上下站，监督质量。</w:t>
      </w:r>
    </w:p>
    <w:p/>
    <w:p>
      <w:r>
        <w:rPr>
          <w:b/>
        </w:rPr>
        <w:t>2. 地方陪同导游员（地陪）在接团前应确认旅游团所乘交通工具抵达的准确时间，应在飞机抵达前（　）到达机场。</w:t>
      </w:r>
    </w:p>
    <w:p>
      <w:r>
        <w:t xml:space="preserve">    A.30分钟</w:t>
      </w:r>
    </w:p>
    <w:p>
      <w:r>
        <w:t xml:space="preserve">    B.1小时</w:t>
      </w:r>
    </w:p>
    <w:p>
      <w:r>
        <w:t xml:space="preserve">    C.1.5小时</w:t>
      </w:r>
    </w:p>
    <w:p>
      <w:r>
        <w:t xml:space="preserve">    D.2小时</w:t>
      </w:r>
    </w:p>
    <w:p>
      <w:r>
        <w:rPr>
          <w:b/>
          <w:color w:val="C00000"/>
        </w:rPr>
        <w:t>【答案】B</w:t>
      </w:r>
    </w:p>
    <w:p>
      <w:r>
        <w:t>【解析】地陪接国内航班应提前30分钟到机场，国际航班提前2小时；通常要求提前1小时抵达机场问询处。</w:t>
      </w:r>
    </w:p>
    <w:p/>
    <w:p>
      <w:r>
        <w:rPr>
          <w:b/>
        </w:rPr>
        <w:t>3. 地陪在接站时，应提前（　）抵达车站、码头。</w:t>
      </w:r>
    </w:p>
    <w:p>
      <w:r>
        <w:t xml:space="preserve">    A.30分钟</w:t>
      </w:r>
    </w:p>
    <w:p>
      <w:r>
        <w:t xml:space="preserve">    B.1小时</w:t>
      </w:r>
    </w:p>
    <w:p>
      <w:r>
        <w:t xml:space="preserve">    C.2小时</w:t>
      </w:r>
    </w:p>
    <w:p>
      <w:r>
        <w:t xml:space="preserve">    D.15分钟</w:t>
      </w:r>
    </w:p>
    <w:p>
      <w:r>
        <w:rPr>
          <w:b/>
          <w:color w:val="C00000"/>
        </w:rPr>
        <w:t>【答案】A</w:t>
      </w:r>
    </w:p>
    <w:p>
      <w:r>
        <w:t>【解析】接火车、轮船应提前30分钟抵达车站、码头。</w:t>
      </w:r>
    </w:p>
    <w:p/>
    <w:p>
      <w:r>
        <w:rPr>
          <w:b/>
        </w:rPr>
        <w:t>4. 导游人员在带团过程中，如遇旅游者突发重病，应首先（　）</w:t>
      </w:r>
    </w:p>
    <w:p>
      <w:r>
        <w:t xml:space="preserve">    A.通知旅行社</w:t>
      </w:r>
    </w:p>
    <w:p>
      <w:r>
        <w:t xml:space="preserve">    B.送就近医院</w:t>
      </w:r>
    </w:p>
    <w:p>
      <w:r>
        <w:t xml:space="preserve">    C.通知家属</w:t>
      </w:r>
    </w:p>
    <w:p>
      <w:r>
        <w:t xml:space="preserve">    D.报告保险公司</w:t>
      </w:r>
    </w:p>
    <w:p>
      <w:r>
        <w:rPr>
          <w:b/>
          <w:color w:val="C00000"/>
        </w:rPr>
        <w:t>【答案】B</w:t>
      </w:r>
    </w:p>
    <w:p>
      <w:r>
        <w:t>【解析】旅游者突发重病应立即送往就近医院抢救，同时通知旅行社和亲属。</w:t>
      </w:r>
    </w:p>
    <w:p/>
    <w:p>
      <w:r>
        <w:rPr>
          <w:b/>
        </w:rPr>
        <w:t>5. 旅游者在旅游途中走失，导游人员应首先（　）</w:t>
      </w:r>
    </w:p>
    <w:p>
      <w:r>
        <w:t xml:space="preserve">    A.了解情况，迅速寻找</w:t>
      </w:r>
    </w:p>
    <w:p>
      <w:r>
        <w:t xml:space="preserve">    B.报告旅行社</w:t>
      </w:r>
    </w:p>
    <w:p>
      <w:r>
        <w:t xml:space="preserve">    C.报告公安</w:t>
      </w:r>
    </w:p>
    <w:p>
      <w:r>
        <w:t xml:space="preserve">    D.通知下一站</w:t>
      </w:r>
    </w:p>
    <w:p>
      <w:r>
        <w:rPr>
          <w:b/>
          <w:color w:val="C00000"/>
        </w:rPr>
        <w:t>【答案】A</w:t>
      </w:r>
    </w:p>
    <w:p>
      <w:r>
        <w:t>【解析】发现走失应立即了解情况、组织寻找，同时报告接待社。</w:t>
      </w:r>
    </w:p>
    <w:p/>
    <w:p>
      <w:r>
        <w:rPr>
          <w:b/>
        </w:rPr>
        <w:t>6. 导游人员如发现个别旅游者在游览过程中举止越轨，应立即（　）</w:t>
      </w:r>
    </w:p>
    <w:p>
      <w:r>
        <w:t xml:space="preserve">    A.严厉批评</w:t>
      </w:r>
    </w:p>
    <w:p>
      <w:r>
        <w:t xml:space="preserve">    B.汇报领导</w:t>
      </w:r>
    </w:p>
    <w:p>
      <w:r>
        <w:t xml:space="preserve">    C.予以劝阻并报告</w:t>
      </w:r>
    </w:p>
    <w:p>
      <w:r>
        <w:t xml:space="preserve">    D.扭送公安</w:t>
      </w:r>
    </w:p>
    <w:p>
      <w:r>
        <w:rPr>
          <w:b/>
          <w:color w:val="C00000"/>
        </w:rPr>
        <w:t>【答案】C</w:t>
      </w:r>
    </w:p>
    <w:p>
      <w:r>
        <w:t>【解析】对越轨行为应礼貌劝阻，明确表明观点，并及时报告有关部门。</w:t>
      </w:r>
    </w:p>
    <w:p/>
    <w:p>
      <w:r>
        <w:rPr>
          <w:b/>
        </w:rPr>
        <w:t>7. 导游讲解应遵循的基本原则中，最能体现导游语言艺术性的是（　）</w:t>
      </w:r>
    </w:p>
    <w:p>
      <w:r>
        <w:t xml:space="preserve">    A.客观性</w:t>
      </w:r>
    </w:p>
    <w:p>
      <w:r>
        <w:t xml:space="preserve">    B.针对性</w:t>
      </w:r>
    </w:p>
    <w:p>
      <w:r>
        <w:t xml:space="preserve">    C.计划性</w:t>
      </w:r>
    </w:p>
    <w:p>
      <w:r>
        <w:t xml:space="preserve">    D.灵活性</w:t>
      </w:r>
    </w:p>
    <w:p>
      <w:r>
        <w:rPr>
          <w:b/>
          <w:color w:val="C00000"/>
        </w:rPr>
        <w:t>【答案】D</w:t>
      </w:r>
    </w:p>
    <w:p>
      <w:r>
        <w:t>【解析】灵活性是指导游讲解要根据不同对象、时间、地点灵活调整，体现艺术性。</w:t>
      </w:r>
    </w:p>
    <w:p/>
    <w:p>
      <w:r>
        <w:rPr>
          <w:b/>
        </w:rPr>
        <w:t>8. 「长江是中国第一大河，全长6300公里」这种讲解方法属于（　）</w:t>
      </w:r>
    </w:p>
    <w:p>
      <w:r>
        <w:t xml:space="preserve">    A.概述法</w:t>
      </w:r>
    </w:p>
    <w:p>
      <w:r>
        <w:t xml:space="preserve">    B.突出重点法</w:t>
      </w:r>
    </w:p>
    <w:p>
      <w:r>
        <w:t xml:space="preserve">    C.数字类比法</w:t>
      </w:r>
    </w:p>
    <w:p>
      <w:r>
        <w:t xml:space="preserve">    D.触景生情法</w:t>
      </w:r>
    </w:p>
    <w:p>
      <w:r>
        <w:rPr>
          <w:b/>
          <w:color w:val="C00000"/>
        </w:rPr>
        <w:t>【答案】C</w:t>
      </w:r>
    </w:p>
    <w:p>
      <w:r>
        <w:t>【解析】用数字说明事物特征是数字（量化）讲解法。</w:t>
      </w:r>
    </w:p>
    <w:p/>
    <w:p>
      <w:r>
        <w:rPr>
          <w:b/>
        </w:rPr>
        <w:t>9. 导游人员在讲到颐和园时，把它与法国凡尔赛宫相比较，这种方法是（　）</w:t>
      </w:r>
    </w:p>
    <w:p>
      <w:r>
        <w:t xml:space="preserve">    A.类比法</w:t>
      </w:r>
    </w:p>
    <w:p>
      <w:r>
        <w:t xml:space="preserve">    B.虚实结合法</w:t>
      </w:r>
    </w:p>
    <w:p>
      <w:r>
        <w:t xml:space="preserve">    C.触景生情法</w:t>
      </w:r>
    </w:p>
    <w:p>
      <w:r>
        <w:t xml:space="preserve">    D.悬念法</w:t>
      </w:r>
    </w:p>
    <w:p>
      <w:r>
        <w:rPr>
          <w:b/>
          <w:color w:val="C00000"/>
        </w:rPr>
        <w:t>【答案】A</w:t>
      </w:r>
    </w:p>
    <w:p>
      <w:r>
        <w:t>【解析】类比法是以熟喻生，用旅游者熟悉的事物类比眼前景物。</w:t>
      </w:r>
    </w:p>
    <w:p/>
    <w:p>
      <w:r>
        <w:rPr>
          <w:b/>
        </w:rPr>
        <w:t>10. 导游讲解中「先藏后露、欲扬先抑」的手法属于（　）</w:t>
      </w:r>
    </w:p>
    <w:p>
      <w:r>
        <w:t xml:space="preserve">    A.悬念法</w:t>
      </w:r>
    </w:p>
    <w:p>
      <w:r>
        <w:t xml:space="preserve">    B.概述法</w:t>
      </w:r>
    </w:p>
    <w:p>
      <w:r>
        <w:t xml:space="preserve">    C.突出重点法</w:t>
      </w:r>
    </w:p>
    <w:p>
      <w:r>
        <w:t xml:space="preserve">    D.问答法</w:t>
      </w:r>
    </w:p>
    <w:p>
      <w:r>
        <w:rPr>
          <w:b/>
          <w:color w:val="C00000"/>
        </w:rPr>
        <w:t>【答案】A</w:t>
      </w:r>
    </w:p>
    <w:p>
      <w:r>
        <w:t>【解析】悬念法即制造悬念，先藏后露，吸引游客注意力。</w:t>
      </w:r>
    </w:p>
    <w:p/>
    <w:p>
      <w:r>
        <w:rPr>
          <w:b/>
        </w:rPr>
        <w:t>11. 旅游团抵达饭店后，办理住店手续的是（　）</w:t>
      </w:r>
    </w:p>
    <w:p>
      <w:r>
        <w:t xml:space="preserve">    A.领队</w:t>
      </w:r>
    </w:p>
    <w:p>
      <w:r>
        <w:t xml:space="preserve">    B.全陪</w:t>
      </w:r>
    </w:p>
    <w:p>
      <w:r>
        <w:t xml:space="preserve">    C.地陪</w:t>
      </w:r>
    </w:p>
    <w:p>
      <w:r>
        <w:t xml:space="preserve">    D.饭店前厅</w:t>
      </w:r>
    </w:p>
    <w:p>
      <w:r>
        <w:rPr>
          <w:b/>
          <w:color w:val="C00000"/>
        </w:rPr>
        <w:t>【答案】A</w:t>
      </w:r>
    </w:p>
    <w:p>
      <w:r>
        <w:t>【解析】住店手续一般由领队办理，地陪协助分房、叫早、通知用餐。</w:t>
      </w:r>
    </w:p>
    <w:p/>
    <w:p>
      <w:r>
        <w:rPr>
          <w:b/>
        </w:rPr>
        <w:t>12. 旅游团在离开饭店赴下一站时，地陪应提醒旅游者（　）</w:t>
      </w:r>
    </w:p>
    <w:p>
      <w:r>
        <w:t xml:space="preserve">    A.结清账目</w:t>
      </w:r>
    </w:p>
    <w:p>
      <w:r>
        <w:t xml:space="preserve">    B.带好随身物品</w:t>
      </w:r>
    </w:p>
    <w:p>
      <w:r>
        <w:t xml:space="preserve">    C.检查房间有无遗留物品</w:t>
      </w:r>
    </w:p>
    <w:p>
      <w:r>
        <w:t xml:space="preserve">    D.以上都包括</w:t>
      </w:r>
    </w:p>
    <w:p>
      <w:r>
        <w:rPr>
          <w:b/>
          <w:color w:val="C00000"/>
        </w:rPr>
        <w:t>【答案】D</w:t>
      </w:r>
    </w:p>
    <w:p>
      <w:r>
        <w:t>【解析】离店时地陪应提醒结清账目、带好物品、检查房间。</w:t>
      </w:r>
    </w:p>
    <w:p/>
    <w:p>
      <w:r>
        <w:rPr>
          <w:b/>
        </w:rPr>
        <w:t>13. 送乘国内航班离开本地的旅游团，地陪应提醒旅游者提前（　）抵达机场。</w:t>
      </w:r>
    </w:p>
    <w:p>
      <w:r>
        <w:t xml:space="preserve">    A.30分钟</w:t>
      </w:r>
    </w:p>
    <w:p>
      <w:r>
        <w:t xml:space="preserve">    B.1小时</w:t>
      </w:r>
    </w:p>
    <w:p>
      <w:r>
        <w:t xml:space="preserve">    C.1.5小时</w:t>
      </w:r>
    </w:p>
    <w:p>
      <w:r>
        <w:t xml:space="preserve">    D.2小时</w:t>
      </w:r>
    </w:p>
    <w:p>
      <w:r>
        <w:rPr>
          <w:b/>
          <w:color w:val="C00000"/>
        </w:rPr>
        <w:t>【答案】D</w:t>
      </w:r>
    </w:p>
    <w:p>
      <w:r>
        <w:t>【解析】乘国内航班应提前1.5至2小时到机场；出境航班提前3小时。</w:t>
      </w:r>
    </w:p>
    <w:p/>
    <w:p>
      <w:r>
        <w:rPr>
          <w:b/>
        </w:rPr>
        <w:t>14. 旅游团在一地的游览结束，地陪归还旅游团行李时，应当（　）</w:t>
      </w:r>
    </w:p>
    <w:p>
      <w:r>
        <w:t xml:space="preserve">    A.让领队分发</w:t>
      </w:r>
    </w:p>
    <w:p>
      <w:r>
        <w:t xml:space="preserve">    B.当面清点行李件数并签字</w:t>
      </w:r>
    </w:p>
    <w:p>
      <w:r>
        <w:t xml:space="preserve">    C.直接交给旅游者</w:t>
      </w:r>
    </w:p>
    <w:p>
      <w:r>
        <w:t xml:space="preserve">    D.请饭店转交</w:t>
      </w:r>
    </w:p>
    <w:p>
      <w:r>
        <w:rPr>
          <w:b/>
          <w:color w:val="C00000"/>
        </w:rPr>
        <w:t>【答案】B</w:t>
      </w:r>
    </w:p>
    <w:p>
      <w:r>
        <w:t>【解析】行李交接应当面点清件数，签字确认，避免纠纷。</w:t>
      </w:r>
    </w:p>
    <w:p/>
    <w:p>
      <w:r>
        <w:rPr>
          <w:b/>
        </w:rPr>
        <w:t>15. 导游人员在带团用餐时，应提前（　）抵达餐厅。</w:t>
      </w:r>
    </w:p>
    <w:p>
      <w:r>
        <w:t xml:space="preserve">    A.5分钟</w:t>
      </w:r>
    </w:p>
    <w:p>
      <w:r>
        <w:t xml:space="preserve">    B.10分钟</w:t>
      </w:r>
    </w:p>
    <w:p>
      <w:r>
        <w:t xml:space="preserve">    C.15分钟</w:t>
      </w:r>
    </w:p>
    <w:p>
      <w:r>
        <w:t xml:space="preserve">    D.30分钟</w:t>
      </w:r>
    </w:p>
    <w:p>
      <w:r>
        <w:rPr>
          <w:b/>
          <w:color w:val="C00000"/>
        </w:rPr>
        <w:t>【答案】C</w:t>
      </w:r>
    </w:p>
    <w:p>
      <w:r>
        <w:t>【解析】地陪应提前15分钟抵达餐厅，确认用餐安排、桌位。</w:t>
      </w:r>
    </w:p>
    <w:p/>
    <w:p>
      <w:r>
        <w:rPr>
          <w:b/>
        </w:rPr>
        <w:t>16. 旅游者要求单独外出购物时，导游人员应（　）</w:t>
      </w:r>
    </w:p>
    <w:p>
      <w:r>
        <w:t xml:space="preserve">    A.一律拒绝</w:t>
      </w:r>
    </w:p>
    <w:p>
      <w:r>
        <w:t xml:space="preserve">    B.予以协助并提醒注意</w:t>
      </w:r>
    </w:p>
    <w:p>
      <w:r>
        <w:t xml:space="preserve">    C.陪同前往</w:t>
      </w:r>
    </w:p>
    <w:p>
      <w:r>
        <w:t xml:space="preserve">    D.不置可否</w:t>
      </w:r>
    </w:p>
    <w:p>
      <w:r>
        <w:rPr>
          <w:b/>
          <w:color w:val="C00000"/>
        </w:rPr>
        <w:t>【答案】B</w:t>
      </w:r>
    </w:p>
    <w:p>
      <w:r>
        <w:t>【解析】旅游者要求单独购物，导游可予以协助，写好商店便条，提醒注意安全。</w:t>
      </w:r>
    </w:p>
    <w:p/>
    <w:p>
      <w:r>
        <w:rPr>
          <w:b/>
        </w:rPr>
        <w:t>17. 旅游者要求去不健康的娱乐场所，导游人员应（　）</w:t>
      </w:r>
    </w:p>
    <w:p>
      <w:r>
        <w:t xml:space="preserve">    A.陪同前往</w:t>
      </w:r>
    </w:p>
    <w:p>
      <w:r>
        <w:t xml:space="preserve">    B.断然拒绝并介绍正当娱乐</w:t>
      </w:r>
    </w:p>
    <w:p>
      <w:r>
        <w:t xml:space="preserve">    C.视而不见</w:t>
      </w:r>
    </w:p>
    <w:p>
      <w:r>
        <w:t xml:space="preserve">    D.报告公安</w:t>
      </w:r>
    </w:p>
    <w:p>
      <w:r>
        <w:rPr>
          <w:b/>
          <w:color w:val="C00000"/>
        </w:rPr>
        <w:t>【答案】B</w:t>
      </w:r>
    </w:p>
    <w:p>
      <w:r>
        <w:t>【解析】对不当要求应婉言拒绝，介绍正当娱乐活动。</w:t>
      </w:r>
    </w:p>
    <w:p/>
    <w:p>
      <w:r>
        <w:rPr>
          <w:b/>
        </w:rPr>
        <w:t>18. 旅游者因私事要求中途退团，导游人员应（　）</w:t>
      </w:r>
    </w:p>
    <w:p>
      <w:r>
        <w:t xml:space="preserve">    A.立即同意</w:t>
      </w:r>
    </w:p>
    <w:p>
      <w:r>
        <w:t xml:space="preserve">    B.配合接待社办理离团手续</w:t>
      </w:r>
    </w:p>
    <w:p>
      <w:r>
        <w:t xml:space="preserve">    C.要求赔偿</w:t>
      </w:r>
    </w:p>
    <w:p>
      <w:r>
        <w:t xml:space="preserve">    D.拒绝办理</w:t>
      </w:r>
    </w:p>
    <w:p>
      <w:r>
        <w:rPr>
          <w:b/>
          <w:color w:val="C00000"/>
        </w:rPr>
        <w:t>【答案】B</w:t>
      </w:r>
    </w:p>
    <w:p>
      <w:r>
        <w:t>【解析】旅游者因特殊原因退团，应配合办理离团手续，未享受费用按协议处理。</w:t>
      </w:r>
    </w:p>
    <w:p/>
    <w:p>
      <w:r>
        <w:rPr>
          <w:b/>
        </w:rPr>
        <w:t>19. 导游人员在接待宗教界旅游者时，下列做法错误的是（　）</w:t>
      </w:r>
    </w:p>
    <w:p>
      <w:r>
        <w:t xml:space="preserve">    A.尊重其宗教信仰</w:t>
      </w:r>
    </w:p>
    <w:p>
      <w:r>
        <w:t xml:space="preserve">    B.满足其正常宗教活动要求</w:t>
      </w:r>
    </w:p>
    <w:p>
      <w:r>
        <w:t xml:space="preserve">    C.评论其教义</w:t>
      </w:r>
    </w:p>
    <w:p>
      <w:r>
        <w:t xml:space="preserve">    D.不干涉其习俗</w:t>
      </w:r>
    </w:p>
    <w:p>
      <w:r>
        <w:rPr>
          <w:b/>
          <w:color w:val="C00000"/>
        </w:rPr>
        <w:t>【答案】C</w:t>
      </w:r>
    </w:p>
    <w:p>
      <w:r>
        <w:t>【解析】不得评论旅游者的宗教信仰，更不能与之争论。</w:t>
      </w:r>
    </w:p>
    <w:p/>
    <w:p>
      <w:r>
        <w:rPr>
          <w:b/>
        </w:rPr>
        <w:t>20. 当旅游者提出的要求与原日程不符且涉及接待规格时，地陪一般应（　）</w:t>
      </w:r>
    </w:p>
    <w:p>
      <w:r>
        <w:t xml:space="preserve">    A.一律满足</w:t>
      </w:r>
    </w:p>
    <w:p>
      <w:r>
        <w:t xml:space="preserve">    B.婉言拒绝</w:t>
      </w:r>
    </w:p>
    <w:p>
      <w:r>
        <w:t xml:space="preserve">    C.断然拒绝</w:t>
      </w:r>
    </w:p>
    <w:p>
      <w:r>
        <w:t xml:space="preserve">    D.不予理睬</w:t>
      </w:r>
    </w:p>
    <w:p>
      <w:r>
        <w:rPr>
          <w:b/>
          <w:color w:val="C00000"/>
        </w:rPr>
        <w:t>【答案】B</w:t>
      </w:r>
    </w:p>
    <w:p>
      <w:r>
        <w:t>【解析】对涉及接待规格、影响计划的要求，一般应婉言拒绝。</w:t>
      </w:r>
    </w:p>
    <w:p/>
    <w:p>
      <w:r>
        <w:rPr>
          <w:b/>
        </w:rPr>
        <w:t>21. 导游人员在讲解时，音量大小应以（　）为准。</w:t>
      </w:r>
    </w:p>
    <w:p>
      <w:r>
        <w:t xml:space="preserve">    A.全部旅游者听清</w:t>
      </w:r>
    </w:p>
    <w:p>
      <w:r>
        <w:t xml:space="preserve">    B.自己舒服</w:t>
      </w:r>
    </w:p>
    <w:p>
      <w:r>
        <w:t xml:space="preserve">    C.环境安静</w:t>
      </w:r>
    </w:p>
    <w:p>
      <w:r>
        <w:t xml:space="preserve">    D.附近游客听清</w:t>
      </w:r>
    </w:p>
    <w:p>
      <w:r>
        <w:rPr>
          <w:b/>
          <w:color w:val="C00000"/>
        </w:rPr>
        <w:t>【答案】A</w:t>
      </w:r>
    </w:p>
    <w:p>
      <w:r>
        <w:t>【解析】导游音量应以让全部旅游者听清为准，同时避免过大。</w:t>
      </w:r>
    </w:p>
    <w:p/>
    <w:p>
      <w:r>
        <w:rPr>
          <w:b/>
        </w:rPr>
        <w:t>22. 导游人员的站姿应当（　）</w:t>
      </w:r>
    </w:p>
    <w:p>
      <w:r>
        <w:t xml:space="preserve">    A.随意倚靠</w:t>
      </w:r>
    </w:p>
    <w:p>
      <w:r>
        <w:t xml:space="preserve">    B.端正稳重</w:t>
      </w:r>
    </w:p>
    <w:p>
      <w:r>
        <w:t xml:space="preserve">    C.频繁走动</w:t>
      </w:r>
    </w:p>
    <w:p>
      <w:r>
        <w:t xml:space="preserve">    D.双手插兜</w:t>
      </w:r>
    </w:p>
    <w:p>
      <w:r>
        <w:rPr>
          <w:b/>
          <w:color w:val="C00000"/>
        </w:rPr>
        <w:t>【答案】B</w:t>
      </w:r>
    </w:p>
    <w:p>
      <w:r>
        <w:t>【解析】导游站姿应端正、稳重，不倚靠、不插兜。</w:t>
      </w:r>
    </w:p>
    <w:p/>
    <w:p>
      <w:r>
        <w:rPr>
          <w:b/>
        </w:rPr>
        <w:t>23. 「一句话能使人笑，一句话能使人跳」体现了导游语言的（　）</w:t>
      </w:r>
    </w:p>
    <w:p>
      <w:r>
        <w:t xml:space="preserve">    A.准确性</w:t>
      </w:r>
    </w:p>
    <w:p>
      <w:r>
        <w:t xml:space="preserve">    B.生动性</w:t>
      </w:r>
    </w:p>
    <w:p>
      <w:r>
        <w:t xml:space="preserve">    C.情感性</w:t>
      </w:r>
    </w:p>
    <w:p>
      <w:r>
        <w:t xml:space="preserve">    D.针对性</w:t>
      </w:r>
    </w:p>
    <w:p>
      <w:r>
        <w:rPr>
          <w:b/>
          <w:color w:val="C00000"/>
        </w:rPr>
        <w:t>【答案】C</w:t>
      </w:r>
    </w:p>
    <w:p>
      <w:r>
        <w:t>【解析】导游语言要有情感，能打动游客，体现情感性。</w:t>
      </w:r>
    </w:p>
    <w:p/>
    <w:p>
      <w:r>
        <w:rPr>
          <w:b/>
        </w:rPr>
        <w:t>24. 在社交场合，介绍他人时不正确的做法是（　）</w:t>
      </w:r>
    </w:p>
    <w:p>
      <w:r>
        <w:t xml:space="preserve">    A.先把主人介绍给客人</w:t>
      </w:r>
    </w:p>
    <w:p>
      <w:r>
        <w:t xml:space="preserve">    B.先把男士介绍给女士</w:t>
      </w:r>
    </w:p>
    <w:p>
      <w:r>
        <w:t xml:space="preserve">    C.先把晚辈介绍给长辈</w:t>
      </w:r>
    </w:p>
    <w:p>
      <w:r>
        <w:t xml:space="preserve">    D.先把客人介绍给主人</w:t>
      </w:r>
    </w:p>
    <w:p>
      <w:r>
        <w:rPr>
          <w:b/>
          <w:color w:val="C00000"/>
        </w:rPr>
        <w:t>【答案】D</w:t>
      </w:r>
    </w:p>
    <w:p>
      <w:r>
        <w:t>【解析】介绍时应先把主人介绍给客人、男士介绍给女士、晚辈介绍给长辈。</w:t>
      </w:r>
    </w:p>
    <w:p/>
    <w:p>
      <w:r>
        <w:rPr>
          <w:b/>
        </w:rPr>
        <w:t>25. 握手时，下列做法正确的是（　）</w:t>
      </w:r>
    </w:p>
    <w:p>
      <w:r>
        <w:t xml:space="preserve">    A.戴手套握手</w:t>
      </w:r>
    </w:p>
    <w:p>
      <w:r>
        <w:t xml:space="preserve">    B.用左手握手</w:t>
      </w:r>
    </w:p>
    <w:p>
      <w:r>
        <w:t xml:space="preserve">    C.起身站立握手</w:t>
      </w:r>
    </w:p>
    <w:p>
      <w:r>
        <w:t xml:space="preserve">    D.交叉握手</w:t>
      </w:r>
    </w:p>
    <w:p>
      <w:r>
        <w:rPr>
          <w:b/>
          <w:color w:val="C00000"/>
        </w:rPr>
        <w:t>【答案】C</w:t>
      </w:r>
    </w:p>
    <w:p>
      <w:r>
        <w:t>【解析】握手应起身站立、摘下手套、用右手、不交叉。</w:t>
      </w:r>
    </w:p>
    <w:p/>
    <w:p>
      <w:r>
        <w:rPr>
          <w:b/>
        </w:rPr>
        <w:t>26. 在国际外交场合，鸣放礼炮21响表示（　）</w:t>
      </w:r>
    </w:p>
    <w:p>
      <w:r>
        <w:t xml:space="preserve">    A.国家元首</w:t>
      </w:r>
    </w:p>
    <w:p>
      <w:r>
        <w:t xml:space="preserve">    B.政府首脑</w:t>
      </w:r>
    </w:p>
    <w:p>
      <w:r>
        <w:t xml:space="preserve">    C.大使</w:t>
      </w:r>
    </w:p>
    <w:p>
      <w:r>
        <w:t xml:space="preserve">    D.省长</w:t>
      </w:r>
    </w:p>
    <w:p>
      <w:r>
        <w:rPr>
          <w:b/>
          <w:color w:val="C00000"/>
        </w:rPr>
        <w:t>【答案】A</w:t>
      </w:r>
    </w:p>
    <w:p>
      <w:r>
        <w:t>【解析】21响礼炮是最高规格，欢迎国家元首。</w:t>
      </w:r>
    </w:p>
    <w:p/>
    <w:p>
      <w:r>
        <w:rPr>
          <w:b/>
        </w:rPr>
        <w:t>27. 被称为「中国四大名园」的是（　）</w:t>
      </w:r>
    </w:p>
    <w:p>
      <w:r>
        <w:t xml:space="preserve">    A.颐和园、避暑山庄、拙政园、留园</w:t>
      </w:r>
    </w:p>
    <w:p>
      <w:r>
        <w:t xml:space="preserve">    B.颐和园、圆明园、拙政园、留园</w:t>
      </w:r>
    </w:p>
    <w:p>
      <w:r>
        <w:t xml:space="preserve">    C.颐和园、避暑山庄、网师园、留园</w:t>
      </w:r>
    </w:p>
    <w:p>
      <w:r>
        <w:t xml:space="preserve">    D.颐和园、避暑山庄、拙政园、个园</w:t>
      </w:r>
    </w:p>
    <w:p>
      <w:r>
        <w:rPr>
          <w:b/>
          <w:color w:val="C00000"/>
        </w:rPr>
        <w:t>【答案】A</w:t>
      </w:r>
    </w:p>
    <w:p>
      <w:r>
        <w:t>【解析】四大名园：北京颐和园、承德避暑山庄、苏州拙政园、苏州留园。</w:t>
      </w:r>
    </w:p>
    <w:p/>
    <w:p>
      <w:r>
        <w:rPr>
          <w:b/>
        </w:rPr>
        <w:t>28. 佛教四大名山不包括（　）</w:t>
      </w:r>
    </w:p>
    <w:p>
      <w:r>
        <w:t xml:space="preserve">    A.五台山</w:t>
      </w:r>
    </w:p>
    <w:p>
      <w:r>
        <w:t xml:space="preserve">    B.峨眉山</w:t>
      </w:r>
    </w:p>
    <w:p>
      <w:r>
        <w:t xml:space="preserve">    C.普陀山</w:t>
      </w:r>
    </w:p>
    <w:p>
      <w:r>
        <w:t xml:space="preserve">    D.武当山</w:t>
      </w:r>
    </w:p>
    <w:p>
      <w:r>
        <w:rPr>
          <w:b/>
          <w:color w:val="C00000"/>
        </w:rPr>
        <w:t>【答案】D</w:t>
      </w:r>
    </w:p>
    <w:p>
      <w:r>
        <w:t>【解析】四大佛教名山：五台（文殊）、峨眉（普贤）、普陀（观音）、九华（地藏）。</w:t>
      </w:r>
    </w:p>
    <w:p/>
    <w:p>
      <w:r>
        <w:rPr>
          <w:b/>
        </w:rPr>
        <w:t>29. 中国三大石窟不包括（　）</w:t>
      </w:r>
    </w:p>
    <w:p>
      <w:r>
        <w:t xml:space="preserve">    A.莫高窟</w:t>
      </w:r>
    </w:p>
    <w:p>
      <w:r>
        <w:t xml:space="preserve">    B.云冈石窟</w:t>
      </w:r>
    </w:p>
    <w:p>
      <w:r>
        <w:t xml:space="preserve">    C.龙门石窟</w:t>
      </w:r>
    </w:p>
    <w:p>
      <w:r>
        <w:t xml:space="preserve">    D.麦积山石窟</w:t>
      </w:r>
    </w:p>
    <w:p>
      <w:r>
        <w:rPr>
          <w:b/>
          <w:color w:val="C00000"/>
        </w:rPr>
        <w:t>【答案】D</w:t>
      </w:r>
    </w:p>
    <w:p>
      <w:r>
        <w:t>【解析】三大石窟：甘肃敦煌莫高窟、山西大同云冈、河南洛阳龙门。</w:t>
      </w:r>
    </w:p>
    <w:p/>
    <w:p>
      <w:r>
        <w:rPr>
          <w:b/>
        </w:rPr>
        <w:t>30. 太极拳属于（　）</w:t>
      </w:r>
    </w:p>
    <w:p>
      <w:r>
        <w:t xml:space="preserve">    A.健身气功</w:t>
      </w:r>
    </w:p>
    <w:p>
      <w:r>
        <w:t xml:space="preserve">    B.武术</w:t>
      </w:r>
    </w:p>
    <w:p>
      <w:r>
        <w:t xml:space="preserve">    C.体操</w:t>
      </w:r>
    </w:p>
    <w:p>
      <w:r>
        <w:t xml:space="preserve">    D.舞蹈</w:t>
      </w:r>
    </w:p>
    <w:p>
      <w:r>
        <w:rPr>
          <w:b/>
          <w:color w:val="C00000"/>
        </w:rPr>
        <w:t>【答案】B</w:t>
      </w:r>
    </w:p>
    <w:p>
      <w:r>
        <w:t>【解析】太极拳是中国武术的一种，属内家拳。</w:t>
      </w:r>
    </w:p>
    <w:p/>
    <w:p>
      <w:r>
        <w:rPr>
          <w:b/>
        </w:rPr>
        <w:t>31. 京剧脸谱中，白色代表（　）</w:t>
      </w:r>
    </w:p>
    <w:p>
      <w:r>
        <w:t xml:space="preserve">    A.忠义</w:t>
      </w:r>
    </w:p>
    <w:p>
      <w:r>
        <w:t xml:space="preserve">    B.奸诈</w:t>
      </w:r>
    </w:p>
    <w:p>
      <w:r>
        <w:t xml:space="preserve">    C.正直</w:t>
      </w:r>
    </w:p>
    <w:p>
      <w:r>
        <w:t xml:space="preserve">    D.凶猛</w:t>
      </w:r>
    </w:p>
    <w:p>
      <w:r>
        <w:rPr>
          <w:b/>
          <w:color w:val="C00000"/>
        </w:rPr>
        <w:t>【答案】B</w:t>
      </w:r>
    </w:p>
    <w:p>
      <w:r>
        <w:t>【解析】红脸忠义（关羽）、白脸奸诈（曹操）、黑脸正直（包拯）。</w:t>
      </w:r>
    </w:p>
    <w:p/>
    <w:p>
      <w:r>
        <w:rPr>
          <w:b/>
        </w:rPr>
        <w:t>32. 「唐三彩」的主要釉色是（　）</w:t>
      </w:r>
    </w:p>
    <w:p>
      <w:r>
        <w:t xml:space="preserve">    A.黄、绿、白</w:t>
      </w:r>
    </w:p>
    <w:p>
      <w:r>
        <w:t xml:space="preserve">    B.红、绿、蓝</w:t>
      </w:r>
    </w:p>
    <w:p>
      <w:r>
        <w:t xml:space="preserve">    C.黄、红、黑</w:t>
      </w:r>
    </w:p>
    <w:p>
      <w:r>
        <w:t xml:space="preserve">    D.青、白、褐</w:t>
      </w:r>
    </w:p>
    <w:p>
      <w:r>
        <w:rPr>
          <w:b/>
          <w:color w:val="C00000"/>
        </w:rPr>
        <w:t>【答案】A</w:t>
      </w:r>
    </w:p>
    <w:p>
      <w:r>
        <w:t>【解析】唐三彩以黄、绿、白三色为主。</w:t>
      </w:r>
    </w:p>
    <w:p/>
    <w:p>
      <w:r>
        <w:rPr>
          <w:b/>
        </w:rPr>
        <w:t>33. 中国古代建筑的屋顶中，等级最高的是（　）</w:t>
      </w:r>
    </w:p>
    <w:p>
      <w:r>
        <w:t xml:space="preserve">    A.歇山顶</w:t>
      </w:r>
    </w:p>
    <w:p>
      <w:r>
        <w:t xml:space="preserve">    B.庑殿顶</w:t>
      </w:r>
    </w:p>
    <w:p>
      <w:r>
        <w:t xml:space="preserve">    C.悬山顶</w:t>
      </w:r>
    </w:p>
    <w:p>
      <w:r>
        <w:t xml:space="preserve">    D.硬山顶</w:t>
      </w:r>
    </w:p>
    <w:p>
      <w:r>
        <w:rPr>
          <w:b/>
          <w:color w:val="C00000"/>
        </w:rPr>
        <w:t>【答案】B</w:t>
      </w:r>
    </w:p>
    <w:p>
      <w:r>
        <w:t>【解析】庑殿顶（四阿顶）等级最高，如故宫太和殿。</w:t>
      </w:r>
    </w:p>
    <w:p/>
    <w:p>
      <w:r>
        <w:rPr>
          <w:b/>
        </w:rPr>
        <w:t>34. 北京故宫三大殿是指（　）</w:t>
      </w:r>
    </w:p>
    <w:p>
      <w:r>
        <w:t xml:space="preserve">    A.太和殿、中和殿、保和殿</w:t>
      </w:r>
    </w:p>
    <w:p>
      <w:r>
        <w:t xml:space="preserve">    B.太和殿、交泰殿、坤宁宫</w:t>
      </w:r>
    </w:p>
    <w:p>
      <w:r>
        <w:t xml:space="preserve">    C.乾清宫、交泰殿、坤宁宫</w:t>
      </w:r>
    </w:p>
    <w:p>
      <w:r>
        <w:t xml:space="preserve">    D.太和殿、文华殿、武英殿</w:t>
      </w:r>
    </w:p>
    <w:p>
      <w:r>
        <w:rPr>
          <w:b/>
          <w:color w:val="C00000"/>
        </w:rPr>
        <w:t>【答案】A</w:t>
      </w:r>
    </w:p>
    <w:p>
      <w:r>
        <w:t>【解析】外朝三大殿：太和、中和、保和。</w:t>
      </w:r>
    </w:p>
    <w:p/>
    <w:p>
      <w:r>
        <w:rPr>
          <w:b/>
        </w:rPr>
        <w:t>35. 旅游者要求转递物品给外国驻华使馆，导游人员应（　）</w:t>
      </w:r>
    </w:p>
    <w:p>
      <w:r>
        <w:t xml:space="preserve">    A.予以协助</w:t>
      </w:r>
    </w:p>
    <w:p>
      <w:r>
        <w:t xml:space="preserve">    B.婉言拒绝</w:t>
      </w:r>
    </w:p>
    <w:p>
      <w:r>
        <w:t xml:space="preserve">    C.答应帮忙</w:t>
      </w:r>
    </w:p>
    <w:p>
      <w:r>
        <w:t xml:space="preserve">    D.直接转交</w:t>
      </w:r>
    </w:p>
    <w:p>
      <w:r>
        <w:rPr>
          <w:b/>
          <w:color w:val="C00000"/>
        </w:rPr>
        <w:t>【答案】B</w:t>
      </w:r>
    </w:p>
    <w:p>
      <w:r>
        <w:t>【解析】转递外国使馆物品应婉言拒绝，建议旅游者自行处理。</w:t>
      </w:r>
    </w:p>
    <w:p/>
    <w:p>
      <w:r>
        <w:rPr>
          <w:b/>
        </w:rPr>
        <w:t>36. 导游人员在带团中，对旅游者的苛求和挑剔，正确的态度是（　）</w:t>
      </w:r>
    </w:p>
    <w:p>
      <w:r>
        <w:t xml:space="preserve">    A.耐心解释</w:t>
      </w:r>
    </w:p>
    <w:p>
      <w:r>
        <w:t xml:space="preserve">    B.针锋相对</w:t>
      </w:r>
    </w:p>
    <w:p>
      <w:r>
        <w:t xml:space="preserve">    C.不予理睬</w:t>
      </w:r>
    </w:p>
    <w:p>
      <w:r>
        <w:t xml:space="preserve">    D.立即反驳</w:t>
      </w:r>
    </w:p>
    <w:p>
      <w:r>
        <w:rPr>
          <w:b/>
          <w:color w:val="C00000"/>
        </w:rPr>
        <w:t>【答案】A</w:t>
      </w:r>
    </w:p>
    <w:p>
      <w:r>
        <w:t>【解析】对苛求挑剔应冷静倾听、耐心解释，不争辩。</w:t>
      </w:r>
    </w:p>
    <w:p/>
    <w:p>
      <w:r>
        <w:rPr>
          <w:b/>
        </w:rPr>
        <w:t>37. 因客观原因被迫改变游览日程时，导游人员首先应（　）</w:t>
      </w:r>
    </w:p>
    <w:p>
      <w:r>
        <w:t xml:space="preserve">    A.向旅游者实事求是说明情况</w:t>
      </w:r>
    </w:p>
    <w:p>
      <w:r>
        <w:t xml:space="preserve">    B.不声张</w:t>
      </w:r>
    </w:p>
    <w:p>
      <w:r>
        <w:t xml:space="preserve">    C.报告旅行社即可</w:t>
      </w:r>
    </w:p>
    <w:p>
      <w:r>
        <w:t xml:space="preserve">    D.让领队解释</w:t>
      </w:r>
    </w:p>
    <w:p>
      <w:r>
        <w:rPr>
          <w:b/>
          <w:color w:val="C00000"/>
        </w:rPr>
        <w:t>【答案】A</w:t>
      </w:r>
    </w:p>
    <w:p>
      <w:r>
        <w:t>【解析】变更日程应实事求是说明情况，提出新方案，争取谅解。</w:t>
      </w:r>
    </w:p>
    <w:p/>
    <w:p>
      <w:r>
        <w:rPr>
          <w:b/>
        </w:rPr>
        <w:t>38. 旅游团在游览时遭遇地震，导游人员应首先（　）</w:t>
      </w:r>
    </w:p>
    <w:p>
      <w:r>
        <w:t xml:space="preserve">    A.组织旅游者就近躲避</w:t>
      </w:r>
    </w:p>
    <w:p>
      <w:r>
        <w:t xml:space="preserve">    B.大喊大叫</w:t>
      </w:r>
    </w:p>
    <w:p>
      <w:r>
        <w:t xml:space="preserve">    C.带领旅游者往外冲</w:t>
      </w:r>
    </w:p>
    <w:p>
      <w:r>
        <w:t xml:space="preserve">    D.保护自己</w:t>
      </w:r>
    </w:p>
    <w:p>
      <w:r>
        <w:rPr>
          <w:b/>
          <w:color w:val="C00000"/>
        </w:rPr>
        <w:t>【答案】A</w:t>
      </w:r>
    </w:p>
    <w:p>
      <w:r>
        <w:t>【解析】地震时应就近躲避在坚固家具下或墙角，震后有序撤离。</w:t>
      </w:r>
    </w:p>
    <w:p/>
    <w:p>
      <w:r>
        <w:rPr>
          <w:b/>
        </w:rPr>
        <w:t>39. 发生海啸时，导游人员应组织旅游者（　）</w:t>
      </w:r>
    </w:p>
    <w:p>
      <w:r>
        <w:t xml:space="preserve">    A.向海边跑</w:t>
      </w:r>
    </w:p>
    <w:p>
      <w:r>
        <w:t xml:space="preserve">    B.向高处撤离</w:t>
      </w:r>
    </w:p>
    <w:p>
      <w:r>
        <w:t xml:space="preserve">    C.留在原地</w:t>
      </w:r>
    </w:p>
    <w:p>
      <w:r>
        <w:t xml:space="preserve">    D.上船</w:t>
      </w:r>
    </w:p>
    <w:p>
      <w:r>
        <w:rPr>
          <w:b/>
          <w:color w:val="C00000"/>
        </w:rPr>
        <w:t>【答案】B</w:t>
      </w:r>
    </w:p>
    <w:p>
      <w:r>
        <w:t>【解析】海啸发生应迅速向内陆高处撤离。</w:t>
      </w:r>
    </w:p>
    <w:p/>
    <w:p>
      <w:r>
        <w:rPr>
          <w:b/>
        </w:rPr>
        <w:t>40. 旅游者在旅游过程中被毒蛇咬伤，导游人员应立即（　）</w:t>
      </w:r>
    </w:p>
    <w:p>
      <w:r>
        <w:t xml:space="preserve">    A.用嘴吸毒</w:t>
      </w:r>
    </w:p>
    <w:p>
      <w:r>
        <w:t xml:space="preserve">    B.在伤口近心端结扎并送医</w:t>
      </w:r>
    </w:p>
    <w:p>
      <w:r>
        <w:t xml:space="preserve">    C.让旅游者跑步</w:t>
      </w:r>
    </w:p>
    <w:p>
      <w:r>
        <w:t xml:space="preserve">    D.包扎伤口</w:t>
      </w:r>
    </w:p>
    <w:p>
      <w:r>
        <w:rPr>
          <w:b/>
          <w:color w:val="C00000"/>
        </w:rPr>
        <w:t>【答案】B</w:t>
      </w:r>
    </w:p>
    <w:p>
      <w:r>
        <w:t>【解析】毒蛇咬伤应在近心端结扎、清洗伤口，迅速送医。</w:t>
      </w:r>
    </w:p>
    <w:p/>
    <w:p>
      <w:r>
        <w:rPr>
          <w:b/>
        </w:rPr>
        <w:t>41. 导游人员在带团时，如遇交通事故，应首先（　）</w:t>
      </w:r>
    </w:p>
    <w:p>
      <w:r>
        <w:t xml:space="preserve">    A.保护现场，立即报案</w:t>
      </w:r>
    </w:p>
    <w:p>
      <w:r>
        <w:t xml:space="preserve">    B.组织抢救伤员</w:t>
      </w:r>
    </w:p>
    <w:p>
      <w:r>
        <w:t xml:space="preserve">    C.向旅行社报告</w:t>
      </w:r>
    </w:p>
    <w:p>
      <w:r>
        <w:t xml:space="preserve">    D.安抚游客</w:t>
      </w:r>
    </w:p>
    <w:p>
      <w:r>
        <w:rPr>
          <w:b/>
          <w:color w:val="C00000"/>
        </w:rPr>
        <w:t>【答案】B</w:t>
      </w:r>
    </w:p>
    <w:p>
      <w:r>
        <w:t>【解析】交通事故首先组织抢救伤员，然后报案、保护现场。</w:t>
      </w:r>
    </w:p>
    <w:p/>
    <w:p>
      <w:r>
        <w:rPr>
          <w:b/>
        </w:rPr>
        <w:t>42. 旅游团中一位旅游者突发心脏病，导游人员应（　）</w:t>
      </w:r>
    </w:p>
    <w:p>
      <w:r>
        <w:t xml:space="preserve">    A.让其服药休息</w:t>
      </w:r>
    </w:p>
    <w:p>
      <w:r>
        <w:t xml:space="preserve">    B.立即送往医院</w:t>
      </w:r>
    </w:p>
    <w:p>
      <w:r>
        <w:t xml:space="preserve">    C.让其就地平躺，头略高，请医生救护</w:t>
      </w:r>
    </w:p>
    <w:p>
      <w:r>
        <w:t xml:space="preserve">    D.扶其走动</w:t>
      </w:r>
    </w:p>
    <w:p>
      <w:r>
        <w:rPr>
          <w:b/>
          <w:color w:val="C00000"/>
        </w:rPr>
        <w:t>【答案】C</w:t>
      </w:r>
    </w:p>
    <w:p>
      <w:r>
        <w:t>【解析】心脏病发作应让其就地平躺、头略高，由亲属或领队取药，呼叫急救。</w:t>
      </w:r>
    </w:p>
    <w:p/>
    <w:p>
      <w:r>
        <w:rPr>
          <w:b/>
        </w:rPr>
        <w:t>43. 我国民航规定，国内航班随身携带物品体积不超过（　）</w:t>
      </w:r>
    </w:p>
    <w:p>
      <w:r>
        <w:t xml:space="preserve">    A.20×40×55cm</w:t>
      </w:r>
    </w:p>
    <w:p>
      <w:r>
        <w:t xml:space="preserve">    B.25×45×55cm</w:t>
      </w:r>
    </w:p>
    <w:p>
      <w:r>
        <w:t xml:space="preserve">    C.20×40×50cm</w:t>
      </w:r>
    </w:p>
    <w:p>
      <w:r>
        <w:t xml:space="preserve">    D.30×40×50cm</w:t>
      </w:r>
    </w:p>
    <w:p>
      <w:r>
        <w:rPr>
          <w:b/>
          <w:color w:val="C00000"/>
        </w:rPr>
        <w:t>【答案】A</w:t>
      </w:r>
    </w:p>
    <w:p>
      <w:r>
        <w:t>【解析】随身携带物品体积不超过20×40×55厘米，重量不超5公斤。</w:t>
      </w:r>
    </w:p>
    <w:p/>
    <w:p>
      <w:r>
        <w:rPr>
          <w:b/>
        </w:rPr>
        <w:t>44. 我国铁路旅客列车中，硬卧车的代号是（　）</w:t>
      </w:r>
    </w:p>
    <w:p>
      <w:r>
        <w:t xml:space="preserve">    A.Z</w:t>
      </w:r>
    </w:p>
    <w:p>
      <w:r>
        <w:t xml:space="preserve">    D</w:t>
      </w:r>
    </w:p>
    <w:p>
      <w:r>
        <w:t xml:space="preserve">    YW</w:t>
      </w:r>
    </w:p>
    <w:p>
      <w:r>
        <w:t xml:space="preserve">    YZ</w:t>
      </w:r>
    </w:p>
    <w:p>
      <w:r>
        <w:rPr>
          <w:b/>
          <w:color w:val="C00000"/>
        </w:rPr>
        <w:t>【答案】C</w:t>
      </w:r>
    </w:p>
    <w:p>
      <w:r>
        <w:t>【解析】YW是硬卧，YZ是硬座，RW是软卧，RZ是软座。</w:t>
      </w:r>
    </w:p>
    <w:p/>
    <w:p>
      <w:r>
        <w:rPr>
          <w:b/>
        </w:rPr>
        <w:t>45. 持OK票的旅游者如在一地停留超过24小时，需办理（　）</w:t>
      </w:r>
    </w:p>
    <w:p>
      <w:r>
        <w:t xml:space="preserve">    A.订票</w:t>
      </w:r>
    </w:p>
    <w:p>
      <w:r>
        <w:t xml:space="preserve">    B.再确认</w:t>
      </w:r>
    </w:p>
    <w:p>
      <w:r>
        <w:t xml:space="preserve">    C.退票</w:t>
      </w:r>
    </w:p>
    <w:p>
      <w:r>
        <w:t xml:space="preserve">    D.购票</w:t>
      </w:r>
    </w:p>
    <w:p>
      <w:r>
        <w:rPr>
          <w:b/>
          <w:color w:val="C00000"/>
        </w:rPr>
        <w:t>【答案】B</w:t>
      </w:r>
    </w:p>
    <w:p>
      <w:r>
        <w:t>【解析】OK票已订妥联程/返程，停留超72小时需重新确认机位。</w:t>
      </w:r>
    </w:p>
    <w:p/>
    <w:p>
      <w:r>
        <w:rPr>
          <w:b/>
        </w:rPr>
        <w:t>46. 导游人员计分管理中，被扣10分的情形是（　）</w:t>
      </w:r>
    </w:p>
    <w:p>
      <w:r>
        <w:t xml:space="preserve">    A.衣冠不整</w:t>
      </w:r>
    </w:p>
    <w:p>
      <w:r>
        <w:t xml:space="preserve">    B.私自承揽导游业务</w:t>
      </w:r>
    </w:p>
    <w:p>
      <w:r>
        <w:t xml:space="preserve">    C.擅自增加旅游项目</w:t>
      </w:r>
    </w:p>
    <w:p>
      <w:r>
        <w:t xml:space="preserve">    D.讲解中吸烟</w:t>
      </w:r>
    </w:p>
    <w:p>
      <w:r>
        <w:rPr>
          <w:b/>
          <w:color w:val="C00000"/>
        </w:rPr>
        <w:t>【答案】B</w:t>
      </w:r>
    </w:p>
    <w:p>
      <w:r>
        <w:t>【解析】私自承揽导游业务、有损害国家利益言行等扣10分。</w:t>
      </w:r>
    </w:p>
    <w:p/>
    <w:p>
      <w:r>
        <w:rPr>
          <w:b/>
        </w:rPr>
        <w:t>47. 导游人员每年累计培训时间不少于（　）</w:t>
      </w:r>
    </w:p>
    <w:p>
      <w:r>
        <w:t xml:space="preserve">    A.56小时</w:t>
      </w:r>
    </w:p>
    <w:p>
      <w:r>
        <w:t xml:space="preserve">    B.72小时</w:t>
      </w:r>
    </w:p>
    <w:p>
      <w:r>
        <w:t xml:space="preserve">    C.96小时</w:t>
      </w:r>
    </w:p>
    <w:p>
      <w:r>
        <w:t xml:space="preserve">    D.120小时</w:t>
      </w:r>
    </w:p>
    <w:p>
      <w:r>
        <w:rPr>
          <w:b/>
          <w:color w:val="C00000"/>
        </w:rPr>
        <w:t>【答案】A</w:t>
      </w:r>
    </w:p>
    <w:p>
      <w:r>
        <w:t>【解析】导游人员每年累计培训时间不得少于56小时。</w:t>
      </w:r>
    </w:p>
    <w:p/>
    <w:p>
      <w:r>
        <w:rPr>
          <w:b/>
        </w:rPr>
        <w:t>48. 《导游人员管理条例》规定，无导游证进行导游活动的，由旅游行政部门责令改正并予以公告，处（　）罚款。</w:t>
      </w:r>
    </w:p>
    <w:p>
      <w:r>
        <w:t xml:space="preserve">    A.500元以下</w:t>
      </w:r>
    </w:p>
    <w:p>
      <w:r>
        <w:t xml:space="preserve">    B.1000元以上3万元以下</w:t>
      </w:r>
    </w:p>
    <w:p>
      <w:r>
        <w:t xml:space="preserve">    C.5万元以上</w:t>
      </w:r>
    </w:p>
    <w:p>
      <w:r>
        <w:t xml:space="preserve">    D.10万元以下</w:t>
      </w:r>
    </w:p>
    <w:p>
      <w:r>
        <w:rPr>
          <w:b/>
          <w:color w:val="C00000"/>
        </w:rPr>
        <w:t>【答案】B</w:t>
      </w:r>
    </w:p>
    <w:p>
      <w:r>
        <w:t>【解析】无导游证导游处1000元以上3万元以下罚款。</w:t>
      </w:r>
    </w:p>
    <w:p/>
    <w:p>
      <w:r>
        <w:rPr>
          <w:b/>
        </w:rPr>
        <w:t>49. 导游人员进行导游活动时，（　）佩戴导游证。</w:t>
      </w:r>
    </w:p>
    <w:p>
      <w:r>
        <w:t xml:space="preserve">    A.可以</w:t>
      </w:r>
    </w:p>
    <w:p>
      <w:r>
        <w:t xml:space="preserve">    B.应当</w:t>
      </w:r>
    </w:p>
    <w:p>
      <w:r>
        <w:t xml:space="preserve">    C.不必</w:t>
      </w:r>
    </w:p>
    <w:p>
      <w:r>
        <w:t xml:space="preserve">    D.可选择</w:t>
      </w:r>
    </w:p>
    <w:p>
      <w:r>
        <w:rPr>
          <w:b/>
          <w:color w:val="C00000"/>
        </w:rPr>
        <w:t>【答案】B</w:t>
      </w:r>
    </w:p>
    <w:p>
      <w:r>
        <w:t>【解析】导游人员进行导游活动时应当佩戴导游证。</w:t>
      </w:r>
    </w:p>
    <w:p/>
    <w:p>
      <w:r>
        <w:rPr>
          <w:b/>
        </w:rPr>
        <w:t>50. 领队证由（　）颁发。</w:t>
      </w:r>
    </w:p>
    <w:p>
      <w:r>
        <w:t xml:space="preserve">    A.国家旅游局</w:t>
      </w:r>
    </w:p>
    <w:p>
      <w:r>
        <w:t xml:space="preserve">    B.省级旅游局</w:t>
      </w:r>
    </w:p>
    <w:p>
      <w:r>
        <w:t xml:space="preserve">    C.组团社</w:t>
      </w:r>
    </w:p>
    <w:p>
      <w:r>
        <w:t xml:space="preserve">    D.口岸办</w:t>
      </w:r>
    </w:p>
    <w:p>
      <w:r>
        <w:rPr>
          <w:b/>
          <w:color w:val="C00000"/>
        </w:rPr>
        <w:t>【答案】B</w:t>
      </w:r>
    </w:p>
    <w:p>
      <w:r>
        <w:t>【解析】领队证由省级旅游行政部门颁发。</w:t>
      </w:r>
    </w:p>
    <w:p/>
    <w:p>
      <w:r>
        <w:rPr>
          <w:b/>
        </w:rPr>
        <w:t>51. 旅行社质量保证金属于（　）所有。</w:t>
      </w:r>
    </w:p>
    <w:p>
      <w:r>
        <w:t xml:space="preserve">    A.旅行社</w:t>
      </w:r>
    </w:p>
    <w:p>
      <w:r>
        <w:t xml:space="preserve">    B.旅游行政管理部门</w:t>
      </w:r>
    </w:p>
    <w:p>
      <w:r>
        <w:t xml:space="preserve">    C.银行</w:t>
      </w:r>
    </w:p>
    <w:p>
      <w:r>
        <w:t xml:space="preserve">    D.旅游者</w:t>
      </w:r>
    </w:p>
    <w:p>
      <w:r>
        <w:rPr>
          <w:b/>
          <w:color w:val="C00000"/>
        </w:rPr>
        <w:t>【答案】A</w:t>
      </w:r>
    </w:p>
    <w:p>
      <w:r>
        <w:t>【解析】质量保证金属于旅行社所有，旅游行政管理部门统一管理。</w:t>
      </w:r>
    </w:p>
    <w:p/>
    <w:p>
      <w:r>
        <w:rPr>
          <w:b/>
        </w:rPr>
        <w:t>52. 旅行社招徕、接待旅游者，应当制作和保存完整的业务档案，保存期最少为（　）</w:t>
      </w:r>
    </w:p>
    <w:p>
      <w:r>
        <w:t xml:space="preserve">    A.1年</w:t>
      </w:r>
    </w:p>
    <w:p>
      <w:r>
        <w:t xml:space="preserve">    B.2年</w:t>
      </w:r>
    </w:p>
    <w:p>
      <w:r>
        <w:t xml:space="preserve">    C.3年</w:t>
      </w:r>
    </w:p>
    <w:p>
      <w:r>
        <w:t xml:space="preserve">    D.5年</w:t>
      </w:r>
    </w:p>
    <w:p>
      <w:r>
        <w:rPr>
          <w:b/>
          <w:color w:val="C00000"/>
        </w:rPr>
        <w:t>【答案】B</w:t>
      </w:r>
    </w:p>
    <w:p>
      <w:r>
        <w:t>【解析】旅行社业务档案保存期不得少于2年。</w:t>
      </w:r>
    </w:p>
    <w:p/>
    <w:p>
      <w:r>
        <w:rPr>
          <w:b/>
        </w:rPr>
        <w:t>53. 导游人员在带团中，擅自增加用餐、娱乐等付费项目，应向旅游者（　）</w:t>
      </w:r>
    </w:p>
    <w:p>
      <w:r>
        <w:t xml:space="preserve">    A.赔礼道歉</w:t>
      </w:r>
    </w:p>
    <w:p>
      <w:r>
        <w:t xml:space="preserve">    B.加倍退款</w:t>
      </w:r>
    </w:p>
    <w:p>
      <w:r>
        <w:t xml:space="preserve">    C.退还费用</w:t>
      </w:r>
    </w:p>
    <w:p>
      <w:r>
        <w:t xml:space="preserve">    D.赔偿损失</w:t>
      </w:r>
    </w:p>
    <w:p>
      <w:r>
        <w:rPr>
          <w:b/>
          <w:color w:val="C00000"/>
        </w:rPr>
        <w:t>【答案】C</w:t>
      </w:r>
    </w:p>
    <w:p>
      <w:r>
        <w:t>【解析】擅自增加付费项目应退还相应费用。</w:t>
      </w:r>
    </w:p>
    <w:p/>
    <w:p>
      <w:r>
        <w:rPr>
          <w:b/>
        </w:rPr>
        <w:t>54. 旅游者要求导游人员转递食品，导游人员应（　）</w:t>
      </w:r>
    </w:p>
    <w:p>
      <w:r>
        <w:t xml:space="preserve">    A.予以协助</w:t>
      </w:r>
    </w:p>
    <w:p>
      <w:r>
        <w:t xml:space="preserve">    B.婉言拒绝</w:t>
      </w:r>
    </w:p>
    <w:p>
      <w:r>
        <w:t xml:space="preserve">    C.答应办理</w:t>
      </w:r>
    </w:p>
    <w:p>
      <w:r>
        <w:t xml:space="preserve">    D.收下转交</w:t>
      </w:r>
    </w:p>
    <w:p>
      <w:r>
        <w:rPr>
          <w:b/>
          <w:color w:val="C00000"/>
        </w:rPr>
        <w:t>【答案】B</w:t>
      </w:r>
    </w:p>
    <w:p>
      <w:r>
        <w:t>【解析】转递食品一般应婉言拒绝，请旅游者自行处理。</w:t>
      </w:r>
    </w:p>
    <w:p/>
    <w:p>
      <w:r>
        <w:rPr>
          <w:b/>
        </w:rPr>
        <w:t>55. 地陪在接到旅游团后，首次沿途导游的内容不包括（　）</w:t>
      </w:r>
    </w:p>
    <w:p>
      <w:r>
        <w:t xml:space="preserve">    A.风光导游</w:t>
      </w:r>
    </w:p>
    <w:p>
      <w:r>
        <w:t xml:space="preserve">    B.风情导游</w:t>
      </w:r>
    </w:p>
    <w:p>
      <w:r>
        <w:t xml:space="preserve">    C.介绍下榻饭店</w:t>
      </w:r>
    </w:p>
    <w:p>
      <w:r>
        <w:t xml:space="preserve">    D.宣布次日行程</w:t>
      </w:r>
    </w:p>
    <w:p>
      <w:r>
        <w:rPr>
          <w:b/>
          <w:color w:val="C00000"/>
        </w:rPr>
        <w:t>【答案】D</w:t>
      </w:r>
    </w:p>
    <w:p>
      <w:r>
        <w:t>【解析】首次沿途导游包括风光、风情、饭店介绍，宣布集合时间地点。</w:t>
      </w:r>
    </w:p>
    <w:p/>
    <w:p>
      <w:r>
        <w:rPr>
          <w:b/>
        </w:rPr>
        <w:t>56. 旅游团参观游览出发前，地陪应提前（　）到达集合地点。</w:t>
      </w:r>
    </w:p>
    <w:p>
      <w:r>
        <w:t xml:space="preserve">    A.10分钟</w:t>
      </w:r>
    </w:p>
    <w:p>
      <w:r>
        <w:t xml:space="preserve">    B.15分钟</w:t>
      </w:r>
    </w:p>
    <w:p>
      <w:r>
        <w:t xml:space="preserve">    C.20分钟</w:t>
      </w:r>
    </w:p>
    <w:p>
      <w:r>
        <w:t xml:space="preserve">    D.30分钟</w:t>
      </w:r>
    </w:p>
    <w:p>
      <w:r>
        <w:rPr>
          <w:b/>
          <w:color w:val="C00000"/>
        </w:rPr>
        <w:t>【答案】B</w:t>
      </w:r>
    </w:p>
    <w:p>
      <w:r>
        <w:t>【解析】地陪应提前15分钟到达集合地点，恭候旅游者。</w:t>
      </w:r>
    </w:p>
    <w:p/>
    <w:p>
      <w:r>
        <w:rPr>
          <w:b/>
        </w:rPr>
        <w:t>57. 在游览点，地陪应在（　）示意开始讲解。</w:t>
      </w:r>
    </w:p>
    <w:p>
      <w:r>
        <w:t xml:space="preserve">    A.景点门口</w:t>
      </w:r>
    </w:p>
    <w:p>
      <w:r>
        <w:t xml:space="preserve">    B.景区地图前</w:t>
      </w:r>
    </w:p>
    <w:p>
      <w:r>
        <w:t xml:space="preserve">    C.旅游者到齐后</w:t>
      </w:r>
    </w:p>
    <w:p>
      <w:r>
        <w:t xml:space="preserve">    D.上车后</w:t>
      </w:r>
    </w:p>
    <w:p>
      <w:r>
        <w:rPr>
          <w:b/>
          <w:color w:val="C00000"/>
        </w:rPr>
        <w:t>【答案】C</w:t>
      </w:r>
    </w:p>
    <w:p>
      <w:r>
        <w:t>【解析】旅游者到齐后，地陪示意开始讲解游览。</w:t>
      </w:r>
    </w:p>
    <w:p/>
    <w:p>
      <w:r>
        <w:rPr>
          <w:b/>
        </w:rPr>
        <w:t>58. 导游人员在讲解时，应面向（　）</w:t>
      </w:r>
    </w:p>
    <w:p>
      <w:r>
        <w:t xml:space="preserve">    A.领队</w:t>
      </w:r>
    </w:p>
    <w:p>
      <w:r>
        <w:t xml:space="preserve">    B.全团旅游者</w:t>
      </w:r>
    </w:p>
    <w:p>
      <w:r>
        <w:t xml:space="preserve">    C.地陪</w:t>
      </w:r>
    </w:p>
    <w:p>
      <w:r>
        <w:t xml:space="preserve">    D.司机</w:t>
      </w:r>
    </w:p>
    <w:p>
      <w:r>
        <w:rPr>
          <w:b/>
          <w:color w:val="C00000"/>
        </w:rPr>
        <w:t>【答案】B</w:t>
      </w:r>
    </w:p>
    <w:p>
      <w:r>
        <w:t>【解析】讲解应面向全团旅游者，注意照顾所有人。</w:t>
      </w:r>
    </w:p>
    <w:p/>
    <w:p>
      <w:r>
        <w:rPr>
          <w:b/>
        </w:rPr>
        <w:t>59. 旅游团结束当天游览返回饭店，地陪一般应在（　）宣布次日日程。</w:t>
      </w:r>
    </w:p>
    <w:p>
      <w:r>
        <w:t xml:space="preserve">    A.饭店门口</w:t>
      </w:r>
    </w:p>
    <w:p>
      <w:r>
        <w:t xml:space="preserve">    车上</w:t>
      </w:r>
    </w:p>
    <w:p>
      <w:r>
        <w:t xml:space="preserve">    餐厅</w:t>
      </w:r>
    </w:p>
    <w:p>
      <w:r>
        <w:t xml:space="preserve">    大堂</w:t>
      </w:r>
    </w:p>
    <w:p>
      <w:r>
        <w:rPr>
          <w:b/>
          <w:color w:val="C00000"/>
        </w:rPr>
        <w:t>【答案】B</w:t>
      </w:r>
    </w:p>
    <w:p>
      <w:r>
        <w:t>【解析】返回途中在车上宣布次日活动日程、叫早和早餐时间。</w:t>
      </w:r>
    </w:p>
    <w:p/>
    <w:p>
      <w:r>
        <w:rPr>
          <w:b/>
        </w:rPr>
        <w:t>60. 旅游者在客房内因设施故障受伤，导游人员应首先（　）</w:t>
      </w:r>
    </w:p>
    <w:p>
      <w:r>
        <w:t xml:space="preserve">    A.报告旅行社</w:t>
      </w:r>
    </w:p>
    <w:p>
      <w:r>
        <w:t xml:space="preserve">    B.请饭店处理</w:t>
      </w:r>
    </w:p>
    <w:p>
      <w:r>
        <w:t xml:space="preserve">    C.协助伤者就医并通知饭店</w:t>
      </w:r>
    </w:p>
    <w:p>
      <w:r>
        <w:t xml:space="preserve">    D.不予理睬</w:t>
      </w:r>
    </w:p>
    <w:p>
      <w:r>
        <w:rPr>
          <w:b/>
          <w:color w:val="C00000"/>
        </w:rPr>
        <w:t>【答案】C</w:t>
      </w:r>
    </w:p>
    <w:p>
      <w:r>
        <w:t>【解析】应立即协助就医，通知饭店有关部门，追究责任。</w:t>
      </w:r>
    </w:p>
    <w:p/>
    <w:p>
      <w:r>
        <w:rPr>
          <w:b/>
        </w:rPr>
        <w:t>61. 旅游者要求购买房中摆设，导游人员应（　）</w:t>
      </w:r>
    </w:p>
    <w:p>
      <w:r>
        <w:t xml:space="preserve">    A.不予理睬</w:t>
      </w:r>
    </w:p>
    <w:p>
      <w:r>
        <w:t xml:space="preserve">    B.与饭店联系协助</w:t>
      </w:r>
    </w:p>
    <w:p>
      <w:r>
        <w:t xml:space="preserve">    C.拒绝</w:t>
      </w:r>
    </w:p>
    <w:p>
      <w:r>
        <w:t xml:space="preserve">    D.让其直接找前厅</w:t>
      </w:r>
    </w:p>
    <w:p>
      <w:r>
        <w:rPr>
          <w:b/>
          <w:color w:val="C00000"/>
        </w:rPr>
        <w:t>【答案】B</w:t>
      </w:r>
    </w:p>
    <w:p>
      <w:r>
        <w:t>【解析】可与饭店有关部门联系，协助其购买。</w:t>
      </w:r>
    </w:p>
    <w:p/>
    <w:p>
      <w:r>
        <w:rPr>
          <w:b/>
        </w:rPr>
        <w:t>62. 旅游者自由活动时间提出要求租车外出，导游人员应（　）</w:t>
      </w:r>
    </w:p>
    <w:p>
      <w:r>
        <w:t xml:space="preserve">    A.劝阻并告知风险</w:t>
      </w:r>
    </w:p>
    <w:p>
      <w:r>
        <w:t xml:space="preserve">    B.代为租车</w:t>
      </w:r>
    </w:p>
    <w:p>
      <w:r>
        <w:t xml:space="preserve">    C.陪同</w:t>
      </w:r>
    </w:p>
    <w:p>
      <w:r>
        <w:t xml:space="preserve">    D.拒绝</w:t>
      </w:r>
    </w:p>
    <w:p>
      <w:r>
        <w:rPr>
          <w:b/>
          <w:color w:val="C00000"/>
        </w:rPr>
        <w:t>【答案】A</w:t>
      </w:r>
    </w:p>
    <w:p>
      <w:r>
        <w:t>【解析】自由活动租车有风险，应劝阻并提醒注意安全。</w:t>
      </w:r>
    </w:p>
    <w:p/>
    <w:p>
      <w:r>
        <w:rPr>
          <w:b/>
        </w:rPr>
        <w:t>63. 在导游接待中，「服务第一」「宾客至上」是导游服务的（　）</w:t>
      </w:r>
    </w:p>
    <w:p>
      <w:r>
        <w:t xml:space="preserve">    A.宗旨</w:t>
      </w:r>
    </w:p>
    <w:p>
      <w:r>
        <w:t xml:space="preserve">    B.方法</w:t>
      </w:r>
    </w:p>
    <w:p>
      <w:r>
        <w:t xml:space="preserve">    C.技巧</w:t>
      </w:r>
    </w:p>
    <w:p>
      <w:r>
        <w:t xml:space="preserve">    D.规范</w:t>
      </w:r>
    </w:p>
    <w:p>
      <w:r>
        <w:rPr>
          <w:b/>
          <w:color w:val="C00000"/>
        </w:rPr>
        <w:t>【答案】A</w:t>
      </w:r>
    </w:p>
    <w:p>
      <w:r>
        <w:t>【解析】「服务第一、宾客至上」是导游服务的宗旨。</w:t>
      </w:r>
    </w:p>
    <w:p/>
    <w:p>
      <w:r>
        <w:rPr>
          <w:b/>
        </w:rPr>
        <w:t>64. 导游服务的核心是（　）</w:t>
      </w:r>
    </w:p>
    <w:p>
      <w:r>
        <w:t xml:space="preserve">    A.经济创收</w:t>
      </w:r>
    </w:p>
    <w:p>
      <w:r>
        <w:t xml:space="preserve">    B.文化传播</w:t>
      </w:r>
    </w:p>
    <w:p>
      <w:r>
        <w:t xml:space="preserve">    C.为旅游者提供服务</w:t>
      </w:r>
    </w:p>
    <w:p>
      <w:r>
        <w:t xml:space="preserve">    D.宣传政策</w:t>
      </w:r>
    </w:p>
    <w:p>
      <w:r>
        <w:rPr>
          <w:b/>
          <w:color w:val="C00000"/>
        </w:rPr>
        <w:t>【答案】C</w:t>
      </w:r>
    </w:p>
    <w:p>
      <w:r>
        <w:t>【解析】导游服务的核心是为旅游者提供周到的服务。</w:t>
      </w:r>
    </w:p>
    <w:p/>
    <w:p>
      <w:r>
        <w:rPr>
          <w:b/>
        </w:rPr>
        <w:t>65. 现代导游服务始于（　）</w:t>
      </w:r>
    </w:p>
    <w:p>
      <w:r>
        <w:t xml:space="preserve">    A.18世纪中叶</w:t>
      </w:r>
    </w:p>
    <w:p>
      <w:r>
        <w:t xml:space="preserve">    B.19世纪近代</w:t>
      </w:r>
    </w:p>
    <w:p>
      <w:r>
        <w:t xml:space="preserve">    C.20世纪初</w:t>
      </w:r>
    </w:p>
    <w:p>
      <w:r>
        <w:t xml:space="preserve">    D.二战后</w:t>
      </w:r>
    </w:p>
    <w:p>
      <w:r>
        <w:rPr>
          <w:b/>
          <w:color w:val="C00000"/>
        </w:rPr>
        <w:t>【答案】B</w:t>
      </w:r>
    </w:p>
    <w:p>
      <w:r>
        <w:t>【解析】近代导游服务始于19世纪，托马斯·库克被称为近代旅游业之父。</w:t>
      </w:r>
    </w:p>
    <w:p/>
    <w:p>
      <w:r>
        <w:rPr>
          <w:b/>
        </w:rPr>
        <w:t>66. 被世界公认为第一次组团包价旅游的是（　）</w:t>
      </w:r>
    </w:p>
    <w:p>
      <w:r>
        <w:t xml:space="preserve">    A.1841年托马斯·库克禁酒旅行</w:t>
      </w:r>
    </w:p>
    <w:p>
      <w:r>
        <w:t xml:space="preserve">    B.1845年利物浦之行</w:t>
      </w:r>
    </w:p>
    <w:p>
      <w:r>
        <w:t xml:space="preserve">    C.1855年巴黎博览之行</w:t>
      </w:r>
    </w:p>
    <w:p>
      <w:r>
        <w:t xml:space="preserve">    D.1872年环球旅行</w:t>
      </w:r>
    </w:p>
    <w:p>
      <w:r>
        <w:rPr>
          <w:b/>
          <w:color w:val="C00000"/>
        </w:rPr>
        <w:t>【答案】A</w:t>
      </w:r>
    </w:p>
    <w:p>
      <w:r>
        <w:t>【解析】1841年7月5日托马斯·库克组织禁酒火车旅行，被公认首次包价旅游。</w:t>
      </w:r>
    </w:p>
    <w:p/>
    <w:p>
      <w:r>
        <w:rPr>
          <w:b/>
        </w:rPr>
        <w:t>67. 中国第一家旅行社成立于（　）</w:t>
      </w:r>
    </w:p>
    <w:p>
      <w:r>
        <w:t xml:space="preserve">    A.1923年</w:t>
      </w:r>
    </w:p>
    <w:p>
      <w:r>
        <w:t xml:space="preserve">    B.1927年</w:t>
      </w:r>
    </w:p>
    <w:p>
      <w:r>
        <w:t xml:space="preserve">    C.1949年</w:t>
      </w:r>
    </w:p>
    <w:p>
      <w:r>
        <w:t xml:space="preserve">    D.1954年</w:t>
      </w:r>
    </w:p>
    <w:p>
      <w:r>
        <w:rPr>
          <w:b/>
          <w:color w:val="C00000"/>
        </w:rPr>
        <w:t>【答案】B</w:t>
      </w:r>
    </w:p>
    <w:p>
      <w:r>
        <w:t>【解析】1927年陈光甫在上海商业储蓄银行旅行部基础上成立中国旅行社。</w:t>
      </w:r>
    </w:p>
    <w:p/>
    <w:p>
      <w:r>
        <w:rPr>
          <w:b/>
        </w:rPr>
        <w:t>68. 导游服务在未来的发展趋势是（　）</w:t>
      </w:r>
    </w:p>
    <w:p>
      <w:r>
        <w:t xml:space="preserve">    A.高知识化、高技术化、高服务化</w:t>
      </w:r>
    </w:p>
    <w:p>
      <w:r>
        <w:t xml:space="preserve">    B.简单化</w:t>
      </w:r>
    </w:p>
    <w:p>
      <w:r>
        <w:t xml:space="preserve">    C.机械化</w:t>
      </w:r>
    </w:p>
    <w:p>
      <w:r>
        <w:t xml:space="preserve">    D.完全自动化</w:t>
      </w:r>
    </w:p>
    <w:p>
      <w:r>
        <w:rPr>
          <w:b/>
          <w:color w:val="C00000"/>
        </w:rPr>
        <w:t>【答案】A</w:t>
      </w:r>
    </w:p>
    <w:p>
      <w:r>
        <w:t>【解析】未来导游服务向高知识化、高技术化、更加专业化方向发展。</w:t>
      </w:r>
    </w:p>
    <w:p/>
    <w:p>
      <w:r>
        <w:rPr>
          <w:b/>
        </w:rPr>
        <w:t>69. 导游人员的心理素质要求不包括（　）</w:t>
      </w:r>
    </w:p>
    <w:p>
      <w:r>
        <w:t xml:space="preserve">    A.良好的观察能力</w:t>
      </w:r>
    </w:p>
    <w:p>
      <w:r>
        <w:t xml:space="preserve">    B.稳定的情绪</w:t>
      </w:r>
    </w:p>
    <w:p>
      <w:r>
        <w:t xml:space="preserve">    C.强烈的敬业精神</w:t>
      </w:r>
    </w:p>
    <w:p>
      <w:r>
        <w:t xml:space="preserve">    D.优秀的外语水平</w:t>
      </w:r>
    </w:p>
    <w:p>
      <w:r>
        <w:rPr>
          <w:b/>
          <w:color w:val="C00000"/>
        </w:rPr>
        <w:t>【答案】D</w:t>
      </w:r>
    </w:p>
    <w:p>
      <w:r>
        <w:t>【解析】外语水平是业务能力，不属于心理素质。</w:t>
      </w:r>
    </w:p>
    <w:p/>
    <w:p>
      <w:r>
        <w:rPr>
          <w:b/>
        </w:rPr>
        <w:t>70. 导游人员的聚谈艺术中，下列做法不恰当的是（　）</w:t>
      </w:r>
    </w:p>
    <w:p>
      <w:r>
        <w:t xml:space="preserve">    A.倾听对方讲话</w:t>
      </w:r>
    </w:p>
    <w:p>
      <w:r>
        <w:t xml:space="preserve">    B.自我吹嘘</w:t>
      </w:r>
    </w:p>
    <w:p>
      <w:r>
        <w:t xml:space="preserve">    C.真诚赞美</w:t>
      </w:r>
    </w:p>
    <w:p>
      <w:r>
        <w:t xml:space="preserve">    D.礼貌插话</w:t>
      </w:r>
    </w:p>
    <w:p>
      <w:r>
        <w:rPr>
          <w:b/>
          <w:color w:val="C00000"/>
        </w:rPr>
        <w:t>【答案】B</w:t>
      </w:r>
    </w:p>
    <w:p>
      <w:r>
        <w:t>【解析】聚谈应真诚、倾听，不可自我吹嘘、喋喋不休。</w:t>
      </w:r>
    </w:p>
    <w:p/>
    <w:p>
      <w:r>
        <w:rPr>
          <w:b/>
        </w:rPr>
        <w:t>71. 导游人员在与旅游者交往中，应遵循的原则不包括（　）</w:t>
      </w:r>
    </w:p>
    <w:p>
      <w:r>
        <w:t xml:space="preserve">    A.不卑不亢</w:t>
      </w:r>
    </w:p>
    <w:p>
      <w:r>
        <w:t xml:space="preserve">    B.一视同仁</w:t>
      </w:r>
    </w:p>
    <w:p>
      <w:r>
        <w:t xml:space="preserve">    C.等距离交往</w:t>
      </w:r>
    </w:p>
    <w:p>
      <w:r>
        <w:t xml:space="preserve">    D.厚此薄彼</w:t>
      </w:r>
    </w:p>
    <w:p>
      <w:r>
        <w:rPr>
          <w:b/>
          <w:color w:val="C00000"/>
        </w:rPr>
        <w:t>【答案】D</w:t>
      </w:r>
    </w:p>
    <w:p>
      <w:r>
        <w:t>【解析】导游应等距离交往，一视同仁，不厚此薄彼。</w:t>
      </w:r>
    </w:p>
    <w:p/>
    <w:p>
      <w:r>
        <w:rPr>
          <w:b/>
        </w:rPr>
        <w:t>72. 领队在带团出境前，应召开行前说明会，一般在出发前（　）</w:t>
      </w:r>
    </w:p>
    <w:p>
      <w:r>
        <w:t xml:space="preserve">    A.1天</w:t>
      </w:r>
    </w:p>
    <w:p>
      <w:r>
        <w:t xml:space="preserve">    B.3至7天</w:t>
      </w:r>
    </w:p>
    <w:p>
      <w:r>
        <w:t xml:space="preserve">    C.15天</w:t>
      </w:r>
    </w:p>
    <w:p>
      <w:r>
        <w:t xml:space="preserve">    D.1个月</w:t>
      </w:r>
    </w:p>
    <w:p>
      <w:r>
        <w:rPr>
          <w:b/>
          <w:color w:val="C00000"/>
        </w:rPr>
        <w:t>【答案】B</w:t>
      </w:r>
    </w:p>
    <w:p>
      <w:r>
        <w:t>【解析】行前说明会一般在出发前3至7天召开。</w:t>
      </w:r>
    </w:p>
    <w:p/>
    <w:p>
      <w:r>
        <w:rPr>
          <w:b/>
        </w:rPr>
        <w:t>73. 出境旅游，旅游者应在（　）填写海关申报单。</w:t>
      </w:r>
    </w:p>
    <w:p>
      <w:r>
        <w:t xml:space="preserve">    A.飞机上</w:t>
      </w:r>
    </w:p>
    <w:p>
      <w:r>
        <w:t xml:space="preserve">    B.出境口岸</w:t>
      </w:r>
    </w:p>
    <w:p>
      <w:r>
        <w:t xml:space="preserve">    C.旅行社</w:t>
      </w:r>
    </w:p>
    <w:p>
      <w:r>
        <w:t xml:space="preserve">    D.家中</w:t>
      </w:r>
    </w:p>
    <w:p>
      <w:r>
        <w:rPr>
          <w:b/>
          <w:color w:val="C00000"/>
        </w:rPr>
        <w:t>【答案】B</w:t>
      </w:r>
    </w:p>
    <w:p>
      <w:r>
        <w:t>【解析】出入境应在口岸海关按规定填写申报单。</w:t>
      </w:r>
    </w:p>
    <w:p/>
    <w:p>
      <w:r>
        <w:rPr>
          <w:b/>
        </w:rPr>
        <w:t>74. 中国旅游者出境须向边防检查站交验（　）</w:t>
      </w:r>
    </w:p>
    <w:p>
      <w:r>
        <w:t xml:space="preserve">    A.身份证</w:t>
      </w:r>
    </w:p>
    <w:p>
      <w:r>
        <w:t xml:space="preserve">    B.护照和签证</w:t>
      </w:r>
    </w:p>
    <w:p>
      <w:r>
        <w:t xml:space="preserve">    C.户口本</w:t>
      </w:r>
    </w:p>
    <w:p>
      <w:r>
        <w:t xml:space="preserve">    D.工作证</w:t>
      </w:r>
    </w:p>
    <w:p>
      <w:r>
        <w:rPr>
          <w:b/>
          <w:color w:val="C00000"/>
        </w:rPr>
        <w:t>【答案】B</w:t>
      </w:r>
    </w:p>
    <w:p>
      <w:r>
        <w:t>【解析】出境须交验有效护照、签证及出境登记卡。</w:t>
      </w:r>
    </w:p>
    <w:p/>
    <w:p>
      <w:r>
        <w:rPr>
          <w:b/>
        </w:rPr>
        <w:t>75. 入境旅游者来华旅游，应在签证有效期内入境，签证一般注明（　）</w:t>
      </w:r>
    </w:p>
    <w:p>
      <w:r>
        <w:t xml:space="preserve">    A.停留期限</w:t>
      </w:r>
    </w:p>
    <w:p>
      <w:r>
        <w:t xml:space="preserve">    B.入境口岸</w:t>
      </w:r>
    </w:p>
    <w:p>
      <w:r>
        <w:t xml:space="preserve">    C.旅行路线</w:t>
      </w:r>
    </w:p>
    <w:p>
      <w:r>
        <w:t xml:space="preserve">    D.住宿饭店</w:t>
      </w:r>
    </w:p>
    <w:p>
      <w:r>
        <w:rPr>
          <w:b/>
          <w:color w:val="C00000"/>
        </w:rPr>
        <w:t>【答案】A</w:t>
      </w:r>
    </w:p>
    <w:p>
      <w:r>
        <w:t>【解析】签证注明准许停留的期限。</w:t>
      </w:r>
    </w:p>
    <w:p/>
    <w:p>
      <w:r>
        <w:rPr>
          <w:b/>
        </w:rPr>
        <w:t>76. 导游人员在讲解时，引用诗句、典故属于（　）</w:t>
      </w:r>
    </w:p>
    <w:p>
      <w:r>
        <w:t xml:space="preserve">    A.虚实结合法</w:t>
      </w:r>
    </w:p>
    <w:p>
      <w:r>
        <w:t xml:space="preserve">    B.类比法</w:t>
      </w:r>
    </w:p>
    <w:p>
      <w:r>
        <w:t xml:space="preserve">    C.突出重点法</w:t>
      </w:r>
    </w:p>
    <w:p>
      <w:r>
        <w:t xml:space="preserve">    D.悬念法</w:t>
      </w:r>
    </w:p>
    <w:p>
      <w:r>
        <w:rPr>
          <w:b/>
          <w:color w:val="C00000"/>
        </w:rPr>
        <w:t>【答案】A</w:t>
      </w:r>
    </w:p>
    <w:p>
      <w:r>
        <w:t>【解析】虚实结合法是将实景与传说、典故、诗词结合讲解。</w:t>
      </w:r>
    </w:p>
    <w:p/>
    <w:p>
      <w:r>
        <w:rPr>
          <w:b/>
        </w:rPr>
        <w:t>77. 导游人员在带团过程中，对待旅游者的投诉，正确做法是（　）</w:t>
      </w:r>
    </w:p>
    <w:p>
      <w:r>
        <w:t xml:space="preserve">    A.认真倾听，妥善处理</w:t>
      </w:r>
    </w:p>
    <w:p>
      <w:r>
        <w:t xml:space="preserve">    B.立即反驳</w:t>
      </w:r>
    </w:p>
    <w:p>
      <w:r>
        <w:t xml:space="preserve">    C.置之不理</w:t>
      </w:r>
    </w:p>
    <w:p>
      <w:r>
        <w:t xml:space="preserve">    D.推卸责任</w:t>
      </w:r>
    </w:p>
    <w:p>
      <w:r>
        <w:rPr>
          <w:b/>
          <w:color w:val="C00000"/>
        </w:rPr>
        <w:t>【答案】A</w:t>
      </w:r>
    </w:p>
    <w:p>
      <w:r>
        <w:t>【解析】对投诉应耐心倾听、表示理解、及时处理。</w:t>
      </w:r>
    </w:p>
    <w:p/>
    <w:p>
      <w:r>
        <w:rPr>
          <w:b/>
        </w:rPr>
        <w:t>78. 旅游团中一位旅游者因病住院，未享受的综合服务费应（　）</w:t>
      </w:r>
    </w:p>
    <w:p>
      <w:r>
        <w:t xml:space="preserve">    A.不予退还</w:t>
      </w:r>
    </w:p>
    <w:p>
      <w:r>
        <w:t xml:space="preserve">    B.按协议退还</w:t>
      </w:r>
    </w:p>
    <w:p>
      <w:r>
        <w:t xml:space="preserve">    C.全部没收</w:t>
      </w:r>
    </w:p>
    <w:p>
      <w:r>
        <w:t xml:space="preserve">    D.由导游决定</w:t>
      </w:r>
    </w:p>
    <w:p>
      <w:r>
        <w:rPr>
          <w:b/>
          <w:color w:val="C00000"/>
        </w:rPr>
        <w:t>【答案】B</w:t>
      </w:r>
    </w:p>
    <w:p>
      <w:r>
        <w:t>【解析】因病退团，未享受费用按协议和旅游合同处理。</w:t>
      </w:r>
    </w:p>
    <w:p/>
    <w:p>
      <w:r>
        <w:rPr>
          <w:b/>
        </w:rPr>
        <w:t>79. 导游人员在带团时，遇到旅游者有越轨言行，首先应（　）</w:t>
      </w:r>
    </w:p>
    <w:p>
      <w:r>
        <w:t xml:space="preserve">    A.汇报公安</w:t>
      </w:r>
    </w:p>
    <w:p>
      <w:r>
        <w:t xml:space="preserve">    B.明确态度、礼貌劝阻</w:t>
      </w:r>
    </w:p>
    <w:p>
      <w:r>
        <w:t xml:space="preserve">    C.扭送派出所</w:t>
      </w:r>
    </w:p>
    <w:p>
      <w:r>
        <w:t xml:space="preserve">    D.不予理睬</w:t>
      </w:r>
    </w:p>
    <w:p>
      <w:r>
        <w:rPr>
          <w:b/>
          <w:color w:val="C00000"/>
        </w:rPr>
        <w:t>【答案】B</w:t>
      </w:r>
    </w:p>
    <w:p>
      <w:r>
        <w:t>【解析】对越轨言行应明确表明态度、礼貌劝阻，及时报告。</w:t>
      </w:r>
    </w:p>
    <w:p/>
    <w:p>
      <w:r>
        <w:rPr>
          <w:b/>
        </w:rPr>
        <w:t>80. 导游讲解「见景生情、借题发挥」的方法是（　）</w:t>
      </w:r>
    </w:p>
    <w:p>
      <w:r>
        <w:t xml:space="preserve">    A.触景生情法</w:t>
      </w:r>
    </w:p>
    <w:p>
      <w:r>
        <w:t xml:space="preserve">    B.虚实结合法</w:t>
      </w:r>
    </w:p>
    <w:p>
      <w:r>
        <w:t xml:space="preserve">    C.悬念法</w:t>
      </w:r>
    </w:p>
    <w:p>
      <w:r>
        <w:t xml:space="preserve">    D.问答法</w:t>
      </w:r>
    </w:p>
    <w:p>
      <w:r>
        <w:rPr>
          <w:b/>
          <w:color w:val="C00000"/>
        </w:rPr>
        <w:t>【答案】A</w:t>
      </w:r>
    </w:p>
    <w:p>
      <w:r>
        <w:t>【解析】触景生情法是见景生情、借题发挥的讲解方法。</w:t>
      </w:r>
    </w:p>
    <w:p/>
    <w:p>
      <w:r>
        <w:rPr>
          <w:b/>
        </w:rPr>
        <w:t>81. 在人际交往中，注视对方的时间应占全部相处时间的（　）</w:t>
      </w:r>
    </w:p>
    <w:p>
      <w:r>
        <w:t xml:space="preserve">    A.1/3左右</w:t>
      </w:r>
    </w:p>
    <w:p>
      <w:r>
        <w:t xml:space="preserve">    B.1/2左右</w:t>
      </w:r>
    </w:p>
    <w:p>
      <w:r>
        <w:t xml:space="preserve">    C.2/3以上</w:t>
      </w:r>
    </w:p>
    <w:p>
      <w:r>
        <w:t xml:space="preserve">    D.全部</w:t>
      </w:r>
    </w:p>
    <w:p>
      <w:r>
        <w:rPr>
          <w:b/>
          <w:color w:val="C00000"/>
        </w:rPr>
        <w:t>【答案】A</w:t>
      </w:r>
    </w:p>
    <w:p>
      <w:r>
        <w:t>【解析】社交注视时间以相处时间的1/3至2/3为宜。</w:t>
      </w:r>
    </w:p>
    <w:p/>
    <w:p>
      <w:r>
        <w:rPr>
          <w:b/>
        </w:rPr>
        <w:t>82. 导游人员的着装应遵循（　）原则。</w:t>
      </w:r>
    </w:p>
    <w:p>
      <w:r>
        <w:t xml:space="preserve">    A.时髦</w:t>
      </w:r>
    </w:p>
    <w:p>
      <w:r>
        <w:t xml:space="preserve">    B.整洁、协调</w:t>
      </w:r>
    </w:p>
    <w:p>
      <w:r>
        <w:t xml:space="preserve">    C.昂贵</w:t>
      </w:r>
    </w:p>
    <w:p>
      <w:r>
        <w:t xml:space="preserve">    D.品牌</w:t>
      </w:r>
    </w:p>
    <w:p>
      <w:r>
        <w:rPr>
          <w:b/>
          <w:color w:val="C00000"/>
        </w:rPr>
        <w:t>【答案】B</w:t>
      </w:r>
    </w:p>
    <w:p>
      <w:r>
        <w:t>【解析】导游着装应整洁、大方、协调，符合职业身份。</w:t>
      </w:r>
    </w:p>
    <w:p/>
    <w:p>
      <w:r>
        <w:rPr>
          <w:b/>
        </w:rPr>
        <w:t>83. 下列不属于导游人员特殊服务的是（　）</w:t>
      </w:r>
    </w:p>
    <w:p>
      <w:r>
        <w:t xml:space="preserve">    A.为旅游者代购机票</w:t>
      </w:r>
    </w:p>
    <w:p>
      <w:r>
        <w:t xml:space="preserve">    B.陪同旅游者会见亲友</w:t>
      </w:r>
    </w:p>
    <w:p>
      <w:r>
        <w:t xml:space="preserve">    C.为患病旅游者求医</w:t>
      </w:r>
    </w:p>
    <w:p>
      <w:r>
        <w:t xml:space="preserve">    D.帮助旅游者转递信件</w:t>
      </w:r>
    </w:p>
    <w:p>
      <w:r>
        <w:rPr>
          <w:b/>
          <w:color w:val="C00000"/>
        </w:rPr>
        <w:t>【答案】B</w:t>
      </w:r>
    </w:p>
    <w:p>
      <w:r>
        <w:t>【解析】陪同会见亲友不属于导游常规服务，应婉拒。</w:t>
      </w:r>
    </w:p>
    <w:p/>
    <w:p>
      <w:r>
        <w:rPr>
          <w:b/>
        </w:rPr>
        <w:t>84. 旅游者要求导游人员安排其会见熟人，导游人员应（　）</w:t>
      </w:r>
    </w:p>
    <w:p>
      <w:r>
        <w:t xml:space="preserve">    A.断然拒绝</w:t>
      </w:r>
    </w:p>
    <w:p>
      <w:r>
        <w:t xml:space="preserve">    B.予以协助，不当陪</w:t>
      </w:r>
    </w:p>
    <w:p>
      <w:r>
        <w:t xml:space="preserve">    C.全程陪同</w:t>
      </w:r>
    </w:p>
    <w:p>
      <w:r>
        <w:t xml:space="preserve">    D.收费陪同</w:t>
      </w:r>
    </w:p>
    <w:p>
      <w:r>
        <w:rPr>
          <w:b/>
          <w:color w:val="C00000"/>
        </w:rPr>
        <w:t>【答案】B</w:t>
      </w:r>
    </w:p>
    <w:p>
      <w:r>
        <w:t>【解析】可帮忙安排、联系，一般不陪同、不介入私人会见。</w:t>
      </w:r>
    </w:p>
    <w:p/>
    <w:p>
      <w:r>
        <w:rPr>
          <w:b/>
        </w:rPr>
        <w:t>85. 在旅游过程中，旅游者提出口头意见，导游人员应（　）</w:t>
      </w:r>
    </w:p>
    <w:p>
      <w:r>
        <w:t xml:space="preserve">    A.认真倾听，必要时记录</w:t>
      </w:r>
    </w:p>
    <w:p>
      <w:r>
        <w:t xml:space="preserve">    B.听过就算</w:t>
      </w:r>
    </w:p>
    <w:p>
      <w:r>
        <w:t xml:space="preserve">    C.反驳</w:t>
      </w:r>
    </w:p>
    <w:p>
      <w:r>
        <w:t xml:space="preserve">    D.报告领导</w:t>
      </w:r>
    </w:p>
    <w:p>
      <w:r>
        <w:rPr>
          <w:b/>
          <w:color w:val="C00000"/>
        </w:rPr>
        <w:t>【答案】A</w:t>
      </w:r>
    </w:p>
    <w:p>
      <w:r>
        <w:t>【解析】对口头意见应倾听、记录，及时回应。</w:t>
      </w:r>
    </w:p>
    <w:p/>
    <w:p>
      <w:r>
        <w:rPr>
          <w:b/>
        </w:rPr>
        <w:t>86. 导游人员在带团中，对待儿童旅游者，正确做法是（　）</w:t>
      </w:r>
    </w:p>
    <w:p>
      <w:r>
        <w:t xml:space="preserve">    A.单独带儿童外出</w:t>
      </w:r>
    </w:p>
    <w:p>
      <w:r>
        <w:t xml:space="preserve">    B.为儿童购买玩具食品</w:t>
      </w:r>
    </w:p>
    <w:p>
      <w:r>
        <w:t xml:space="preserve">    C.提醒家长注意安全，不单独带儿童</w:t>
      </w:r>
    </w:p>
    <w:p>
      <w:r>
        <w:t xml:space="preserve">    D.给儿童用药</w:t>
      </w:r>
    </w:p>
    <w:p>
      <w:r>
        <w:rPr>
          <w:b/>
          <w:color w:val="C00000"/>
        </w:rPr>
        <w:t>【答案】C</w:t>
      </w:r>
    </w:p>
    <w:p>
      <w:r>
        <w:t>【解析】儿童安全由家长负责，导游不单独带儿童、不建议用药。</w:t>
      </w:r>
    </w:p>
    <w:p/>
    <w:p>
      <w:r>
        <w:rPr>
          <w:b/>
        </w:rPr>
        <w:t>87. 旅游者要求医师让其在病房会见朋友，导游人员应（　）</w:t>
      </w:r>
    </w:p>
    <w:p>
      <w:r>
        <w:t xml:space="preserve">    A.拒绝</w:t>
      </w:r>
    </w:p>
    <w:p>
      <w:r>
        <w:t xml:space="preserve">    B.协助安排</w:t>
      </w:r>
    </w:p>
    <w:p>
      <w:r>
        <w:t xml:space="preserve">    C.陪同</w:t>
      </w:r>
    </w:p>
    <w:p>
      <w:r>
        <w:t xml:space="preserve">    D.收费</w:t>
      </w:r>
    </w:p>
    <w:p>
      <w:r>
        <w:rPr>
          <w:b/>
          <w:color w:val="C00000"/>
        </w:rPr>
        <w:t>【答案】B</w:t>
      </w:r>
    </w:p>
    <w:p>
      <w:r>
        <w:t>【解析】可协助联系、安排，但遵守医院规定。</w:t>
      </w:r>
    </w:p>
    <w:p/>
    <w:p>
      <w:r>
        <w:rPr>
          <w:b/>
        </w:rPr>
        <w:t>88. 导游人员在带团结束后，应认真处理的工作不包括（　）</w:t>
      </w:r>
    </w:p>
    <w:p>
      <w:r>
        <w:t xml:space="preserve">    A.结账</w:t>
      </w:r>
    </w:p>
    <w:p>
      <w:r>
        <w:t xml:space="preserve">    B.处理遗留问题</w:t>
      </w:r>
    </w:p>
    <w:p>
      <w:r>
        <w:t xml:space="preserve">    C.总结汇报</w:t>
      </w:r>
    </w:p>
    <w:p>
      <w:r>
        <w:t xml:space="preserve">    D.私下收受回扣</w:t>
      </w:r>
    </w:p>
    <w:p>
      <w:r>
        <w:rPr>
          <w:b/>
          <w:color w:val="C00000"/>
        </w:rPr>
        <w:t>【答案】D</w:t>
      </w:r>
    </w:p>
    <w:p>
      <w:r>
        <w:t>【解析】收尾工作包括结账、遗留问题、总结，收回扣违规。</w:t>
      </w:r>
    </w:p>
    <w:p/>
    <w:p>
      <w:r>
        <w:rPr>
          <w:b/>
        </w:rPr>
        <w:t>89. 地陪在送行前，应提前与司机商定出发时间，一般按旅游者抵达车站、机场后（　）要求确定。</w:t>
      </w:r>
    </w:p>
    <w:p>
      <w:r>
        <w:t xml:space="preserve">    A.提前量</w:t>
      </w:r>
    </w:p>
    <w:p>
      <w:r>
        <w:t xml:space="preserve">    B.正常时间</w:t>
      </w:r>
    </w:p>
    <w:p>
      <w:r>
        <w:t xml:space="preserve">    C.最晚时间</w:t>
      </w:r>
    </w:p>
    <w:p>
      <w:r>
        <w:t xml:space="preserve">    D.司机时间</w:t>
      </w:r>
    </w:p>
    <w:p>
      <w:r>
        <w:rPr>
          <w:b/>
          <w:color w:val="C00000"/>
        </w:rPr>
        <w:t>【答案】A</w:t>
      </w:r>
    </w:p>
    <w:p>
      <w:r>
        <w:t>【解析】按离站交通要求的提前量倒推出发时间。</w:t>
      </w:r>
    </w:p>
    <w:p/>
    <w:p>
      <w:r>
        <w:rPr>
          <w:b/>
        </w:rPr>
        <w:t>90. 旅游团离店时，地陪应提醒旅游者尽早与饭店结清（　）账目。</w:t>
      </w:r>
    </w:p>
    <w:p>
      <w:r>
        <w:t xml:space="preserve">    A.房费</w:t>
      </w:r>
    </w:p>
    <w:p>
      <w:r>
        <w:t xml:space="preserve">    B.个人消费账目</w:t>
      </w:r>
    </w:p>
    <w:p>
      <w:r>
        <w:t xml:space="preserve">    C.团队餐费</w:t>
      </w:r>
    </w:p>
    <w:p>
      <w:r>
        <w:t xml:space="preserve">    D.行李费</w:t>
      </w:r>
    </w:p>
    <w:p>
      <w:r>
        <w:rPr>
          <w:b/>
          <w:color w:val="C00000"/>
        </w:rPr>
        <w:t>【答案】B</w:t>
      </w:r>
    </w:p>
    <w:p>
      <w:r>
        <w:t>【解析】提醒结清个人消费账目（如长途电话、酒水）。</w:t>
      </w:r>
    </w:p>
    <w:p/>
    <w:p>
      <w:r>
        <w:rPr>
          <w:b/>
        </w:rPr>
        <w:t>91. 导游人员带团时，对旅游者的小费正确态度是（　）</w:t>
      </w:r>
    </w:p>
    <w:p>
      <w:r>
        <w:t xml:space="preserve">    A.主动索要</w:t>
      </w:r>
    </w:p>
    <w:p>
      <w:r>
        <w:t xml:space="preserve">    B.婉言谢绝或按规定</w:t>
      </w:r>
    </w:p>
    <w:p>
      <w:r>
        <w:t xml:space="preserve">    C.强行收取</w:t>
      </w:r>
    </w:p>
    <w:p>
      <w:r>
        <w:t xml:space="preserve">    D.暗示索取</w:t>
      </w:r>
    </w:p>
    <w:p>
      <w:r>
        <w:rPr>
          <w:b/>
          <w:color w:val="C00000"/>
        </w:rPr>
        <w:t>【答案】B</w:t>
      </w:r>
    </w:p>
    <w:p>
      <w:r>
        <w:t>【解析】不得主动索要小费，可按目的地惯例处理。</w:t>
      </w:r>
    </w:p>
    <w:p/>
    <w:p>
      <w:r>
        <w:rPr>
          <w:b/>
        </w:rPr>
        <w:t>92. 在景点游览时，导游人员应（　）</w:t>
      </w:r>
    </w:p>
    <w:p>
      <w:r>
        <w:t xml:space="preserve">    A.走在队尾</w:t>
      </w:r>
    </w:p>
    <w:p>
      <w:r>
        <w:t xml:space="preserve">    B.领队队首，断后</w:t>
      </w:r>
    </w:p>
    <w:p>
      <w:r>
        <w:t xml:space="preserve">    C.自由活动</w:t>
      </w:r>
    </w:p>
    <w:p>
      <w:r>
        <w:t xml:space="preserve">    D.坐在车里</w:t>
      </w:r>
    </w:p>
    <w:p>
      <w:r>
        <w:rPr>
          <w:b/>
          <w:color w:val="C00000"/>
        </w:rPr>
        <w:t>【答案】B</w:t>
      </w:r>
    </w:p>
    <w:p>
      <w:r>
        <w:t>【解析】地陪带队首讲解，全陪或领队断后，防止走失。</w:t>
      </w:r>
    </w:p>
    <w:p/>
    <w:p>
      <w:r>
        <w:rPr>
          <w:b/>
        </w:rPr>
        <w:t>93. 导游人员在带团中，如遇旅游者投诉服务质量，应（　）</w:t>
      </w:r>
    </w:p>
    <w:p>
      <w:r>
        <w:t xml:space="preserve">    A.代表旅行社诚恳道歉</w:t>
      </w:r>
    </w:p>
    <w:p>
      <w:r>
        <w:t xml:space="preserve">    B.推卸责任</w:t>
      </w:r>
    </w:p>
    <w:p>
      <w:r>
        <w:t xml:space="preserve">    C.与游客争辩</w:t>
      </w:r>
    </w:p>
    <w:p>
      <w:r>
        <w:t xml:space="preserve">    D.不理不睬</w:t>
      </w:r>
    </w:p>
    <w:p>
      <w:r>
        <w:rPr>
          <w:b/>
          <w:color w:val="C00000"/>
        </w:rPr>
        <w:t>【答案】A</w:t>
      </w:r>
    </w:p>
    <w:p>
      <w:r>
        <w:t>【解析】应诚恳道歉，及时改进，重大问题报告旅行社。</w:t>
      </w:r>
    </w:p>
    <w:p/>
    <w:p>
      <w:r>
        <w:rPr>
          <w:b/>
        </w:rPr>
        <w:t>94. 导游人员的独立工作能力不包括（　）</w:t>
      </w:r>
    </w:p>
    <w:p>
      <w:r>
        <w:t xml:space="preserve">    A.政策解读能力</w:t>
      </w:r>
    </w:p>
    <w:p>
      <w:r>
        <w:t xml:space="preserve">    B.组织协调能力</w:t>
      </w:r>
    </w:p>
    <w:p>
      <w:r>
        <w:t xml:space="preserve">    C.与人打交道能力</w:t>
      </w:r>
    </w:p>
    <w:p>
      <w:r>
        <w:t xml:space="preserve">    D.制作旅游纪念品能力</w:t>
      </w:r>
    </w:p>
    <w:p>
      <w:r>
        <w:rPr>
          <w:b/>
          <w:color w:val="C00000"/>
        </w:rPr>
        <w:t>【答案】D</w:t>
      </w:r>
    </w:p>
    <w:p>
      <w:r>
        <w:t>【解析】独立工作能力包括政策执行、组织协调、应急处理、人际交往。</w:t>
      </w:r>
    </w:p>
    <w:p/>
    <w:p>
      <w:r>
        <w:rPr>
          <w:b/>
        </w:rPr>
        <w:t>95. 优质导游服务的基本要求是（　）</w:t>
      </w:r>
    </w:p>
    <w:p>
      <w:r>
        <w:t xml:space="preserve">    A.标准化与个性化结合</w:t>
      </w:r>
    </w:p>
    <w:p>
      <w:r>
        <w:t xml:space="preserve">    B.只讲标准</w:t>
      </w:r>
    </w:p>
    <w:p>
      <w:r>
        <w:t xml:space="preserve">    C.只讲个性</w:t>
      </w:r>
    </w:p>
    <w:p>
      <w:r>
        <w:t xml:space="preserve">    D.自由发挥</w:t>
      </w:r>
    </w:p>
    <w:p>
      <w:r>
        <w:rPr>
          <w:b/>
          <w:color w:val="C00000"/>
        </w:rPr>
        <w:t>【答案】A</w:t>
      </w:r>
    </w:p>
    <w:p>
      <w:r>
        <w:t>【解析】优质服务要求规范化（标准化）与个性化相结合。</w:t>
      </w:r>
    </w:p>
    <w:p/>
    <w:p>
      <w:r>
        <w:rPr>
          <w:b/>
        </w:rPr>
        <w:t>96. 旅游者在旅游活动中享有的权利不包括（　）</w:t>
      </w:r>
    </w:p>
    <w:p>
      <w:r>
        <w:t xml:space="preserve">    A.人身财产安全不受侵犯</w:t>
      </w:r>
    </w:p>
    <w:p>
      <w:r>
        <w:t xml:space="preserve">    B.自主选择旅游服务</w:t>
      </w:r>
    </w:p>
    <w:p>
      <w:r>
        <w:t xml:space="preserve">    C.强制购物</w:t>
      </w:r>
    </w:p>
    <w:p>
      <w:r>
        <w:t xml:space="preserve">    D.获得质价相符服务</w:t>
      </w:r>
    </w:p>
    <w:p>
      <w:r>
        <w:rPr>
          <w:b/>
          <w:color w:val="C00000"/>
        </w:rPr>
        <w:t>【答案】C</w:t>
      </w:r>
    </w:p>
    <w:p>
      <w:r>
        <w:t>【解析】强制购物是违法行为，不是旅游者权利。</w:t>
      </w:r>
    </w:p>
    <w:p/>
    <w:p>
      <w:r>
        <w:rPr>
          <w:b/>
        </w:rPr>
        <w:t>97. 导游人员在讲解中，对景物的历史背景、掌故传说要做到（　）</w:t>
      </w:r>
    </w:p>
    <w:p>
      <w:r>
        <w:t xml:space="preserve">    A.准确无误</w:t>
      </w:r>
    </w:p>
    <w:p>
      <w:r>
        <w:t xml:space="preserve">    B.随意编造</w:t>
      </w:r>
    </w:p>
    <w:p>
      <w:r>
        <w:t xml:space="preserve">    C.道听途说</w:t>
      </w:r>
    </w:p>
    <w:p>
      <w:r>
        <w:t xml:space="preserve">    D.夸大其词</w:t>
      </w:r>
    </w:p>
    <w:p>
      <w:r>
        <w:rPr>
          <w:b/>
          <w:color w:val="C00000"/>
        </w:rPr>
        <w:t>【答案】A</w:t>
      </w:r>
    </w:p>
    <w:p>
      <w:r>
        <w:t>【解析】讲解内容必须准确，不得胡编乱造。</w:t>
      </w:r>
    </w:p>
    <w:p/>
    <w:p>
      <w:r>
        <w:rPr>
          <w:b/>
        </w:rPr>
        <w:t>98. 地陪在接团时，如出现漏接，正确处理是（　）</w:t>
      </w:r>
    </w:p>
    <w:p>
      <w:r>
        <w:t xml:space="preserve">    A.实事求是说明情况，诚恳道歉</w:t>
      </w:r>
    </w:p>
    <w:p>
      <w:r>
        <w:t xml:space="preserve">    B.隐瞒</w:t>
      </w:r>
    </w:p>
    <w:p>
      <w:r>
        <w:t xml:space="preserve">    C.指责旅游者</w:t>
      </w:r>
    </w:p>
    <w:p>
      <w:r>
        <w:t xml:space="preserve">    D.一走了之</w:t>
      </w:r>
    </w:p>
    <w:p>
      <w:r>
        <w:rPr>
          <w:b/>
          <w:color w:val="C00000"/>
        </w:rPr>
        <w:t>【答案】A</w:t>
      </w:r>
    </w:p>
    <w:p>
      <w:r>
        <w:t>【解析】漏接应实事求是说明、诚恳道歉、采取弥补措施。</w:t>
      </w:r>
    </w:p>
    <w:p/>
    <w:p>
      <w:r>
        <w:rPr>
          <w:b/>
        </w:rPr>
        <w:t>99. 因天气原因航班延误，导游人员应首先（　）</w:t>
      </w:r>
    </w:p>
    <w:p>
      <w:r>
        <w:t xml:space="preserve">    A.通知旅行社，安抚游客</w:t>
      </w:r>
    </w:p>
    <w:p>
      <w:r>
        <w:t xml:space="preserve">    B.指责航空公司</w:t>
      </w:r>
    </w:p>
    <w:p>
      <w:r>
        <w:t xml:space="preserve">    C.让游客自行处理</w:t>
      </w:r>
    </w:p>
    <w:p>
      <w:r>
        <w:t xml:space="preserve">    D.安排自费项目</w:t>
      </w:r>
    </w:p>
    <w:p>
      <w:r>
        <w:rPr>
          <w:b/>
          <w:color w:val="C00000"/>
        </w:rPr>
        <w:t>【答案】A</w:t>
      </w:r>
    </w:p>
    <w:p>
      <w:r>
        <w:t>【解析】航班延误应及时通知旅行社、安抚游客、协调食宿交通。</w:t>
      </w:r>
    </w:p>
    <w:p/>
    <w:p>
      <w:r>
        <w:rPr>
          <w:b/>
        </w:rPr>
        <w:t>100. 旅游团在山区游览突遇暴雨引发山洪，导游人员应组织旅游者（　）</w:t>
      </w:r>
    </w:p>
    <w:p>
      <w:r>
        <w:t xml:space="preserve">    A.向山顶高地转移</w:t>
      </w:r>
    </w:p>
    <w:p>
      <w:r>
        <w:t xml:space="preserve">    B.顺流而下</w:t>
      </w:r>
    </w:p>
    <w:p>
      <w:r>
        <w:t xml:space="preserve">    C.在沟底等待</w:t>
      </w:r>
    </w:p>
    <w:p>
      <w:r>
        <w:t xml:space="preserve">    D.躲进车内</w:t>
      </w:r>
    </w:p>
    <w:p>
      <w:r>
        <w:rPr>
          <w:b/>
          <w:color w:val="C00000"/>
        </w:rPr>
        <w:t>【答案】A</w:t>
      </w:r>
    </w:p>
    <w:p>
      <w:r>
        <w:t>【解析】山洪时应向两侧山坡高地转移，不可顺流跑、不躲车内。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