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房屋租赁合同（个人租房标准版）</w:t>
      </w:r>
    </w:p>
    <w:p>
      <w:pPr>
        <w:ind w:firstLine="440"/>
      </w:pPr>
      <w:r>
        <w:t>出租方（甲方）：XXX 身份证号：XXXXXXXXXXXXXXXXXX 联系电话：XXXXXXXXXXX</w:t>
      </w:r>
    </w:p>
    <w:p>
      <w:pPr>
        <w:ind w:firstLine="440"/>
      </w:pPr>
      <w:r>
        <w:t>承租方（乙方）：XXX 身份证号：XXXXXXXXXXXXXXXXXX 联系电话：XXXXXXXXXXX</w:t>
      </w:r>
    </w:p>
    <w:p>
      <w:pPr>
        <w:ind w:firstLine="440"/>
      </w:pPr>
      <w:r>
        <w:t>根据《中华人民共和国民法典》及相关法律法规，甲乙双方在平等、自愿、协商一致的基础上，就乙方承租甲方合法拥有的房屋事宜，订立本合同。</w:t>
      </w:r>
    </w:p>
    <w:p>
      <w:r>
        <w:rPr>
          <w:rFonts w:ascii="黑体" w:hAnsi="黑体" w:eastAsia="黑体"/>
          <w:b/>
          <w:sz w:val="28"/>
        </w:rPr>
        <w:t>第一条 房屋基本情况</w:t>
      </w:r>
    </w:p>
    <w:p>
      <w:pPr>
        <w:ind w:firstLine="440"/>
      </w:pPr>
      <w:r>
        <w:t>甲方将位于XX市XX区XX路XX号XX小区XX栋XX单元XX室的房屋出租给乙方居住使用。房屋建筑面积约XX平方米，户型为X室X厅X卫。房屋内现有家具、家电清单详见附件《房屋交接清单》，该清单作为本合同不可分割的一部分。</w:t>
      </w:r>
    </w:p>
    <w:p>
      <w:r>
        <w:rPr>
          <w:rFonts w:ascii="黑体" w:hAnsi="黑体" w:eastAsia="黑体"/>
          <w:b/>
          <w:sz w:val="28"/>
        </w:rPr>
        <w:t>第二条 租赁期限</w:t>
      </w:r>
    </w:p>
    <w:p>
      <w:pPr>
        <w:ind w:firstLine="440"/>
      </w:pPr>
      <w:r>
        <w:t>租赁期限自XXXX年XX月XX日起至XXXX年XX月XX日止，共计XX个月。租赁期满，乙方如需续租，应提前30日书面通知甲方，经甲方同意后重新签订租赁合同；乙方未提前通知或甲方不同意续租的，乙方应在租赁期满当日搬离。</w:t>
      </w:r>
    </w:p>
    <w:p>
      <w:r>
        <w:rPr>
          <w:rFonts w:ascii="黑体" w:hAnsi="黑体" w:eastAsia="黑体"/>
          <w:b/>
          <w:sz w:val="28"/>
        </w:rPr>
        <w:t>第三条 租金及支付方式</w:t>
      </w:r>
    </w:p>
    <w:p>
      <w:pPr>
        <w:ind w:firstLine="440"/>
      </w:pPr>
      <w:r>
        <w:t>月租金为人民币XXXX元（大写：XXXX圆整）。租金按□月/□季/□半年支付，乙方应在每个支付周期开始前X日将租金转入甲方指定账户：户名XXX，卡号XXXXXXXXXXXXXXX，开户行XXXX。首次租金应在本合同签订当日支付。</w:t>
      </w:r>
    </w:p>
    <w:p>
      <w:pPr>
        <w:ind w:firstLine="440"/>
      </w:pPr>
      <w:r>
        <w:t>乙方在签订本合同时，向甲方支付押金人民币XXXX元（通常为1至2个月租金）。租赁期满或合同解除后，在乙方结清所有费用、房屋及设施无损坏（正常损耗除外）的情况下，甲方应在X日内将押金无息退还乙方。</w:t>
      </w:r>
    </w:p>
    <w:p>
      <w:r>
        <w:rPr>
          <w:rFonts w:ascii="黑体" w:hAnsi="黑体" w:eastAsia="黑体"/>
          <w:b/>
          <w:sz w:val="28"/>
        </w:rPr>
        <w:t>第四条 其他费用</w:t>
      </w:r>
    </w:p>
    <w:p>
      <w:pPr>
        <w:ind w:firstLine="440"/>
      </w:pPr>
      <w:r>
        <w:t>租赁期间，水费、电费、燃气费、物业费、宽带费、有线电视费等因乙方使用产生的费用由乙方承担，并按相关单位规定按时缴纳。房屋租赁税由□甲方/□乙方承担。乙方应保留缴费凭证，退租时出示。</w:t>
      </w:r>
    </w:p>
    <w:p>
      <w:r>
        <w:rPr>
          <w:rFonts w:ascii="黑体" w:hAnsi="黑体" w:eastAsia="黑体"/>
          <w:b/>
          <w:sz w:val="28"/>
        </w:rPr>
        <w:t>第五条 房屋维修与使用</w:t>
      </w:r>
    </w:p>
    <w:p>
      <w:pPr>
        <w:ind w:firstLine="440"/>
      </w:pPr>
      <w:r>
        <w:t>甲方应保证房屋及附属设施在交付时处于正常可使用状态。租赁期间，房屋主体结构、水管、电路等因自然老化出现的故障，由甲方负责维修并承担费用；乙方应及时通知甲方，甲方应在接到通知后X日内维修，逾期乙方可自行维修，费用由甲方承担（凭票据）。因乙方使用不当或人为造成的损坏，由乙方负责维修或赔偿。</w:t>
      </w:r>
    </w:p>
    <w:p>
      <w:pPr>
        <w:ind w:firstLine="440"/>
      </w:pPr>
      <w:r>
        <w:t>乙方不得擅自改变房屋结构、不得擅自转租、不得利用房屋从事违法活动。乙方如需对房屋进行装修或添加固定设施，应事先征得甲方书面同意。</w:t>
      </w:r>
    </w:p>
    <w:p>
      <w:r>
        <w:rPr>
          <w:rFonts w:ascii="黑体" w:hAnsi="黑体" w:eastAsia="黑体"/>
          <w:b/>
          <w:sz w:val="28"/>
        </w:rPr>
        <w:t>第六条 合同解除与违约责任</w:t>
      </w:r>
    </w:p>
    <w:p>
      <w:pPr>
        <w:ind w:firstLine="440"/>
      </w:pPr>
      <w:r>
        <w:t>租赁期间，任何一方提出提前解除合同，应提前30日书面通知对方，并向对方支付相当于X个月租金的违约金。乙方有下列情形之一的，甲方有权单方解除合同、收回房屋，押金不予退还：（1）拖欠租金累计达X日以上；（2）擅自转租、转借房屋；（3）擅自改变房屋用途或结构；（4）利用房屋从事违法活动。甲方有下列情形之一的，乙方有权单方解除合同，甲方应退还剩余租金及押金，并支付相当于X个月租金的违约金：（1）未按约定交付房屋达X日；（2）房屋存在重大安全隐患危及乙方安全；（3）一房两租。</w:t>
      </w:r>
    </w:p>
    <w:p>
      <w:r>
        <w:rPr>
          <w:rFonts w:ascii="黑体" w:hAnsi="黑体" w:eastAsia="黑体"/>
          <w:b/>
          <w:sz w:val="28"/>
        </w:rPr>
        <w:t>第七条 退租与交接</w:t>
      </w:r>
    </w:p>
    <w:p>
      <w:pPr>
        <w:ind w:firstLine="440"/>
      </w:pPr>
      <w:r>
        <w:t>租赁期满或合同解除当日，乙方应将房屋打扫干净、设施完好地交还甲方，双方共同查验水电气表读数、家具家电状况，签署《房屋退租交接单》。乙方遗留物品超过X日未搬离的，视为放弃所有权，甲方有权处置。</w:t>
      </w:r>
    </w:p>
    <w:p>
      <w:r>
        <w:rPr>
          <w:rFonts w:ascii="黑体" w:hAnsi="黑体" w:eastAsia="黑体"/>
          <w:b/>
          <w:sz w:val="28"/>
        </w:rPr>
        <w:t>第八条 争议解决</w:t>
      </w:r>
    </w:p>
    <w:p>
      <w:pPr>
        <w:ind w:firstLine="440"/>
      </w:pPr>
      <w:r>
        <w:t>本合同履行过程中发生争议，双方应协商解决；协商不成的，任何一方均可向房屋所在地人民法院起诉。</w:t>
      </w:r>
    </w:p>
    <w:p>
      <w:pPr>
        <w:ind w:firstLine="440"/>
      </w:pPr>
      <w:r>
        <w:t>本合同一式两份，甲乙双方各执一份，自双方签字之日起生效。</w:t>
      </w:r>
    </w:p>
    <w:p>
      <w:pPr>
        <w:ind w:firstLine="440"/>
      </w:pPr>
      <w:r>
        <w:t>甲方签字：XXX 日期：XXXX年XX月XX日</w:t>
      </w:r>
    </w:p>
    <w:p>
      <w:pPr>
        <w:ind w:firstLine="440"/>
      </w:pPr>
      <w:r>
        <w:t>乙方签字：XXX 日期：XXXX年XX月XX日</w:t>
      </w:r>
    </w:p>
    <w:p>
      <w:r>
        <w:rPr>
          <w:rFonts w:ascii="黑体" w:hAnsi="黑体" w:eastAsia="黑体"/>
          <w:b/>
          <w:sz w:val="28"/>
        </w:rPr>
        <w:t>附：租房防坑提示</w:t>
      </w:r>
    </w:p>
    <w:p>
      <w:pPr>
        <w:ind w:firstLine="440"/>
      </w:pPr>
      <w:r>
        <w:t>签合同前一定要核对房东身份证与房产证是否一致，二房东转租必须看到原房东同意转租的书面证明；押金条款要写清退还条件和时间；租金尽量转账并备注「XX月房租」，不要大额现金；入住当天拍照录像记录房屋现状和家具家电，避免退租时被讹；水电燃气表底数要在合同里写明。</w:t>
      </w:r>
    </w:p>
    <w:p>
      <w:r>
        <w:rPr>
          <w:rFonts w:ascii="黑体" w:hAnsi="黑体" w:eastAsia="黑体"/>
          <w:b/>
          <w:sz w:val="28"/>
        </w:rPr>
        <w:t>第九条 房屋交接清单（附件）</w:t>
      </w:r>
    </w:p>
    <w:p>
      <w:pPr>
        <w:ind w:firstLine="440"/>
      </w:pPr>
      <w:r>
        <w:t>水表底数：XXXX吨；电表底数：XXXX度；燃气表底数：XXXX立方米。钥匙：房门钥匙X把、单元门钥匙X把、信箱钥匙X把。家具家电：床X张、衣柜X个、沙发X组、茶几X张、餐桌X张、椅子X把、空调X台、冰箱X台、洗衣机X台、热水器X台、燃气灶X台、油烟机X台、电视机X台、路由器X个。以上物品交付时双方当场查验，能正常使用，退租时按本清单返还，非正常损坏由乙方照价赔偿。</w:t>
      </w:r>
    </w:p>
    <w:p>
      <w:r>
        <w:rPr>
          <w:rFonts w:ascii="黑体" w:hAnsi="黑体" w:eastAsia="黑体"/>
          <w:b/>
          <w:sz w:val="28"/>
        </w:rPr>
        <w:t>第十条 消防与安全</w:t>
      </w:r>
    </w:p>
    <w:p>
      <w:pPr>
        <w:ind w:firstLine="440"/>
      </w:pPr>
      <w:r>
        <w:t>乙方应安全用电、用气，不得私拉乱接电线，不得在房屋内存放易燃易爆、有毒有害等危险物品。乙方应熟悉楼道消防通道位置，不得在楼道、阳台堆放杂物。因乙方使用不当造成火灾、水浸等安全事故的，由乙方承担全部责任并赔偿甲方及邻居损失。</w:t>
      </w:r>
    </w:p>
    <w:p>
      <w:r>
        <w:rPr>
          <w:rFonts w:ascii="黑体" w:hAnsi="黑体" w:eastAsia="黑体"/>
          <w:b/>
          <w:sz w:val="28"/>
        </w:rPr>
        <w:t>第十一条 拆迁与征收</w:t>
      </w:r>
    </w:p>
    <w:p>
      <w:pPr>
        <w:ind w:firstLine="440"/>
      </w:pPr>
      <w:r>
        <w:t>租赁期间如遇政府征收、拆迁，本合同自动终止，甲方应提前30日通知乙方，剩余租金及押金按实际居住天数结算退还，乙方应在通知期限内搬离。征收补偿款归甲方所有，乙方不得主张。</w:t>
      </w:r>
    </w:p>
    <w:p>
      <w:r>
        <w:rPr>
          <w:rFonts w:ascii="黑体" w:hAnsi="黑体" w:eastAsia="黑体"/>
          <w:b/>
          <w:sz w:val="28"/>
        </w:rPr>
        <w:t>第十二条 其他约定</w:t>
      </w:r>
    </w:p>
    <w:p>
      <w:pPr>
        <w:ind w:firstLine="440"/>
      </w:pPr>
      <w:r>
        <w:t>本合同一式两份，甲乙双方各执一份，自双方签字捺印之日起生效。租房期间如发生争议，双方应本着平等协商的态度解决，任何一方不得采取断水断电、换锁驱赶、强行搬离对方物品等过激行为，否则应承担相应法律责任。</w:t>
      </w:r>
    </w:p>
    <w:p>
      <w:r>
        <w:rPr>
          <w:rFonts w:ascii="黑体" w:hAnsi="黑体" w:eastAsia="黑体"/>
          <w:b/>
          <w:sz w:val="28"/>
        </w:rPr>
        <w:t>签合同当天必做的几件事</w:t>
      </w:r>
    </w:p>
    <w:p>
      <w:pPr>
        <w:ind w:firstLine="440"/>
      </w:pPr>
      <w:r>
        <w:t>第一，核对房东房产证和身份证，确认签约人就是产权人本人；如果是二房东转租，必须看到原房东同意转租的书面证明，否则随时可能被真房东赶出去。第二，所有口头承诺都要写进合同，比如维修随叫随到、可以养宠物、网费包在房租里，不写进合同等于没说。第三，押金退还条件和时间一定要写死，退租时多少天内退、扣哪些费用都要列清楚。第四，入住当天拍照录像，把墙面、地板、家具家电的现状全部记录下来，双方在交接单上签字。第五，水电气表底数当场抄下来写进合同，避免退租时被算几个月的旧账。第六，租金尽量银行转账并备注X年X月房租，不要给大额现金，也不要一次性交一年以上的房租。第七，房屋内如果有贵重家具家电，要在合同附件里写明品牌型号和成色，退租时按这个标准验收。第八，合同签完自己一定拿一份原件，不要只把照片存在手机里。第九，租房期间如果房东要卖房，根据法律规定买卖不破租赁，新买家必须继续履行原租赁合同到租期结束，租户可以安心住到期满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