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黑体" w:hAnsi="黑体" w:eastAsia="黑体"/>
          <w:b/>
          <w:sz w:val="36"/>
        </w:rPr>
        <w:t>教师资格证《综合素质（中学）》100题（含答案与解析，2027备考刷题Word下载）</w:t>
      </w:r>
    </w:p>
    <w:p/>
    <w:p>
      <w:r>
        <w:t>本题库为备考刷题使用，共100道单项选择题，每题附答案与解析。建议考生先独立作答，再对照答案查漏补缺。</w:t>
      </w:r>
    </w:p>
    <w:p/>
    <w:p>
      <w:r>
        <w:rPr>
          <w:b/>
        </w:rPr>
        <w:t>1. 素质教育的核心是（　）</w:t>
      </w:r>
    </w:p>
    <w:p>
      <w:r>
        <w:t xml:space="preserve">    A.面向全体学生</w:t>
      </w:r>
    </w:p>
    <w:p>
      <w:r>
        <w:t xml:space="preserve">    B.促进学生全面发展</w:t>
      </w:r>
    </w:p>
    <w:p>
      <w:r>
        <w:t xml:space="preserve">    C.培养学生创新精神和实践能力</w:t>
      </w:r>
    </w:p>
    <w:p>
      <w:r>
        <w:t xml:space="preserve">    D.促进学生个性发展</w:t>
      </w:r>
    </w:p>
    <w:p>
      <w:r>
        <w:rPr>
          <w:b/>
          <w:color w:val="C00000"/>
        </w:rPr>
        <w:t>【答案】C</w:t>
      </w:r>
    </w:p>
    <w:p>
      <w:r>
        <w:t>【解析】素质教育以培养学生的创新精神和实践能力为重点和核心。</w:t>
      </w:r>
    </w:p>
    <w:p/>
    <w:p>
      <w:r>
        <w:rPr>
          <w:b/>
        </w:rPr>
        <w:t>2. 我国现行学校教育系统中，实施基础教育的学校是（　）</w:t>
      </w:r>
    </w:p>
    <w:p>
      <w:r>
        <w:t xml:space="preserve">    A.幼儿园、小学、初中</w:t>
      </w:r>
    </w:p>
    <w:p>
      <w:r>
        <w:t xml:space="preserve">    B.小学、初中、高中</w:t>
      </w:r>
    </w:p>
    <w:p>
      <w:r>
        <w:t xml:space="preserve">    C.幼儿园、小学、初中、高中</w:t>
      </w:r>
    </w:p>
    <w:p>
      <w:r>
        <w:t xml:space="preserve">    D.小学、初中</w:t>
      </w:r>
    </w:p>
    <w:p>
      <w:r>
        <w:rPr>
          <w:b/>
          <w:color w:val="C00000"/>
        </w:rPr>
        <w:t>【答案】C</w:t>
      </w:r>
    </w:p>
    <w:p>
      <w:r>
        <w:t>【解析】我国基础教育包括幼儿教育、小学教育、普通中等教育（初中、高中）。</w:t>
      </w:r>
    </w:p>
    <w:p/>
    <w:p>
      <w:r>
        <w:rPr>
          <w:b/>
        </w:rPr>
        <w:t>3. 「因材施教」体现了人身心发展的（　）</w:t>
      </w:r>
    </w:p>
    <w:p>
      <w:r>
        <w:t xml:space="preserve">    A.顺序性</w:t>
      </w:r>
    </w:p>
    <w:p>
      <w:r>
        <w:t xml:space="preserve">    B.阶段性</w:t>
      </w:r>
    </w:p>
    <w:p>
      <w:r>
        <w:t xml:space="preserve">    C.不平衡性</w:t>
      </w:r>
    </w:p>
    <w:p>
      <w:r>
        <w:t xml:space="preserve">    D.个别差异性</w:t>
      </w:r>
    </w:p>
    <w:p>
      <w:r>
        <w:rPr>
          <w:b/>
          <w:color w:val="C00000"/>
        </w:rPr>
        <w:t>【答案】D</w:t>
      </w:r>
    </w:p>
    <w:p>
      <w:r>
        <w:t>【解析】个别差异性要求教育必须因材施教，充分发挥每个学生的潜能。</w:t>
      </w:r>
    </w:p>
    <w:p/>
    <w:p>
      <w:r>
        <w:rPr>
          <w:b/>
        </w:rPr>
        <w:t>4. 教师专业发展的不竭动力是（　）</w:t>
      </w:r>
    </w:p>
    <w:p>
      <w:r>
        <w:t xml:space="preserve">    A.关爱学生</w:t>
      </w:r>
    </w:p>
    <w:p>
      <w:r>
        <w:t xml:space="preserve">    B.教书育人</w:t>
      </w:r>
    </w:p>
    <w:p>
      <w:r>
        <w:t xml:space="preserve">    C.终身学习</w:t>
      </w:r>
    </w:p>
    <w:p>
      <w:r>
        <w:t xml:space="preserve">    D.爱岗敬业</w:t>
      </w:r>
    </w:p>
    <w:p>
      <w:r>
        <w:rPr>
          <w:b/>
          <w:color w:val="C00000"/>
        </w:rPr>
        <w:t>【答案】C</w:t>
      </w:r>
    </w:p>
    <w:p>
      <w:r>
        <w:t>【解析】终身学习是教师专业发展不竭的动力。</w:t>
      </w:r>
    </w:p>
    <w:p/>
    <w:p>
      <w:r>
        <w:rPr>
          <w:b/>
        </w:rPr>
        <w:t>5. 「捧着一颗心来，不带半根草去」体现的教师职业道德是（　）</w:t>
      </w:r>
    </w:p>
    <w:p>
      <w:r>
        <w:t xml:space="preserve">    A.爱国守法</w:t>
      </w:r>
    </w:p>
    <w:p>
      <w:r>
        <w:t xml:space="preserve">    B.爱岗敬业</w:t>
      </w:r>
    </w:p>
    <w:p>
      <w:r>
        <w:t xml:space="preserve">    C.关爱学生</w:t>
      </w:r>
    </w:p>
    <w:p>
      <w:r>
        <w:t xml:space="preserve">    D.为人师表</w:t>
      </w:r>
    </w:p>
    <w:p>
      <w:r>
        <w:rPr>
          <w:b/>
          <w:color w:val="C00000"/>
        </w:rPr>
        <w:t>【答案】B</w:t>
      </w:r>
    </w:p>
    <w:p>
      <w:r>
        <w:t>【解析】陶行知的这句话体现了教师无私奉献的爱岗敬业精神。</w:t>
      </w:r>
    </w:p>
    <w:p/>
    <w:p>
      <w:r>
        <w:rPr>
          <w:b/>
        </w:rPr>
        <w:t>6. 教师对待学生的基本态度是（　）</w:t>
      </w:r>
    </w:p>
    <w:p>
      <w:r>
        <w:t xml:space="preserve">    A.严格要求</w:t>
      </w:r>
    </w:p>
    <w:p>
      <w:r>
        <w:t xml:space="preserve">    B.关爱学生</w:t>
      </w:r>
    </w:p>
    <w:p>
      <w:r>
        <w:t xml:space="preserve">    C.尊重家长</w:t>
      </w:r>
    </w:p>
    <w:p>
      <w:r>
        <w:t xml:space="preserve">    D.廉洁从教</w:t>
      </w:r>
    </w:p>
    <w:p>
      <w:r>
        <w:rPr>
          <w:b/>
          <w:color w:val="C00000"/>
        </w:rPr>
        <w:t>【答案】B</w:t>
      </w:r>
    </w:p>
    <w:p>
      <w:r>
        <w:t>【解析】关爱学生是师德的灵魂，是教师处理其与学生关系的基本要求。</w:t>
      </w:r>
    </w:p>
    <w:p/>
    <w:p>
      <w:r>
        <w:rPr>
          <w:b/>
        </w:rPr>
        <w:t>7. 我国《教育法》规定，教育必须为社会主义现代化建设服务，必须与（　）相结合。</w:t>
      </w:r>
    </w:p>
    <w:p>
      <w:r>
        <w:t xml:space="preserve">    A.生产劳动</w:t>
      </w:r>
    </w:p>
    <w:p>
      <w:r>
        <w:t xml:space="preserve">    B.社会实践</w:t>
      </w:r>
    </w:p>
    <w:p>
      <w:r>
        <w:t xml:space="preserve">    C.理论</w:t>
      </w:r>
    </w:p>
    <w:p>
      <w:r>
        <w:t xml:space="preserve">    D.创新</w:t>
      </w:r>
    </w:p>
    <w:p>
      <w:r>
        <w:rPr>
          <w:b/>
          <w:color w:val="C00000"/>
        </w:rPr>
        <w:t>【答案】A</w:t>
      </w:r>
    </w:p>
    <w:p>
      <w:r>
        <w:t>【解析】《教育法》第五条规定教育必须与生产劳动相结合。</w:t>
      </w:r>
    </w:p>
    <w:p/>
    <w:p>
      <w:r>
        <w:rPr>
          <w:b/>
        </w:rPr>
        <w:t>8. 我国《义务教育法》规定，义务教育实行（　）为主的管理体制。</w:t>
      </w:r>
    </w:p>
    <w:p>
      <w:r>
        <w:t xml:space="preserve">    A.省级人民政府</w:t>
      </w:r>
    </w:p>
    <w:p>
      <w:r>
        <w:t xml:space="preserve">    B.市级人民政府</w:t>
      </w:r>
    </w:p>
    <w:p>
      <w:r>
        <w:t xml:space="preserve">    C.县级人民政府</w:t>
      </w:r>
    </w:p>
    <w:p>
      <w:r>
        <w:t xml:space="preserve">    D.乡级人民政府</w:t>
      </w:r>
    </w:p>
    <w:p>
      <w:r>
        <w:rPr>
          <w:b/>
          <w:color w:val="C00000"/>
        </w:rPr>
        <w:t>【答案】C</w:t>
      </w:r>
    </w:p>
    <w:p>
      <w:r>
        <w:t>【解析】义务教育实行国务院领导，省、自治区、直辖市人民政府统筹规划实施，县级人民政府为主管理的体制。</w:t>
      </w:r>
    </w:p>
    <w:p/>
    <w:p>
      <w:r>
        <w:rPr>
          <w:b/>
        </w:rPr>
        <w:t>9. 教师不得对学生实施体罚、变相体罚，这是保护学生的（　）</w:t>
      </w:r>
    </w:p>
    <w:p>
      <w:r>
        <w:t xml:space="preserve">    A.人格尊严权</w:t>
      </w:r>
    </w:p>
    <w:p>
      <w:r>
        <w:t xml:space="preserve">    B.受教育权</w:t>
      </w:r>
    </w:p>
    <w:p>
      <w:r>
        <w:t xml:space="preserve">    C.人身自由权</w:t>
      </w:r>
    </w:p>
    <w:p>
      <w:r>
        <w:t xml:space="preserve">    D.隐私权</w:t>
      </w:r>
    </w:p>
    <w:p>
      <w:r>
        <w:rPr>
          <w:b/>
          <w:color w:val="C00000"/>
        </w:rPr>
        <w:t>【答案】A</w:t>
      </w:r>
    </w:p>
    <w:p>
      <w:r>
        <w:t>【解析】体罚侵犯学生人格尊严权，《义务教育法》第二十九条明确禁止。</w:t>
      </w:r>
    </w:p>
    <w:p/>
    <w:p>
      <w:r>
        <w:rPr>
          <w:b/>
        </w:rPr>
        <w:t>10. 学生在学校期间突发疾病，学校应当（　）</w:t>
      </w:r>
    </w:p>
    <w:p>
      <w:r>
        <w:t xml:space="preserve">    A.立即通知监护人并及时救助</w:t>
      </w:r>
    </w:p>
    <w:p>
      <w:r>
        <w:t xml:space="preserve">    B.等待家长来校处理</w:t>
      </w:r>
    </w:p>
    <w:p>
      <w:r>
        <w:t xml:space="preserve">    C.自行送医即可</w:t>
      </w:r>
    </w:p>
    <w:p>
      <w:r>
        <w:t xml:space="preserve">    D.不承担责任</w:t>
      </w:r>
    </w:p>
    <w:p>
      <w:r>
        <w:rPr>
          <w:b/>
          <w:color w:val="C00000"/>
        </w:rPr>
        <w:t>【答案】A</w:t>
      </w:r>
    </w:p>
    <w:p>
      <w:r>
        <w:t>【解析】学校对未成年学生负有教育、管理和保护的职责，突发疾病应及时救助并通知监护人。</w:t>
      </w:r>
    </w:p>
    <w:p/>
    <w:p>
      <w:r>
        <w:rPr>
          <w:b/>
        </w:rPr>
        <w:t>11. 「拔苗助长」违背了人身心发展的（　）</w:t>
      </w:r>
    </w:p>
    <w:p>
      <w:r>
        <w:t xml:space="preserve">    A.顺序性</w:t>
      </w:r>
    </w:p>
    <w:p>
      <w:r>
        <w:t xml:space="preserve">    B.阶段性</w:t>
      </w:r>
    </w:p>
    <w:p>
      <w:r>
        <w:t xml:space="preserve">    C.不平衡性</w:t>
      </w:r>
    </w:p>
    <w:p>
      <w:r>
        <w:t xml:space="preserve">    D.互补性</w:t>
      </w:r>
    </w:p>
    <w:p>
      <w:r>
        <w:rPr>
          <w:b/>
          <w:color w:val="C00000"/>
        </w:rPr>
        <w:t>【答案】A</w:t>
      </w:r>
    </w:p>
    <w:p>
      <w:r>
        <w:t>【解析】顺序性要求教育循序渐进，不能拔苗助长。</w:t>
      </w:r>
    </w:p>
    <w:p/>
    <w:p>
      <w:r>
        <w:rPr>
          <w:b/>
        </w:rPr>
        <w:t>12. 「长善救失」体现了德育的（　）原则。</w:t>
      </w:r>
    </w:p>
    <w:p>
      <w:r>
        <w:t xml:space="preserve">    A.疏导</w:t>
      </w:r>
    </w:p>
    <w:p>
      <w:r>
        <w:t xml:space="preserve">    B.因材施教</w:t>
      </w:r>
    </w:p>
    <w:p>
      <w:r>
        <w:t xml:space="preserve">    C.依靠积极因素克服消极因素</w:t>
      </w:r>
    </w:p>
    <w:p>
      <w:r>
        <w:t xml:space="preserve">    D.集体教育</w:t>
      </w:r>
    </w:p>
    <w:p>
      <w:r>
        <w:rPr>
          <w:b/>
          <w:color w:val="C00000"/>
        </w:rPr>
        <w:t>【答案】C</w:t>
      </w:r>
    </w:p>
    <w:p>
      <w:r>
        <w:t>【解析】长善救失即发扬优点、克服缺点，对应依靠积极因素克服消极因素原则。</w:t>
      </w:r>
    </w:p>
    <w:p/>
    <w:p>
      <w:r>
        <w:rPr>
          <w:b/>
        </w:rPr>
        <w:t>13. 教师讲课能兼顾全班学生，这体现了注意的（　）</w:t>
      </w:r>
    </w:p>
    <w:p>
      <w:r>
        <w:t xml:space="preserve">    A.广度</w:t>
      </w:r>
    </w:p>
    <w:p>
      <w:r>
        <w:t xml:space="preserve">    B.稳定性</w:t>
      </w:r>
    </w:p>
    <w:p>
      <w:r>
        <w:t xml:space="preserve">    C.分配</w:t>
      </w:r>
    </w:p>
    <w:p>
      <w:r>
        <w:t xml:space="preserve">    D.转移</w:t>
      </w:r>
    </w:p>
    <w:p>
      <w:r>
        <w:rPr>
          <w:b/>
          <w:color w:val="C00000"/>
        </w:rPr>
        <w:t>【答案】C</w:t>
      </w:r>
    </w:p>
    <w:p>
      <w:r>
        <w:t>【解析】注意分配是指同一时间把注意指向两种或两种以上对象。</w:t>
      </w:r>
    </w:p>
    <w:p/>
    <w:p>
      <w:r>
        <w:rPr>
          <w:b/>
        </w:rPr>
        <w:t>14. 「一题多解」培养的是学生的（　）</w:t>
      </w:r>
    </w:p>
    <w:p>
      <w:r>
        <w:t xml:space="preserve">    A.聚合思维</w:t>
      </w:r>
    </w:p>
    <w:p>
      <w:r>
        <w:t xml:space="preserve">    B.发散思维</w:t>
      </w:r>
    </w:p>
    <w:p>
      <w:r>
        <w:t xml:space="preserve">    C.直觉思维</w:t>
      </w:r>
    </w:p>
    <w:p>
      <w:r>
        <w:t xml:space="preserve">    D.动作思维</w:t>
      </w:r>
    </w:p>
    <w:p>
      <w:r>
        <w:rPr>
          <w:b/>
          <w:color w:val="C00000"/>
        </w:rPr>
        <w:t>【答案】B</w:t>
      </w:r>
    </w:p>
    <w:p>
      <w:r>
        <w:t>【解析】发散思维是沿不同方向探求多种答案的思维，一题多解是典型训练。</w:t>
      </w:r>
    </w:p>
    <w:p/>
    <w:p>
      <w:r>
        <w:rPr>
          <w:b/>
        </w:rPr>
        <w:t>15. 学生因喜欢某位老师而喜欢其所教学科，这属于（　）</w:t>
      </w:r>
    </w:p>
    <w:p>
      <w:r>
        <w:t xml:space="preserve">    A.首因效应</w:t>
      </w:r>
    </w:p>
    <w:p>
      <w:r>
        <w:t xml:space="preserve">    B.晕轮效应</w:t>
      </w:r>
    </w:p>
    <w:p>
      <w:r>
        <w:t xml:space="preserve">    C.近因效应</w:t>
      </w:r>
    </w:p>
    <w:p>
      <w:r>
        <w:t xml:space="preserve">    D.刻板效应</w:t>
      </w:r>
    </w:p>
    <w:p>
      <w:r>
        <w:rPr>
          <w:b/>
          <w:color w:val="C00000"/>
        </w:rPr>
        <w:t>【答案】B</w:t>
      </w:r>
    </w:p>
    <w:p>
      <w:r>
        <w:t>【解析】晕轮效应是指对一个人的某种品质形成印象后，影响对其他品质的判断。</w:t>
      </w:r>
    </w:p>
    <w:p/>
    <w:p>
      <w:r>
        <w:rPr>
          <w:b/>
        </w:rPr>
        <w:t>16. 「温故而知新」体现的迁移类型是（　）</w:t>
      </w:r>
    </w:p>
    <w:p>
      <w:r>
        <w:t xml:space="preserve">    A.顺向正迁移</w:t>
      </w:r>
    </w:p>
    <w:p>
      <w:r>
        <w:t xml:space="preserve">    B.顺向负迁移</w:t>
      </w:r>
    </w:p>
    <w:p>
      <w:r>
        <w:t xml:space="preserve">    C.逆向正迁移</w:t>
      </w:r>
    </w:p>
    <w:p>
      <w:r>
        <w:t xml:space="preserve">    D.逆向负迁移</w:t>
      </w:r>
    </w:p>
    <w:p>
      <w:r>
        <w:rPr>
          <w:b/>
          <w:color w:val="C00000"/>
        </w:rPr>
        <w:t>【答案】A</w:t>
      </w:r>
    </w:p>
    <w:p>
      <w:r>
        <w:t>【解析】前面学习对后面学习的积极影响为顺向正迁移。</w:t>
      </w:r>
    </w:p>
    <w:p/>
    <w:p>
      <w:r>
        <w:rPr>
          <w:b/>
        </w:rPr>
        <w:t>17. 学习动机的强化理论来源于（　）</w:t>
      </w:r>
    </w:p>
    <w:p>
      <w:r>
        <w:t xml:space="preserve">    A.行为主义</w:t>
      </w:r>
    </w:p>
    <w:p>
      <w:r>
        <w:t xml:space="preserve">    B.人本主义</w:t>
      </w:r>
    </w:p>
    <w:p>
      <w:r>
        <w:t xml:space="preserve">    C.认知主义</w:t>
      </w:r>
    </w:p>
    <w:p>
      <w:r>
        <w:t xml:space="preserve">    D.建构主义</w:t>
      </w:r>
    </w:p>
    <w:p>
      <w:r>
        <w:rPr>
          <w:b/>
          <w:color w:val="C00000"/>
        </w:rPr>
        <w:t>【答案】A</w:t>
      </w:r>
    </w:p>
    <w:p>
      <w:r>
        <w:t>【解析】强化理论以行为主义斯金纳的操作性条件反射为基础。</w:t>
      </w:r>
    </w:p>
    <w:p/>
    <w:p>
      <w:r>
        <w:rPr>
          <w:b/>
        </w:rPr>
        <w:t>18. 马斯洛需要层次理论中，最高层次的需要是（　）</w:t>
      </w:r>
    </w:p>
    <w:p>
      <w:r>
        <w:t xml:space="preserve">    A.尊重需要</w:t>
      </w:r>
    </w:p>
    <w:p>
      <w:r>
        <w:t xml:space="preserve">    B.归属与爱需要</w:t>
      </w:r>
    </w:p>
    <w:p>
      <w:r>
        <w:t xml:space="preserve">    C.自我实现需要</w:t>
      </w:r>
    </w:p>
    <w:p>
      <w:r>
        <w:t xml:space="preserve">    D.安全需要</w:t>
      </w:r>
    </w:p>
    <w:p>
      <w:r>
        <w:rPr>
          <w:b/>
          <w:color w:val="C00000"/>
        </w:rPr>
        <w:t>【答案】C</w:t>
      </w:r>
    </w:p>
    <w:p>
      <w:r>
        <w:t>【解析】马斯洛需要层次从低到高：生理、安全、归属与爱、尊重、自我实现。</w:t>
      </w:r>
    </w:p>
    <w:p/>
    <w:p>
      <w:r>
        <w:rPr>
          <w:b/>
        </w:rPr>
        <w:t>19. 「杀鸡儆猴」属于（　）</w:t>
      </w:r>
    </w:p>
    <w:p>
      <w:r>
        <w:t xml:space="preserve">    A.直接强化</w:t>
      </w:r>
    </w:p>
    <w:p>
      <w:r>
        <w:t xml:space="preserve">    B.替代强化</w:t>
      </w:r>
    </w:p>
    <w:p>
      <w:r>
        <w:t xml:space="preserve">    C.自我强化</w:t>
      </w:r>
    </w:p>
    <w:p>
      <w:r>
        <w:t xml:space="preserve">    D.负强化</w:t>
      </w:r>
    </w:p>
    <w:p>
      <w:r>
        <w:rPr>
          <w:b/>
          <w:color w:val="C00000"/>
        </w:rPr>
        <w:t>【答案】B</w:t>
      </w:r>
    </w:p>
    <w:p>
      <w:r>
        <w:t>【解析】班杜拉社会学习理论中，观察者因看到榜样受强化而受到的强化叫替代强化。</w:t>
      </w:r>
    </w:p>
    <w:p/>
    <w:p>
      <w:r>
        <w:rPr>
          <w:b/>
        </w:rPr>
        <w:t>20. 提出「最近发展区」理论的心理学家是（　）</w:t>
      </w:r>
    </w:p>
    <w:p>
      <w:r>
        <w:t xml:space="preserve">    A.皮亚杰</w:t>
      </w:r>
    </w:p>
    <w:p>
      <w:r>
        <w:t xml:space="preserve">    B.维果茨基</w:t>
      </w:r>
    </w:p>
    <w:p>
      <w:r>
        <w:t xml:space="preserve">    C.埃里克森</w:t>
      </w:r>
    </w:p>
    <w:p>
      <w:r>
        <w:t xml:space="preserve">    D.科尔伯格</w:t>
      </w:r>
    </w:p>
    <w:p>
      <w:r>
        <w:rPr>
          <w:b/>
          <w:color w:val="C00000"/>
        </w:rPr>
        <w:t>【答案】B</w:t>
      </w:r>
    </w:p>
    <w:p>
      <w:r>
        <w:t>【解析】维果茨基提出最近发展区，强调教学应走在发展前面。</w:t>
      </w:r>
    </w:p>
    <w:p/>
    <w:p>
      <w:r>
        <w:rPr>
          <w:b/>
        </w:rPr>
        <w:t>21. 新课程改革的核心理念是（　）</w:t>
      </w:r>
    </w:p>
    <w:p>
      <w:r>
        <w:t xml:space="preserve">    A.提高课堂效率</w:t>
      </w:r>
    </w:p>
    <w:p>
      <w:r>
        <w:t xml:space="preserve">    B.为了每一位学生的发展</w:t>
      </w:r>
    </w:p>
    <w:p>
      <w:r>
        <w:t xml:space="preserve">    C.减轻学生负担</w:t>
      </w:r>
    </w:p>
    <w:p>
      <w:r>
        <w:t xml:space="preserve">    D.培养创新人才</w:t>
      </w:r>
    </w:p>
    <w:p>
      <w:r>
        <w:rPr>
          <w:b/>
          <w:color w:val="C00000"/>
        </w:rPr>
        <w:t>【答案】B</w:t>
      </w:r>
    </w:p>
    <w:p>
      <w:r>
        <w:t>【解析】新课改的核心理念是「一切为了每一位学生的发展」。</w:t>
      </w:r>
    </w:p>
    <w:p/>
    <w:p>
      <w:r>
        <w:rPr>
          <w:b/>
        </w:rPr>
        <w:t>22. 综合实践活动课程属于（　）</w:t>
      </w:r>
    </w:p>
    <w:p>
      <w:r>
        <w:t xml:space="preserve">    A.选修课程</w:t>
      </w:r>
    </w:p>
    <w:p>
      <w:r>
        <w:t xml:space="preserve">    B.必修课程</w:t>
      </w:r>
    </w:p>
    <w:p>
      <w:r>
        <w:t xml:space="preserve">    C.学科课程</w:t>
      </w:r>
    </w:p>
    <w:p>
      <w:r>
        <w:t xml:space="preserve">    D.校本课程</w:t>
      </w:r>
    </w:p>
    <w:p>
      <w:r>
        <w:rPr>
          <w:b/>
          <w:color w:val="C00000"/>
        </w:rPr>
        <w:t>【答案】B</w:t>
      </w:r>
    </w:p>
    <w:p>
      <w:r>
        <w:t>【解析】从小学至高中设置综合实践活动并作为必修课程。</w:t>
      </w:r>
    </w:p>
    <w:p/>
    <w:p>
      <w:r>
        <w:rPr>
          <w:b/>
        </w:rPr>
        <w:t>23. 教学过程的中心环节是（　）</w:t>
      </w:r>
    </w:p>
    <w:p>
      <w:r>
        <w:t xml:space="preserve">    A.引起学习动机</w:t>
      </w:r>
    </w:p>
    <w:p>
      <w:r>
        <w:t xml:space="preserve">    B.领会知识</w:t>
      </w:r>
    </w:p>
    <w:p>
      <w:r>
        <w:t xml:space="preserve">    C.巩固知识</w:t>
      </w:r>
    </w:p>
    <w:p>
      <w:r>
        <w:t xml:space="preserve">    D.运用知识</w:t>
      </w:r>
    </w:p>
    <w:p>
      <w:r>
        <w:rPr>
          <w:b/>
          <w:color w:val="C00000"/>
        </w:rPr>
        <w:t>【答案】B</w:t>
      </w:r>
    </w:p>
    <w:p>
      <w:r>
        <w:t>【解析】领会知识是教学过程的中心环节，包括感知和理解教材。</w:t>
      </w:r>
    </w:p>
    <w:p/>
    <w:p>
      <w:r>
        <w:rPr>
          <w:b/>
        </w:rPr>
        <w:t>24. 「不愤不启，不悱不发」体现的教学原则是（　）</w:t>
      </w:r>
    </w:p>
    <w:p>
      <w:r>
        <w:t xml:space="preserve">    A.直观性</w:t>
      </w:r>
    </w:p>
    <w:p>
      <w:r>
        <w:t xml:space="preserve">    B.启发性</w:t>
      </w:r>
    </w:p>
    <w:p>
      <w:r>
        <w:t xml:space="preserve">    C.巩固性</w:t>
      </w:r>
    </w:p>
    <w:p>
      <w:r>
        <w:t xml:space="preserve">    D.因材施教</w:t>
      </w:r>
    </w:p>
    <w:p>
      <w:r>
        <w:rPr>
          <w:b/>
          <w:color w:val="C00000"/>
        </w:rPr>
        <w:t>【答案】B</w:t>
      </w:r>
    </w:p>
    <w:p>
      <w:r>
        <w:t>【解析】孔子的这句话是启发性教学原则的经典表述。</w:t>
      </w:r>
    </w:p>
    <w:p/>
    <w:p>
      <w:r>
        <w:rPr>
          <w:b/>
        </w:rPr>
        <w:t>25. 「读万卷书，行万里路」体现的教学方法是（　）</w:t>
      </w:r>
    </w:p>
    <w:p>
      <w:r>
        <w:t xml:space="preserve">    A.讲授法</w:t>
      </w:r>
    </w:p>
    <w:p>
      <w:r>
        <w:t xml:space="preserve">    B.谈话法</w:t>
      </w:r>
    </w:p>
    <w:p>
      <w:r>
        <w:t xml:space="preserve">    C.读书指导法与实践锻炼结合</w:t>
      </w:r>
    </w:p>
    <w:p>
      <w:r>
        <w:t xml:space="preserve">    D.实验法</w:t>
      </w:r>
    </w:p>
    <w:p>
      <w:r>
        <w:rPr>
          <w:b/>
          <w:color w:val="C00000"/>
        </w:rPr>
        <w:t>【答案】C</w:t>
      </w:r>
    </w:p>
    <w:p>
      <w:r>
        <w:t>【解析】强调书本知识与实践结合，对应理论联系实际。</w:t>
      </w:r>
    </w:p>
    <w:p/>
    <w:p>
      <w:r>
        <w:rPr>
          <w:b/>
        </w:rPr>
        <w:t>26. 教师通过展示实物、直观教具进行示范，让学生获得知识的方法是（　）</w:t>
      </w:r>
    </w:p>
    <w:p>
      <w:r>
        <w:t xml:space="preserve">    A.实验法</w:t>
      </w:r>
    </w:p>
    <w:p>
      <w:r>
        <w:t xml:space="preserve">    B.演示法</w:t>
      </w:r>
    </w:p>
    <w:p>
      <w:r>
        <w:t xml:space="preserve">    C.参观法</w:t>
      </w:r>
    </w:p>
    <w:p>
      <w:r>
        <w:t xml:space="preserve">    D.练习法</w:t>
      </w:r>
    </w:p>
    <w:p>
      <w:r>
        <w:rPr>
          <w:b/>
          <w:color w:val="C00000"/>
        </w:rPr>
        <w:t>【答案】B</w:t>
      </w:r>
    </w:p>
    <w:p>
      <w:r>
        <w:t>【解析】演示法是教师展示实物、直观教具或示范性实验。</w:t>
      </w:r>
    </w:p>
    <w:p/>
    <w:p>
      <w:r>
        <w:rPr>
          <w:b/>
        </w:rPr>
        <w:t>27. 班级授课制在我国最早普遍采用于（　）</w:t>
      </w:r>
    </w:p>
    <w:p>
      <w:r>
        <w:t xml:space="preserve">    A.唐代</w:t>
      </w:r>
    </w:p>
    <w:p>
      <w:r>
        <w:t xml:space="preserve">    B.宋代</w:t>
      </w:r>
    </w:p>
    <w:p>
      <w:r>
        <w:t xml:space="preserve">    C.清末</w:t>
      </w:r>
    </w:p>
    <w:p>
      <w:r>
        <w:t xml:space="preserve">    D.民国</w:t>
      </w:r>
    </w:p>
    <w:p>
      <w:r>
        <w:rPr>
          <w:b/>
          <w:color w:val="C00000"/>
        </w:rPr>
        <w:t>【答案】C</w:t>
      </w:r>
    </w:p>
    <w:p>
      <w:r>
        <w:t>【解析】1862年京师同文馆最早采用班级授课制，清末普遍推行。</w:t>
      </w:r>
    </w:p>
    <w:p/>
    <w:p>
      <w:r>
        <w:rPr>
          <w:b/>
        </w:rPr>
        <w:t>28. 班主任工作的中心环节是（　）</w:t>
      </w:r>
    </w:p>
    <w:p>
      <w:r>
        <w:t xml:space="preserve">    A.了解和研究学生</w:t>
      </w:r>
    </w:p>
    <w:p>
      <w:r>
        <w:t xml:space="preserve">    B.组织和培养班集体</w:t>
      </w:r>
    </w:p>
    <w:p>
      <w:r>
        <w:t xml:space="preserve">    C.做好个别教育</w:t>
      </w:r>
    </w:p>
    <w:p>
      <w:r>
        <w:t xml:space="preserve">    D.统一多方面教育力量</w:t>
      </w:r>
    </w:p>
    <w:p>
      <w:r>
        <w:rPr>
          <w:b/>
          <w:color w:val="C00000"/>
        </w:rPr>
        <w:t>【答案】B</w:t>
      </w:r>
    </w:p>
    <w:p>
      <w:r>
        <w:t>【解析】组织和培养良好班集体是班主任工作的中心环节。</w:t>
      </w:r>
    </w:p>
    <w:p/>
    <w:p>
      <w:r>
        <w:rPr>
          <w:b/>
        </w:rPr>
        <w:t>29. 做好班主任工作的前提和基础是（　）</w:t>
      </w:r>
    </w:p>
    <w:p>
      <w:r>
        <w:t xml:space="preserve">    A.组织和培养班集体</w:t>
      </w:r>
    </w:p>
    <w:p>
      <w:r>
        <w:t xml:space="preserve">    B.了解和研究学生</w:t>
      </w:r>
    </w:p>
    <w:p>
      <w:r>
        <w:t xml:space="preserve">    C.家访</w:t>
      </w:r>
    </w:p>
    <w:p>
      <w:r>
        <w:t xml:space="preserve">    D.组建班委会</w:t>
      </w:r>
    </w:p>
    <w:p>
      <w:r>
        <w:rPr>
          <w:b/>
          <w:color w:val="C00000"/>
        </w:rPr>
        <w:t>【答案】B</w:t>
      </w:r>
    </w:p>
    <w:p>
      <w:r>
        <w:t>【解析】了解和研究学生是班主任工作的前提和基础。</w:t>
      </w:r>
    </w:p>
    <w:p/>
    <w:p>
      <w:r>
        <w:rPr>
          <w:b/>
        </w:rPr>
        <w:t>30. 学校、家庭、社会教育配合的基础是（　）</w:t>
      </w:r>
    </w:p>
    <w:p>
      <w:r>
        <w:t xml:space="preserve">    A.学校教育</w:t>
      </w:r>
    </w:p>
    <w:p>
      <w:r>
        <w:t xml:space="preserve">    B.家庭教育</w:t>
      </w:r>
    </w:p>
    <w:p>
      <w:r>
        <w:t xml:space="preserve">    C.社会教育</w:t>
      </w:r>
    </w:p>
    <w:p>
      <w:r>
        <w:t xml:space="preserve">    D.自我教育</w:t>
      </w:r>
    </w:p>
    <w:p>
      <w:r>
        <w:rPr>
          <w:b/>
          <w:color w:val="C00000"/>
        </w:rPr>
        <w:t>【答案】A</w:t>
      </w:r>
    </w:p>
    <w:p>
      <w:r>
        <w:t>【解析】学校教育在人的身心发展中起主导作用，是三结合的基础。</w:t>
      </w:r>
    </w:p>
    <w:p/>
    <w:p>
      <w:r>
        <w:rPr>
          <w:b/>
        </w:rPr>
        <w:t>31. 《国家中长期教育改革和发展规划纲要》提出的战略主题是（　）</w:t>
      </w:r>
    </w:p>
    <w:p>
      <w:r>
        <w:t xml:space="preserve">    A.以人为本、全面实施素质教育</w:t>
      </w:r>
    </w:p>
    <w:p>
      <w:r>
        <w:t xml:space="preserve">    B.改革创新</w:t>
      </w:r>
    </w:p>
    <w:p>
      <w:r>
        <w:t xml:space="preserve">    C.促进公平</w:t>
      </w:r>
    </w:p>
    <w:p>
      <w:r>
        <w:t xml:space="preserve">    D.提高质量</w:t>
      </w:r>
    </w:p>
    <w:p>
      <w:r>
        <w:rPr>
          <w:b/>
          <w:color w:val="C00000"/>
        </w:rPr>
        <w:t>【答案】A</w:t>
      </w:r>
    </w:p>
    <w:p>
      <w:r>
        <w:t>【解析】战略主题是坚持以人为本、全面实施素质教育。</w:t>
      </w:r>
    </w:p>
    <w:p/>
    <w:p>
      <w:r>
        <w:rPr>
          <w:b/>
        </w:rPr>
        <w:t>32. 我国教师职业道德的灵魂是（　）</w:t>
      </w:r>
    </w:p>
    <w:p>
      <w:r>
        <w:t xml:space="preserve">    A.爱国守法</w:t>
      </w:r>
    </w:p>
    <w:p>
      <w:r>
        <w:t xml:space="preserve">    B.关爱学生</w:t>
      </w:r>
    </w:p>
    <w:p>
      <w:r>
        <w:t xml:space="preserve">    C.教书育人</w:t>
      </w:r>
    </w:p>
    <w:p>
      <w:r>
        <w:t xml:space="preserve">    D.为人师表</w:t>
      </w:r>
    </w:p>
    <w:p>
      <w:r>
        <w:rPr>
          <w:b/>
          <w:color w:val="C00000"/>
        </w:rPr>
        <w:t>【答案】B</w:t>
      </w:r>
    </w:p>
    <w:p>
      <w:r>
        <w:t>【解析】关爱学生是师德的灵魂。</w:t>
      </w:r>
    </w:p>
    <w:p/>
    <w:p>
      <w:r>
        <w:rPr>
          <w:b/>
        </w:rPr>
        <w:t>33. 「师者，人之模范也」体现了教师劳动的（　）</w:t>
      </w:r>
    </w:p>
    <w:p>
      <w:r>
        <w:t xml:space="preserve">    A.复杂性</w:t>
      </w:r>
    </w:p>
    <w:p>
      <w:r>
        <w:t xml:space="preserve">    B.创造性</w:t>
      </w:r>
    </w:p>
    <w:p>
      <w:r>
        <w:t xml:space="preserve">    C.示范性</w:t>
      </w:r>
    </w:p>
    <w:p>
      <w:r>
        <w:t xml:space="preserve">    D.长期性</w:t>
      </w:r>
    </w:p>
    <w:p>
      <w:r>
        <w:rPr>
          <w:b/>
          <w:color w:val="C00000"/>
        </w:rPr>
        <w:t>【答案】C</w:t>
      </w:r>
    </w:p>
    <w:p>
      <w:r>
        <w:t>【解析】教师劳动的示范性指教师的言行举止会成为学生仿效的对象。</w:t>
      </w:r>
    </w:p>
    <w:p/>
    <w:p>
      <w:r>
        <w:rPr>
          <w:b/>
        </w:rPr>
        <w:t>34. 「十年树木，百年树人」体现了教师劳动的（　）</w:t>
      </w:r>
    </w:p>
    <w:p>
      <w:r>
        <w:t xml:space="preserve">    A.复杂性</w:t>
      </w:r>
    </w:p>
    <w:p>
      <w:r>
        <w:t xml:space="preserve">    B.创造性</w:t>
      </w:r>
    </w:p>
    <w:p>
      <w:r>
        <w:t xml:space="preserve">    C.长期性</w:t>
      </w:r>
    </w:p>
    <w:p>
      <w:r>
        <w:t xml:space="preserve">    D.示范性</w:t>
      </w:r>
    </w:p>
    <w:p>
      <w:r>
        <w:rPr>
          <w:b/>
          <w:color w:val="C00000"/>
        </w:rPr>
        <w:t>【答案】C</w:t>
      </w:r>
    </w:p>
    <w:p>
      <w:r>
        <w:t>【解析】人才培养周期长，体现教师劳动的长期性。</w:t>
      </w:r>
    </w:p>
    <w:p/>
    <w:p>
      <w:r>
        <w:rPr>
          <w:b/>
        </w:rPr>
        <w:t>35. 教师专业情意的核心是（　）</w:t>
      </w:r>
    </w:p>
    <w:p>
      <w:r>
        <w:t xml:space="preserve">    A.专业理想</w:t>
      </w:r>
    </w:p>
    <w:p>
      <w:r>
        <w:t xml:space="preserve">    B.专业情操</w:t>
      </w:r>
    </w:p>
    <w:p>
      <w:r>
        <w:t xml:space="preserve">    C.专业性向</w:t>
      </w:r>
    </w:p>
    <w:p>
      <w:r>
        <w:t xml:space="preserve">    D.专业自我</w:t>
      </w:r>
    </w:p>
    <w:p>
      <w:r>
        <w:rPr>
          <w:b/>
          <w:color w:val="C00000"/>
        </w:rPr>
        <w:t>【答案】A</w:t>
      </w:r>
    </w:p>
    <w:p>
      <w:r>
        <w:t>【解析】专业理想是教师对成为一个成熟教育工作者的向往与追求，是专业情意核心。</w:t>
      </w:r>
    </w:p>
    <w:p/>
    <w:p>
      <w:r>
        <w:rPr>
          <w:b/>
        </w:rPr>
        <w:t>36. 学生主观能动性的最高表现是（　）</w:t>
      </w:r>
    </w:p>
    <w:p>
      <w:r>
        <w:t xml:space="preserve">    A.自觉性</w:t>
      </w:r>
    </w:p>
    <w:p>
      <w:r>
        <w:t xml:space="preserve">    B.独立性</w:t>
      </w:r>
    </w:p>
    <w:p>
      <w:r>
        <w:t xml:space="preserve">    C.创造性</w:t>
      </w:r>
    </w:p>
    <w:p>
      <w:r>
        <w:t xml:space="preserve">    D.自主性</w:t>
      </w:r>
    </w:p>
    <w:p>
      <w:r>
        <w:rPr>
          <w:b/>
          <w:color w:val="C00000"/>
        </w:rPr>
        <w:t>【答案】C</w:t>
      </w:r>
    </w:p>
    <w:p>
      <w:r>
        <w:t>【解析】创造性是学生主观能动性的最高表现。</w:t>
      </w:r>
    </w:p>
    <w:p/>
    <w:p>
      <w:r>
        <w:rPr>
          <w:b/>
        </w:rPr>
        <w:t>37. 「近朱者赤，近墨者黑」反映了（　）对人的发展的影响。</w:t>
      </w:r>
    </w:p>
    <w:p>
      <w:r>
        <w:t xml:space="preserve">    A.遗传</w:t>
      </w:r>
    </w:p>
    <w:p>
      <w:r>
        <w:t xml:space="preserve">    B.环境</w:t>
      </w:r>
    </w:p>
    <w:p>
      <w:r>
        <w:t xml:space="preserve">    C.学校教育</w:t>
      </w:r>
    </w:p>
    <w:p>
      <w:r>
        <w:t xml:space="preserve">    D.主观能动性</w:t>
      </w:r>
    </w:p>
    <w:p>
      <w:r>
        <w:rPr>
          <w:b/>
          <w:color w:val="C00000"/>
        </w:rPr>
        <w:t>【答案】B</w:t>
      </w:r>
    </w:p>
    <w:p>
      <w:r>
        <w:t>【解析】环境对人的身心发展有重要影响。</w:t>
      </w:r>
    </w:p>
    <w:p/>
    <w:p>
      <w:r>
        <w:rPr>
          <w:b/>
        </w:rPr>
        <w:t>38. 决定教育性质的根本因素是（　）</w:t>
      </w:r>
    </w:p>
    <w:p>
      <w:r>
        <w:t xml:space="preserve">    A.生产力</w:t>
      </w:r>
    </w:p>
    <w:p>
      <w:r>
        <w:t xml:space="preserve">    B.政治经济制度</w:t>
      </w:r>
    </w:p>
    <w:p>
      <w:r>
        <w:t xml:space="preserve">    C.文化</w:t>
      </w:r>
    </w:p>
    <w:p>
      <w:r>
        <w:t xml:space="preserve">    D.科学技术</w:t>
      </w:r>
    </w:p>
    <w:p>
      <w:r>
        <w:rPr>
          <w:b/>
          <w:color w:val="C00000"/>
        </w:rPr>
        <w:t>【答案】B</w:t>
      </w:r>
    </w:p>
    <w:p>
      <w:r>
        <w:t>【解析】政治经济制度决定教育的领导权、受教育权和教育目的。</w:t>
      </w:r>
    </w:p>
    <w:p/>
    <w:p>
      <w:r>
        <w:rPr>
          <w:b/>
        </w:rPr>
        <w:t>39. 教育为政治经济制度服务主要通过（　）表现出来。</w:t>
      </w:r>
    </w:p>
    <w:p>
      <w:r>
        <w:t xml:space="preserve">    A.培养人</w:t>
      </w:r>
    </w:p>
    <w:p>
      <w:r>
        <w:t xml:space="preserve">    B.参与政治活动</w:t>
      </w:r>
    </w:p>
    <w:p>
      <w:r>
        <w:t xml:space="preserve">    C.传播文化</w:t>
      </w:r>
    </w:p>
    <w:p>
      <w:r>
        <w:t xml:space="preserve">    D.宣传思想</w:t>
      </w:r>
    </w:p>
    <w:p>
      <w:r>
        <w:rPr>
          <w:b/>
          <w:color w:val="C00000"/>
        </w:rPr>
        <w:t>【答案】A</w:t>
      </w:r>
    </w:p>
    <w:p>
      <w:r>
        <w:t>【解析】教育通过培养人才为政治经济制度服务。</w:t>
      </w:r>
    </w:p>
    <w:p/>
    <w:p>
      <w:r>
        <w:rPr>
          <w:b/>
        </w:rPr>
        <w:t>40. 「一刀切」「一锅煮」违背了人身心发展的（　）</w:t>
      </w:r>
    </w:p>
    <w:p>
      <w:r>
        <w:t xml:space="preserve">    A.顺序性</w:t>
      </w:r>
    </w:p>
    <w:p>
      <w:r>
        <w:t xml:space="preserve">    B.阶段性</w:t>
      </w:r>
    </w:p>
    <w:p>
      <w:r>
        <w:t xml:space="preserve">    C.不平衡性</w:t>
      </w:r>
    </w:p>
    <w:p>
      <w:r>
        <w:t xml:space="preserve">    D.互补性</w:t>
      </w:r>
    </w:p>
    <w:p>
      <w:r>
        <w:rPr>
          <w:b/>
          <w:color w:val="C00000"/>
        </w:rPr>
        <w:t>【答案】B</w:t>
      </w:r>
    </w:p>
    <w:p>
      <w:r>
        <w:t>【解析】阶段性要求教育必须从学生实际出发，分阶段教学，不能一刀切。</w:t>
      </w:r>
    </w:p>
    <w:p/>
    <w:p>
      <w:r>
        <w:rPr>
          <w:b/>
        </w:rPr>
        <w:t>41. 我国现行学制是（　）</w:t>
      </w:r>
    </w:p>
    <w:p>
      <w:r>
        <w:t xml:space="preserve">    A.单轨制</w:t>
      </w:r>
    </w:p>
    <w:p>
      <w:r>
        <w:t xml:space="preserve">    B.双轨制</w:t>
      </w:r>
    </w:p>
    <w:p>
      <w:r>
        <w:t xml:space="preserve">    C.分支型学制</w:t>
      </w:r>
    </w:p>
    <w:p>
      <w:r>
        <w:t xml:space="preserve">    D.多轨制</w:t>
      </w:r>
    </w:p>
    <w:p>
      <w:r>
        <w:rPr>
          <w:b/>
          <w:color w:val="C00000"/>
        </w:rPr>
        <w:t>【答案】C</w:t>
      </w:r>
    </w:p>
    <w:p>
      <w:r>
        <w:t>【解析】我国现行学制是从单轨制发展而来的分支型学制。</w:t>
      </w:r>
    </w:p>
    <w:p/>
    <w:p>
      <w:r>
        <w:rPr>
          <w:b/>
        </w:rPr>
        <w:t>42. 规定着一个国家各级各类学校教育系统及其培养目标的是（　）</w:t>
      </w:r>
    </w:p>
    <w:p>
      <w:r>
        <w:t xml:space="preserve">    A.教育目的</w:t>
      </w:r>
    </w:p>
    <w:p>
      <w:r>
        <w:t xml:space="preserve">    B.培养目标</w:t>
      </w:r>
    </w:p>
    <w:p>
      <w:r>
        <w:t xml:space="preserve">    C.课程目标</w:t>
      </w:r>
    </w:p>
    <w:p>
      <w:r>
        <w:t xml:space="preserve">    D.教学目标</w:t>
      </w:r>
    </w:p>
    <w:p>
      <w:r>
        <w:rPr>
          <w:b/>
          <w:color w:val="C00000"/>
        </w:rPr>
        <w:t>【答案】A</w:t>
      </w:r>
    </w:p>
    <w:p>
      <w:r>
        <w:t>【解析】教育目的是国家对培养人的总的要求。</w:t>
      </w:r>
    </w:p>
    <w:p/>
    <w:p>
      <w:r>
        <w:rPr>
          <w:b/>
        </w:rPr>
        <w:t>43. 马克思关于人的全面发展学说认为，造就全面发展的人的唯一方法是（　）</w:t>
      </w:r>
    </w:p>
    <w:p>
      <w:r>
        <w:t xml:space="preserve">    A.脑力劳动与体力劳动相结合</w:t>
      </w:r>
    </w:p>
    <w:p>
      <w:r>
        <w:t xml:space="preserve">    B.教育与生产劳动相结合</w:t>
      </w:r>
    </w:p>
    <w:p>
      <w:r>
        <w:t xml:space="preserve">    C.理论与实践相结合</w:t>
      </w:r>
    </w:p>
    <w:p>
      <w:r>
        <w:t xml:space="preserve">    D.城市与农村相结合</w:t>
      </w:r>
    </w:p>
    <w:p>
      <w:r>
        <w:rPr>
          <w:b/>
          <w:color w:val="C00000"/>
        </w:rPr>
        <w:t>【答案】B</w:t>
      </w:r>
    </w:p>
    <w:p>
      <w:r>
        <w:t>【解析】教育与生产劳动相结合是造就全面发展的人的唯一方法。</w:t>
      </w:r>
    </w:p>
    <w:p/>
    <w:p>
      <w:r>
        <w:rPr>
          <w:b/>
        </w:rPr>
        <w:t>44. 我国教育目的的理论基础是（　）</w:t>
      </w:r>
    </w:p>
    <w:p>
      <w:r>
        <w:t xml:space="preserve">    A.社会本位论</w:t>
      </w:r>
    </w:p>
    <w:p>
      <w:r>
        <w:t xml:space="preserve">    B.个人本位论</w:t>
      </w:r>
    </w:p>
    <w:p>
      <w:r>
        <w:t xml:space="preserve">    C.马克思主义关于人的全面发展学说</w:t>
      </w:r>
    </w:p>
    <w:p>
      <w:r>
        <w:t xml:space="preserve">    D.多元智能理论</w:t>
      </w:r>
    </w:p>
    <w:p>
      <w:r>
        <w:rPr>
          <w:b/>
          <w:color w:val="C00000"/>
        </w:rPr>
        <w:t>【答案】C</w:t>
      </w:r>
    </w:p>
    <w:p>
      <w:r>
        <w:t>【解析】我国教育目的以马克思主义关于人的全面发展学说为理论基础。</w:t>
      </w:r>
    </w:p>
    <w:p/>
    <w:p>
      <w:r>
        <w:rPr>
          <w:b/>
        </w:rPr>
        <w:t>45. 美育的最高任务是（　）</w:t>
      </w:r>
    </w:p>
    <w:p>
      <w:r>
        <w:t xml:space="preserve">    A.提高学生感受美的能力</w:t>
      </w:r>
    </w:p>
    <w:p>
      <w:r>
        <w:t xml:space="preserve">    B.培养学生鉴赏美的能力</w:t>
      </w:r>
    </w:p>
    <w:p>
      <w:r>
        <w:t xml:space="preserve">    C.形成学生创造美的能力</w:t>
      </w:r>
    </w:p>
    <w:p>
      <w:r>
        <w:t xml:space="preserve">    D.培养学生审美观点</w:t>
      </w:r>
    </w:p>
    <w:p>
      <w:r>
        <w:rPr>
          <w:b/>
          <w:color w:val="C00000"/>
        </w:rPr>
        <w:t>【答案】C</w:t>
      </w:r>
    </w:p>
    <w:p>
      <w:r>
        <w:t>【解析】形成创造美的能力是美育的最高任务。</w:t>
      </w:r>
    </w:p>
    <w:p/>
    <w:p>
      <w:r>
        <w:rPr>
          <w:b/>
        </w:rPr>
        <w:t>46. 「课程即科目」的观点属于（　）</w:t>
      </w:r>
    </w:p>
    <w:p>
      <w:r>
        <w:t xml:space="preserve">    A.课程即经验</w:t>
      </w:r>
    </w:p>
    <w:p>
      <w:r>
        <w:t xml:space="preserve">    B.课程即知识</w:t>
      </w:r>
    </w:p>
    <w:p>
      <w:r>
        <w:t xml:space="preserve">    C.课程即活动</w:t>
      </w:r>
    </w:p>
    <w:p>
      <w:r>
        <w:t xml:space="preserve">    D.课程即社会改造</w:t>
      </w:r>
    </w:p>
    <w:p>
      <w:r>
        <w:rPr>
          <w:b/>
          <w:color w:val="C00000"/>
        </w:rPr>
        <w:t>【答案】B</w:t>
      </w:r>
    </w:p>
    <w:p>
      <w:r>
        <w:t>【解析】课程即知识（科目）是传统的课程观。</w:t>
      </w:r>
    </w:p>
    <w:p/>
    <w:p>
      <w:r>
        <w:rPr>
          <w:b/>
        </w:rPr>
        <w:t>47. 从课程制定者或管理层次角度，课程可分为国家课程、地方课程和（　）</w:t>
      </w:r>
    </w:p>
    <w:p>
      <w:r>
        <w:t xml:space="preserve">    A.显性课程</w:t>
      </w:r>
    </w:p>
    <w:p>
      <w:r>
        <w:t xml:space="preserve">    B.隐性课程</w:t>
      </w:r>
    </w:p>
    <w:p>
      <w:r>
        <w:t xml:space="preserve">    C.校本课程</w:t>
      </w:r>
    </w:p>
    <w:p>
      <w:r>
        <w:t xml:space="preserve">    D.活动课程</w:t>
      </w:r>
    </w:p>
    <w:p>
      <w:r>
        <w:rPr>
          <w:b/>
          <w:color w:val="C00000"/>
        </w:rPr>
        <w:t>【答案】C</w:t>
      </w:r>
    </w:p>
    <w:p>
      <w:r>
        <w:t>【解析】三级课程管理：国家、地方、校本（学校）课程。</w:t>
      </w:r>
    </w:p>
    <w:p/>
    <w:p>
      <w:r>
        <w:rPr>
          <w:b/>
        </w:rPr>
        <w:t>48. 最早提出「隐性课程」概念的教育家是（　）</w:t>
      </w:r>
    </w:p>
    <w:p>
      <w:r>
        <w:t xml:space="preserve">    A.杰克逊</w:t>
      </w:r>
    </w:p>
    <w:p>
      <w:r>
        <w:t xml:space="preserve">    B.杜威</w:t>
      </w:r>
    </w:p>
    <w:p>
      <w:r>
        <w:t xml:space="preserve">    C.克伯屈</w:t>
      </w:r>
    </w:p>
    <w:p>
      <w:r>
        <w:t xml:space="preserve">    D.布鲁纳</w:t>
      </w:r>
    </w:p>
    <w:p>
      <w:r>
        <w:rPr>
          <w:b/>
          <w:color w:val="C00000"/>
        </w:rPr>
        <w:t>【答案】A</w:t>
      </w:r>
    </w:p>
    <w:p>
      <w:r>
        <w:t>【解析】杰克逊1968年在《班级生活》中首次提出隐性课程。</w:t>
      </w:r>
    </w:p>
    <w:p/>
    <w:p>
      <w:r>
        <w:rPr>
          <w:b/>
        </w:rPr>
        <w:t>49. 教学的首要任务是（　）</w:t>
      </w:r>
    </w:p>
    <w:p>
      <w:r>
        <w:t xml:space="preserve">    A.传授基础知识和基本技能</w:t>
      </w:r>
    </w:p>
    <w:p>
      <w:r>
        <w:t xml:space="preserve">    B.发展智力体力</w:t>
      </w:r>
    </w:p>
    <w:p>
      <w:r>
        <w:t xml:space="preserve">    C.培养品德</w:t>
      </w:r>
    </w:p>
    <w:p>
      <w:r>
        <w:t xml:space="preserve">    D.培养个性</w:t>
      </w:r>
    </w:p>
    <w:p>
      <w:r>
        <w:rPr>
          <w:b/>
          <w:color w:val="C00000"/>
        </w:rPr>
        <w:t>【答案】A</w:t>
      </w:r>
    </w:p>
    <w:p>
      <w:r>
        <w:t>【解析】传授系统的科学基础知识和基本技能是教学的首要任务。</w:t>
      </w:r>
    </w:p>
    <w:p/>
    <w:p>
      <w:r>
        <w:rPr>
          <w:b/>
        </w:rPr>
        <w:t>50. 「授人以鱼不如授人以渔」强调教学应重视（　）</w:t>
      </w:r>
    </w:p>
    <w:p>
      <w:r>
        <w:t xml:space="preserve">    A.知识传授</w:t>
      </w:r>
    </w:p>
    <w:p>
      <w:r>
        <w:t xml:space="preserve">    B.发展学生能力</w:t>
      </w:r>
    </w:p>
    <w:p>
      <w:r>
        <w:t xml:space="preserve">    C.培养品德</w:t>
      </w:r>
    </w:p>
    <w:p>
      <w:r>
        <w:t xml:space="preserve">    D.激发兴趣</w:t>
      </w:r>
    </w:p>
    <w:p>
      <w:r>
        <w:rPr>
          <w:b/>
          <w:color w:val="C00000"/>
        </w:rPr>
        <w:t>【答案】B</w:t>
      </w:r>
    </w:p>
    <w:p>
      <w:r>
        <w:t>【解析】「渔」指方法和能力，强调发展学生智力和能力。</w:t>
      </w:r>
    </w:p>
    <w:p/>
    <w:p>
      <w:r>
        <w:rPr>
          <w:b/>
        </w:rPr>
        <w:t>51. 孔子提出「不愤不启」，体现了（　）教学原则。</w:t>
      </w:r>
    </w:p>
    <w:p>
      <w:r>
        <w:t xml:space="preserve">    A.巩固性</w:t>
      </w:r>
    </w:p>
    <w:p>
      <w:r>
        <w:t xml:space="preserve">    B.启发性</w:t>
      </w:r>
    </w:p>
    <w:p>
      <w:r>
        <w:t xml:space="preserve">    C.循序渐进</w:t>
      </w:r>
    </w:p>
    <w:p>
      <w:r>
        <w:t xml:space="preserve">    D.因材施教</w:t>
      </w:r>
    </w:p>
    <w:p>
      <w:r>
        <w:rPr>
          <w:b/>
          <w:color w:val="C00000"/>
        </w:rPr>
        <w:t>【答案】B</w:t>
      </w:r>
    </w:p>
    <w:p>
      <w:r>
        <w:t>【解析】同前，启发性原则的经典表述。</w:t>
      </w:r>
    </w:p>
    <w:p/>
    <w:p>
      <w:r>
        <w:rPr>
          <w:b/>
        </w:rPr>
        <w:t>52. 《学记》中「学不躐等」体现了（　）原则。</w:t>
      </w:r>
    </w:p>
    <w:p>
      <w:r>
        <w:t xml:space="preserve">    A.启发性</w:t>
      </w:r>
    </w:p>
    <w:p>
      <w:r>
        <w:t xml:space="preserve">    B.循序渐进</w:t>
      </w:r>
    </w:p>
    <w:p>
      <w:r>
        <w:t xml:space="preserve">    C.巩固性</w:t>
      </w:r>
    </w:p>
    <w:p>
      <w:r>
        <w:t xml:space="preserve">    D.因材施教</w:t>
      </w:r>
    </w:p>
    <w:p>
      <w:r>
        <w:rPr>
          <w:b/>
          <w:color w:val="C00000"/>
        </w:rPr>
        <w:t>【答案】B</w:t>
      </w:r>
    </w:p>
    <w:p>
      <w:r>
        <w:t>【解析】「躐等」意为超越等级，学不躐等即循序渐进。</w:t>
      </w:r>
    </w:p>
    <w:p/>
    <w:p>
      <w:r>
        <w:rPr>
          <w:b/>
        </w:rPr>
        <w:t>53. 「学而时习之」「温故而知新」体现了（　）原则。</w:t>
      </w:r>
    </w:p>
    <w:p>
      <w:r>
        <w:t xml:space="preserve">    A.启发性</w:t>
      </w:r>
    </w:p>
    <w:p>
      <w:r>
        <w:t xml:space="preserve">    B.循序渐进</w:t>
      </w:r>
    </w:p>
    <w:p>
      <w:r>
        <w:t xml:space="preserve">    C.巩固性</w:t>
      </w:r>
    </w:p>
    <w:p>
      <w:r>
        <w:t xml:space="preserve">    D.因材施教</w:t>
      </w:r>
    </w:p>
    <w:p>
      <w:r>
        <w:rPr>
          <w:b/>
          <w:color w:val="C00000"/>
        </w:rPr>
        <w:t>【答案】C</w:t>
      </w:r>
    </w:p>
    <w:p>
      <w:r>
        <w:t>【解析】巩固性原则强调复习和及时巩固。</w:t>
      </w:r>
    </w:p>
    <w:p/>
    <w:p>
      <w:r>
        <w:rPr>
          <w:b/>
        </w:rPr>
        <w:t>54. 教师根据学生实际情况进行有差别的教学，体现了（　）原则。</w:t>
      </w:r>
    </w:p>
    <w:p>
      <w:r>
        <w:t xml:space="preserve">    A.启发性</w:t>
      </w:r>
    </w:p>
    <w:p>
      <w:r>
        <w:t xml:space="preserve">    B.循序渐进</w:t>
      </w:r>
    </w:p>
    <w:p>
      <w:r>
        <w:t xml:space="preserve">    C.巩固性</w:t>
      </w:r>
    </w:p>
    <w:p>
      <w:r>
        <w:t xml:space="preserve">    D.因材施教</w:t>
      </w:r>
    </w:p>
    <w:p>
      <w:r>
        <w:rPr>
          <w:b/>
          <w:color w:val="C00000"/>
        </w:rPr>
        <w:t>【答案】D</w:t>
      </w:r>
    </w:p>
    <w:p>
      <w:r>
        <w:t>【解析】因材施教原则是根据学生差异有的放矢地教学。</w:t>
      </w:r>
    </w:p>
    <w:p/>
    <w:p>
      <w:r>
        <w:rPr>
          <w:b/>
        </w:rPr>
        <w:t>55. 「不闻不若闻之，闻之不若见之」体现了（　）原则。</w:t>
      </w:r>
    </w:p>
    <w:p>
      <w:r>
        <w:t xml:space="preserve">    A.直观性</w:t>
      </w:r>
    </w:p>
    <w:p>
      <w:r>
        <w:t xml:space="preserve">    B.启发性</w:t>
      </w:r>
    </w:p>
    <w:p>
      <w:r>
        <w:t xml:space="preserve">    C.循序渐进</w:t>
      </w:r>
    </w:p>
    <w:p>
      <w:r>
        <w:t xml:space="preserve">    D.因材施教</w:t>
      </w:r>
    </w:p>
    <w:p>
      <w:r>
        <w:rPr>
          <w:b/>
          <w:color w:val="C00000"/>
        </w:rPr>
        <w:t>【答案】A</w:t>
      </w:r>
    </w:p>
    <w:p>
      <w:r>
        <w:t>【解析】闻之见之强调感知，是直观性原则。</w:t>
      </w:r>
    </w:p>
    <w:p/>
    <w:p>
      <w:r>
        <w:rPr>
          <w:b/>
        </w:rPr>
        <w:t>56. 教学工作的中心环节是（　）</w:t>
      </w:r>
    </w:p>
    <w:p>
      <w:r>
        <w:t xml:space="preserve">    A.备课</w:t>
      </w:r>
    </w:p>
    <w:p>
      <w:r>
        <w:t xml:space="preserve">    B.上课</w:t>
      </w:r>
    </w:p>
    <w:p>
      <w:r>
        <w:t xml:space="preserve">    C.课外辅导</w:t>
      </w:r>
    </w:p>
    <w:p>
      <w:r>
        <w:t xml:space="preserve">    D.学业评价</w:t>
      </w:r>
    </w:p>
    <w:p>
      <w:r>
        <w:rPr>
          <w:b/>
          <w:color w:val="C00000"/>
        </w:rPr>
        <w:t>【答案】B</w:t>
      </w:r>
    </w:p>
    <w:p>
      <w:r>
        <w:t>【解析】上课是整个教学工作的中心环节。</w:t>
      </w:r>
    </w:p>
    <w:p/>
    <w:p>
      <w:r>
        <w:rPr>
          <w:b/>
        </w:rPr>
        <w:t>57. 上好一堂课的最根本要求是（　）</w:t>
      </w:r>
    </w:p>
    <w:p>
      <w:r>
        <w:t xml:space="preserve">    A.目标明确</w:t>
      </w:r>
    </w:p>
    <w:p>
      <w:r>
        <w:t xml:space="preserve">    B.内容正确</w:t>
      </w:r>
    </w:p>
    <w:p>
      <w:r>
        <w:t xml:space="preserve">    C.方法得当</w:t>
      </w:r>
    </w:p>
    <w:p>
      <w:r>
        <w:t xml:space="preserve">    D.充分发挥学生的主体性</w:t>
      </w:r>
    </w:p>
    <w:p>
      <w:r>
        <w:rPr>
          <w:b/>
          <w:color w:val="C00000"/>
        </w:rPr>
        <w:t>【答案】D</w:t>
      </w:r>
    </w:p>
    <w:p>
      <w:r>
        <w:t>【解析】充分发挥学生主体性是上好课的最根本要求。</w:t>
      </w:r>
    </w:p>
    <w:p/>
    <w:p>
      <w:r>
        <w:rPr>
          <w:b/>
        </w:rPr>
        <w:t>58. 课外辅导是上课的（　）</w:t>
      </w:r>
    </w:p>
    <w:p>
      <w:r>
        <w:t xml:space="preserve">    A.延伸</w:t>
      </w:r>
    </w:p>
    <w:p>
      <w:r>
        <w:t xml:space="preserve">    B.补充</w:t>
      </w:r>
    </w:p>
    <w:p>
      <w:r>
        <w:t xml:space="preserve">    C.延续</w:t>
      </w:r>
    </w:p>
    <w:p>
      <w:r>
        <w:t xml:space="preserve">    D.核心</w:t>
      </w:r>
    </w:p>
    <w:p>
      <w:r>
        <w:rPr>
          <w:b/>
          <w:color w:val="C00000"/>
        </w:rPr>
        <w:t>【答案】B</w:t>
      </w:r>
    </w:p>
    <w:p>
      <w:r>
        <w:t>【解析】课外辅导是上课的必要补充，是适应学生个别差异的措施。</w:t>
      </w:r>
    </w:p>
    <w:p/>
    <w:p>
      <w:r>
        <w:rPr>
          <w:b/>
        </w:rPr>
        <w:t>59. 测验达到测验目的的程度，即是否测出了它所要测的东西，这是测验的（　）</w:t>
      </w:r>
    </w:p>
    <w:p>
      <w:r>
        <w:t xml:space="preserve">    A.信度</w:t>
      </w:r>
    </w:p>
    <w:p>
      <w:r>
        <w:t xml:space="preserve">    B.效度</w:t>
      </w:r>
    </w:p>
    <w:p>
      <w:r>
        <w:t xml:space="preserve">    C.难度</w:t>
      </w:r>
    </w:p>
    <w:p>
      <w:r>
        <w:t xml:space="preserve">    D.区分度</w:t>
      </w:r>
    </w:p>
    <w:p>
      <w:r>
        <w:rPr>
          <w:b/>
          <w:color w:val="C00000"/>
        </w:rPr>
        <w:t>【答案】B</w:t>
      </w:r>
    </w:p>
    <w:p>
      <w:r>
        <w:t>【解析】效度指测验能测出所要测量的东西的程度。</w:t>
      </w:r>
    </w:p>
    <w:p/>
    <w:p>
      <w:r>
        <w:rPr>
          <w:b/>
        </w:rPr>
        <w:t>60. 一个测验经过多次测量所得结果的一致性程度，是测验的（　）</w:t>
      </w:r>
    </w:p>
    <w:p>
      <w:r>
        <w:t xml:space="preserve">    A.信度</w:t>
      </w:r>
    </w:p>
    <w:p>
      <w:r>
        <w:t xml:space="preserve">    B.效度</w:t>
      </w:r>
    </w:p>
    <w:p>
      <w:r>
        <w:t xml:space="preserve">    C.难度</w:t>
      </w:r>
    </w:p>
    <w:p>
      <w:r>
        <w:t xml:space="preserve">    D.区分度</w:t>
      </w:r>
    </w:p>
    <w:p>
      <w:r>
        <w:rPr>
          <w:b/>
          <w:color w:val="C00000"/>
        </w:rPr>
        <w:t>【答案】A</w:t>
      </w:r>
    </w:p>
    <w:p>
      <w:r>
        <w:t>【解析】信度指测验的可靠性、一致性程度。</w:t>
      </w:r>
    </w:p>
    <w:p/>
    <w:p>
      <w:r>
        <w:rPr>
          <w:b/>
        </w:rPr>
        <w:t>61. 思想教育常用的方法中，通过创设良好情境潜移默化培养学生品德的方法是（　）</w:t>
      </w:r>
    </w:p>
    <w:p>
      <w:r>
        <w:t xml:space="preserve">    A.说服教育法</w:t>
      </w:r>
    </w:p>
    <w:p>
      <w:r>
        <w:t xml:space="preserve">    B.陶冶教育法</w:t>
      </w:r>
    </w:p>
    <w:p>
      <w:r>
        <w:t xml:space="preserve">    C.榜样示范法</w:t>
      </w:r>
    </w:p>
    <w:p>
      <w:r>
        <w:t xml:space="preserve">    D.实际锻炼法</w:t>
      </w:r>
    </w:p>
    <w:p>
      <w:r>
        <w:rPr>
          <w:b/>
          <w:color w:val="C00000"/>
        </w:rPr>
        <w:t>【答案】B</w:t>
      </w:r>
    </w:p>
    <w:p>
      <w:r>
        <w:t>【解析】陶冶法包括人格感化、环境陶冶、艺术陶冶，是潜移默化的。</w:t>
      </w:r>
    </w:p>
    <w:p/>
    <w:p>
      <w:r>
        <w:rPr>
          <w:b/>
        </w:rPr>
        <w:t>62. 「让学校的每一面墙都开口说话」运用的德育方法是（　）</w:t>
      </w:r>
    </w:p>
    <w:p>
      <w:r>
        <w:t xml:space="preserve">    A.说服教育</w:t>
      </w:r>
    </w:p>
    <w:p>
      <w:r>
        <w:t xml:space="preserve">    B.陶冶教育</w:t>
      </w:r>
    </w:p>
    <w:p>
      <w:r>
        <w:t xml:space="preserve">    C.榜样示范</w:t>
      </w:r>
    </w:p>
    <w:p>
      <w:r>
        <w:t xml:space="preserve">    D.品德评价</w:t>
      </w:r>
    </w:p>
    <w:p>
      <w:r>
        <w:rPr>
          <w:b/>
          <w:color w:val="C00000"/>
        </w:rPr>
        <w:t>【答案】B</w:t>
      </w:r>
    </w:p>
    <w:p>
      <w:r>
        <w:t>【解析】环境陶冶属于陶冶教育法。</w:t>
      </w:r>
    </w:p>
    <w:p/>
    <w:p>
      <w:r>
        <w:rPr>
          <w:b/>
        </w:rPr>
        <w:t>63. 德育过程的基本矛盾是（　）</w:t>
      </w:r>
    </w:p>
    <w:p>
      <w:r>
        <w:t xml:space="preserve">    A.教育者与受教育者的矛盾</w:t>
      </w:r>
    </w:p>
    <w:p>
      <w:r>
        <w:t xml:space="preserve">    B.教育者与德育内容的矛盾</w:t>
      </w:r>
    </w:p>
    <w:p>
      <w:r>
        <w:t xml:space="preserve">    C.社会通过教师向学生提出的道德要求与学生已有品德水平的矛盾</w:t>
      </w:r>
    </w:p>
    <w:p>
      <w:r>
        <w:t xml:space="preserve">    D.受教育者与德育方法的矛盾</w:t>
      </w:r>
    </w:p>
    <w:p>
      <w:r>
        <w:rPr>
          <w:b/>
          <w:color w:val="C00000"/>
        </w:rPr>
        <w:t>【答案】C</w:t>
      </w:r>
    </w:p>
    <w:p>
      <w:r>
        <w:t>【解析】德育过程的基本矛盾是社会向学生提出的道德要求与学生已有品德水平之间的矛盾。</w:t>
      </w:r>
    </w:p>
    <w:p/>
    <w:p>
      <w:r>
        <w:rPr>
          <w:b/>
        </w:rPr>
        <w:t>64. 「晓之以理、动之以情、持之以恒、导之以行」符合德育的（　）规律。</w:t>
      </w:r>
    </w:p>
    <w:p>
      <w:r>
        <w:t xml:space="preserve">    A.学生在活动和交往中形成思想品德</w:t>
      </w:r>
    </w:p>
    <w:p>
      <w:r>
        <w:t xml:space="preserve">    B.德育过程是促使学生思想内部矛盾运动</w:t>
      </w:r>
    </w:p>
    <w:p>
      <w:r>
        <w:t xml:space="preserve">    C.德育过程是组织学生活动和交往、统一多方面影响</w:t>
      </w:r>
    </w:p>
    <w:p>
      <w:r>
        <w:t xml:space="preserve">    D.德育过程是对学生知、情、意、行的培养提高</w:t>
      </w:r>
    </w:p>
    <w:p>
      <w:r>
        <w:rPr>
          <w:b/>
          <w:color w:val="C00000"/>
        </w:rPr>
        <w:t>【答案】D</w:t>
      </w:r>
    </w:p>
    <w:p>
      <w:r>
        <w:t>【解析】知（理）、情、意（恒）、行（导）四要素统一发展。</w:t>
      </w:r>
    </w:p>
    <w:p/>
    <w:p>
      <w:r>
        <w:rPr>
          <w:b/>
        </w:rPr>
        <w:t>65. 体谅模式的代表人物是（　）</w:t>
      </w:r>
    </w:p>
    <w:p>
      <w:r>
        <w:t xml:space="preserve">    A.皮亚杰</w:t>
      </w:r>
    </w:p>
    <w:p>
      <w:r>
        <w:t xml:space="preserve">    B.科尔伯格</w:t>
      </w:r>
    </w:p>
    <w:p>
      <w:r>
        <w:t xml:space="preserve">    C.彼得·麦克费尔</w:t>
      </w:r>
    </w:p>
    <w:p>
      <w:r>
        <w:t xml:space="preserve">    D.班杜拉</w:t>
      </w:r>
    </w:p>
    <w:p>
      <w:r>
        <w:rPr>
          <w:b/>
          <w:color w:val="C00000"/>
        </w:rPr>
        <w:t>【答案】C</w:t>
      </w:r>
    </w:p>
    <w:p>
      <w:r>
        <w:t>【解析】体谅模式由英国学校德育学家彼得·麦克费尔创立。</w:t>
      </w:r>
    </w:p>
    <w:p/>
    <w:p>
      <w:r>
        <w:rPr>
          <w:b/>
        </w:rPr>
        <w:t>66. 社会模仿模式的代表人物是（　）</w:t>
      </w:r>
    </w:p>
    <w:p>
      <w:r>
        <w:t xml:space="preserve">    A.班杜拉</w:t>
      </w:r>
    </w:p>
    <w:p>
      <w:r>
        <w:t xml:space="preserve">    B.科尔伯格</w:t>
      </w:r>
    </w:p>
    <w:p>
      <w:r>
        <w:t xml:space="preserve">    C.拉斯</w:t>
      </w:r>
    </w:p>
    <w:p>
      <w:r>
        <w:t xml:space="preserve">    D.麦克费尔</w:t>
      </w:r>
    </w:p>
    <w:p>
      <w:r>
        <w:rPr>
          <w:b/>
          <w:color w:val="C00000"/>
        </w:rPr>
        <w:t>【答案】A</w:t>
      </w:r>
    </w:p>
    <w:p>
      <w:r>
        <w:t>【解析】社会模仿模式由班杜拉创立。</w:t>
      </w:r>
    </w:p>
    <w:p/>
    <w:p>
      <w:r>
        <w:rPr>
          <w:b/>
        </w:rPr>
        <w:t>67. 班主任既通过对集体的管理去间接影响个人，又通过对个人的直接管理去影响集体，这是（　）</w:t>
      </w:r>
    </w:p>
    <w:p>
      <w:r>
        <w:t xml:space="preserve">    A.常规管理</w:t>
      </w:r>
    </w:p>
    <w:p>
      <w:r>
        <w:t xml:space="preserve">    B.平行管理</w:t>
      </w:r>
    </w:p>
    <w:p>
      <w:r>
        <w:t xml:space="preserve">    C.民主管理</w:t>
      </w:r>
    </w:p>
    <w:p>
      <w:r>
        <w:t xml:space="preserve">    D.目标管理</w:t>
      </w:r>
    </w:p>
    <w:p>
      <w:r>
        <w:rPr>
          <w:b/>
          <w:color w:val="C00000"/>
        </w:rPr>
        <w:t>【答案】B</w:t>
      </w:r>
    </w:p>
    <w:p>
      <w:r>
        <w:t>【解析】马卡连柯的平行管理：集体与个人相互影响。</w:t>
      </w:r>
    </w:p>
    <w:p/>
    <w:p>
      <w:r>
        <w:rPr>
          <w:b/>
        </w:rPr>
        <w:t>68. 班级成员在服从班集体正确决策和承担责任的前提下，参与班级管理的模式是（　）</w:t>
      </w:r>
    </w:p>
    <w:p>
      <w:r>
        <w:t xml:space="preserve">    A.常规管理</w:t>
      </w:r>
    </w:p>
    <w:p>
      <w:r>
        <w:t xml:space="preserve">    B.平行管理</w:t>
      </w:r>
    </w:p>
    <w:p>
      <w:r>
        <w:t xml:space="preserve">    C.民主管理</w:t>
      </w:r>
    </w:p>
    <w:p>
      <w:r>
        <w:t xml:space="preserve">    D.目标管理</w:t>
      </w:r>
    </w:p>
    <w:p>
      <w:r>
        <w:rPr>
          <w:b/>
          <w:color w:val="C00000"/>
        </w:rPr>
        <w:t>【答案】C</w:t>
      </w:r>
    </w:p>
    <w:p>
      <w:r>
        <w:t>【解析】民主管理强调学生参与班级管理。</w:t>
      </w:r>
    </w:p>
    <w:p/>
    <w:p>
      <w:r>
        <w:rPr>
          <w:b/>
        </w:rPr>
        <w:t>69. 提出目标管理的教育家是（　）</w:t>
      </w:r>
    </w:p>
    <w:p>
      <w:r>
        <w:t xml:space="preserve">    A.德鲁克</w:t>
      </w:r>
    </w:p>
    <w:p>
      <w:r>
        <w:t xml:space="preserve">    B.马卡连柯</w:t>
      </w:r>
    </w:p>
    <w:p>
      <w:r>
        <w:t xml:space="preserve">    C.苏霍姆林斯基</w:t>
      </w:r>
    </w:p>
    <w:p>
      <w:r>
        <w:t xml:space="preserve">    D.陶行知</w:t>
      </w:r>
    </w:p>
    <w:p>
      <w:r>
        <w:rPr>
          <w:b/>
          <w:color w:val="C00000"/>
        </w:rPr>
        <w:t>【答案】A</w:t>
      </w:r>
    </w:p>
    <w:p>
      <w:r>
        <w:t>【解析】美国管理学家德鲁克提出目标管理。</w:t>
      </w:r>
    </w:p>
    <w:p/>
    <w:p>
      <w:r>
        <w:rPr>
          <w:b/>
        </w:rPr>
        <w:t>70. 学校管理的基本途径是（　）</w:t>
      </w:r>
    </w:p>
    <w:p>
      <w:r>
        <w:t xml:space="preserve">    A.教学活动</w:t>
      </w:r>
    </w:p>
    <w:p>
      <w:r>
        <w:t xml:space="preserve">    B.沟通</w:t>
      </w:r>
    </w:p>
    <w:p>
      <w:r>
        <w:t xml:space="preserve">    C.教务行政</w:t>
      </w:r>
    </w:p>
    <w:p>
      <w:r>
        <w:t xml:space="preserve">    D.总务后勤</w:t>
      </w:r>
    </w:p>
    <w:p>
      <w:r>
        <w:rPr>
          <w:b/>
          <w:color w:val="C00000"/>
        </w:rPr>
        <w:t>【答案】B</w:t>
      </w:r>
    </w:p>
    <w:p>
      <w:r>
        <w:t>【解析】沟通是学校管理的基本途径。</w:t>
      </w:r>
    </w:p>
    <w:p/>
    <w:p>
      <w:r>
        <w:rPr>
          <w:b/>
        </w:rPr>
        <w:t>71. 《中华人民共和国教育法》施行于（　）</w:t>
      </w:r>
    </w:p>
    <w:p>
      <w:r>
        <w:t xml:space="preserve">    A.1995年9月1日</w:t>
      </w:r>
    </w:p>
    <w:p>
      <w:r>
        <w:t xml:space="preserve">    B.1996年9月1日</w:t>
      </w:r>
    </w:p>
    <w:p>
      <w:r>
        <w:t xml:space="preserve">    C.1994年1月1日</w:t>
      </w:r>
    </w:p>
    <w:p>
      <w:r>
        <w:t xml:space="preserve">    D.1995年1月1日</w:t>
      </w:r>
    </w:p>
    <w:p>
      <w:r>
        <w:rPr>
          <w:b/>
          <w:color w:val="C00000"/>
        </w:rPr>
        <w:t>【答案】A</w:t>
      </w:r>
    </w:p>
    <w:p>
      <w:r>
        <w:t>【解析】《教育法》1995年3月18日通过，同年9月1日施行。</w:t>
      </w:r>
    </w:p>
    <w:p/>
    <w:p>
      <w:r>
        <w:rPr>
          <w:b/>
        </w:rPr>
        <w:t>72. 《中华人民共和国义务教育法》最新修订于（　）</w:t>
      </w:r>
    </w:p>
    <w:p>
      <w:r>
        <w:t xml:space="preserve">    A.2006年</w:t>
      </w:r>
    </w:p>
    <w:p>
      <w:r>
        <w:t xml:space="preserve">    B.2015年</w:t>
      </w:r>
    </w:p>
    <w:p>
      <w:r>
        <w:t xml:space="preserve">    C.2018年</w:t>
      </w:r>
    </w:p>
    <w:p>
      <w:r>
        <w:t xml:space="preserve">    D.2000年</w:t>
      </w:r>
    </w:p>
    <w:p>
      <w:r>
        <w:rPr>
          <w:b/>
          <w:color w:val="C00000"/>
        </w:rPr>
        <w:t>【答案】A</w:t>
      </w:r>
    </w:p>
    <w:p>
      <w:r>
        <w:t>【解析】现行《义务教育法》2006年6月29日修订，2006年9月1日施行。</w:t>
      </w:r>
    </w:p>
    <w:p/>
    <w:p>
      <w:r>
        <w:rPr>
          <w:b/>
        </w:rPr>
        <w:t>73. 我国适龄儿童、少年接受义务教育的年限是（　）</w:t>
      </w:r>
    </w:p>
    <w:p>
      <w:r>
        <w:t xml:space="preserve">    A.九年</w:t>
      </w:r>
    </w:p>
    <w:p>
      <w:r>
        <w:t xml:space="preserve">    B.六年</w:t>
      </w:r>
    </w:p>
    <w:p>
      <w:r>
        <w:t xml:space="preserve">    C.十二年</w:t>
      </w:r>
    </w:p>
    <w:p>
      <w:r>
        <w:t xml:space="preserve">    D.十年</w:t>
      </w:r>
    </w:p>
    <w:p>
      <w:r>
        <w:rPr>
          <w:b/>
          <w:color w:val="C00000"/>
        </w:rPr>
        <w:t>【答案】A</w:t>
      </w:r>
    </w:p>
    <w:p>
      <w:r>
        <w:t>【解析】我国实行九年义务教育制度。</w:t>
      </w:r>
    </w:p>
    <w:p/>
    <w:p>
      <w:r>
        <w:rPr>
          <w:b/>
        </w:rPr>
        <w:t>74. 义务教育的特征不包括（　）</w:t>
      </w:r>
    </w:p>
    <w:p>
      <w:r>
        <w:t xml:space="preserve">    A.强制性</w:t>
      </w:r>
    </w:p>
    <w:p>
      <w:r>
        <w:t xml:space="preserve">    B.免费性</w:t>
      </w:r>
    </w:p>
    <w:p>
      <w:r>
        <w:t xml:space="preserve">    C.普及性</w:t>
      </w:r>
    </w:p>
    <w:p>
      <w:r>
        <w:t xml:space="preserve">    D.选择性</w:t>
      </w:r>
    </w:p>
    <w:p>
      <w:r>
        <w:rPr>
          <w:b/>
          <w:color w:val="C00000"/>
        </w:rPr>
        <w:t>【答案】D</w:t>
      </w:r>
    </w:p>
    <w:p>
      <w:r>
        <w:t>【解析】义务教育具有强制性、免费性、普及性，不具有选择性。</w:t>
      </w:r>
    </w:p>
    <w:p/>
    <w:p>
      <w:r>
        <w:rPr>
          <w:b/>
        </w:rPr>
        <w:t>75. 《教师法》规定，教师的平均工资水平应当（　）国家公务员的平均工资水平。</w:t>
      </w:r>
    </w:p>
    <w:p>
      <w:r>
        <w:t xml:space="preserve">    A.不低于</w:t>
      </w:r>
    </w:p>
    <w:p>
      <w:r>
        <w:t xml:space="preserve">    B.不高于</w:t>
      </w:r>
    </w:p>
    <w:p>
      <w:r>
        <w:t xml:space="preserve">    C.等于</w:t>
      </w:r>
    </w:p>
    <w:p>
      <w:r>
        <w:t xml:space="preserve">    D.略低于</w:t>
      </w:r>
    </w:p>
    <w:p>
      <w:r>
        <w:rPr>
          <w:b/>
          <w:color w:val="C00000"/>
        </w:rPr>
        <w:t>【答案】A</w:t>
      </w:r>
    </w:p>
    <w:p>
      <w:r>
        <w:t>【解析】《教师法》规定教师工资不低于或高于国家公务员平均工资水平。</w:t>
      </w:r>
    </w:p>
    <w:p/>
    <w:p>
      <w:r>
        <w:rPr>
          <w:b/>
        </w:rPr>
        <w:t>76. 根据《未成年人保护法》，未成年人是指未满（　）周岁的公民。</w:t>
      </w:r>
    </w:p>
    <w:p>
      <w:r>
        <w:t xml:space="preserve">    A.14</w:t>
      </w:r>
    </w:p>
    <w:p>
      <w:r>
        <w:t xml:space="preserve">    B.16</w:t>
      </w:r>
    </w:p>
    <w:p>
      <w:r>
        <w:t xml:space="preserve">    C.18</w:t>
      </w:r>
    </w:p>
    <w:p>
      <w:r>
        <w:t xml:space="preserve">    D.20</w:t>
      </w:r>
    </w:p>
    <w:p>
      <w:r>
        <w:rPr>
          <w:b/>
          <w:color w:val="C00000"/>
        </w:rPr>
        <w:t>【答案】C</w:t>
      </w:r>
    </w:p>
    <w:p>
      <w:r>
        <w:t>【解析】未成年人指未满18周岁的公民。</w:t>
      </w:r>
    </w:p>
    <w:p/>
    <w:p>
      <w:r>
        <w:rPr>
          <w:b/>
        </w:rPr>
        <w:t>77. 学校、幼儿园、托儿所和公共场所发生突发事件时，应当（　）</w:t>
      </w:r>
    </w:p>
    <w:p>
      <w:r>
        <w:t xml:space="preserve">    A.先救护教师</w:t>
      </w:r>
    </w:p>
    <w:p>
      <w:r>
        <w:t xml:space="preserve">    B.优先救护未成年人</w:t>
      </w:r>
    </w:p>
    <w:p>
      <w:r>
        <w:t xml:space="preserve">    C.先救护领导</w:t>
      </w:r>
    </w:p>
    <w:p>
      <w:r>
        <w:t xml:space="preserve">    D.谁近先救谁</w:t>
      </w:r>
    </w:p>
    <w:p>
      <w:r>
        <w:rPr>
          <w:b/>
          <w:color w:val="C00000"/>
        </w:rPr>
        <w:t>【答案】B</w:t>
      </w:r>
    </w:p>
    <w:p>
      <w:r>
        <w:t>【解析】《未成年人保护法》规定公共场所突发事件应优先救护未成年人。</w:t>
      </w:r>
    </w:p>
    <w:p/>
    <w:p>
      <w:r>
        <w:rPr>
          <w:b/>
        </w:rPr>
        <w:t>78. 《中华人民共和国预防未成年人犯罪法》于（　）施行。</w:t>
      </w:r>
    </w:p>
    <w:p>
      <w:r>
        <w:t xml:space="preserve">    A.1999年</w:t>
      </w:r>
    </w:p>
    <w:p>
      <w:r>
        <w:t xml:space="preserve">    B.2000年</w:t>
      </w:r>
    </w:p>
    <w:p>
      <w:r>
        <w:t xml:space="preserve">    C.2005年</w:t>
      </w:r>
    </w:p>
    <w:p>
      <w:r>
        <w:t xml:space="preserve">    D.2012年</w:t>
      </w:r>
    </w:p>
    <w:p>
      <w:r>
        <w:rPr>
          <w:b/>
          <w:color w:val="C00000"/>
        </w:rPr>
        <w:t>【答案】A</w:t>
      </w:r>
    </w:p>
    <w:p>
      <w:r>
        <w:t>【解析】该法1999年6月28日通过，1999年11月1日施行。</w:t>
      </w:r>
    </w:p>
    <w:p/>
    <w:p>
      <w:r>
        <w:rPr>
          <w:b/>
        </w:rPr>
        <w:t>79. 教师对学校或其他教育机构侵犯其合法权益的，可以向（　）提出申诉。</w:t>
      </w:r>
    </w:p>
    <w:p>
      <w:r>
        <w:t xml:space="preserve">    A.当地人民政府</w:t>
      </w:r>
    </w:p>
    <w:p>
      <w:r>
        <w:t xml:space="preserve">    B.教育行政部门</w:t>
      </w:r>
    </w:p>
    <w:p>
      <w:r>
        <w:t xml:space="preserve">    C.法院</w:t>
      </w:r>
    </w:p>
    <w:p>
      <w:r>
        <w:t xml:space="preserve">    D.检察院</w:t>
      </w:r>
    </w:p>
    <w:p>
      <w:r>
        <w:rPr>
          <w:b/>
          <w:color w:val="C00000"/>
        </w:rPr>
        <w:t>【答案】B</w:t>
      </w:r>
    </w:p>
    <w:p>
      <w:r>
        <w:t>【解析】教师对学校侵犯其合法权益的，可向教育行政部门提出申诉。</w:t>
      </w:r>
    </w:p>
    <w:p/>
    <w:p>
      <w:r>
        <w:rPr>
          <w:b/>
        </w:rPr>
        <w:t>80. 教育法律救济的根本目的是（　）</w:t>
      </w:r>
    </w:p>
    <w:p>
      <w:r>
        <w:t xml:space="preserve">    A.避免损害</w:t>
      </w:r>
    </w:p>
    <w:p>
      <w:r>
        <w:t xml:space="preserve">    B.避免纠纷</w:t>
      </w:r>
    </w:p>
    <w:p>
      <w:r>
        <w:t xml:space="preserve">    C.补救受害者的合法权益</w:t>
      </w:r>
    </w:p>
    <w:p>
      <w:r>
        <w:t xml:space="preserve">    D.获得赔偿</w:t>
      </w:r>
    </w:p>
    <w:p>
      <w:r>
        <w:rPr>
          <w:b/>
          <w:color w:val="C00000"/>
        </w:rPr>
        <w:t>【答案】C</w:t>
      </w:r>
    </w:p>
    <w:p>
      <w:r>
        <w:t>【解析】教育法律救济的根本目的是补救受害者的合法权益。</w:t>
      </w:r>
    </w:p>
    <w:p/>
    <w:p>
      <w:r>
        <w:rPr>
          <w:b/>
        </w:rPr>
        <w:t>81. 教师职业道德区别于其他职业道德的显著标志是（　）</w:t>
      </w:r>
    </w:p>
    <w:p>
      <w:r>
        <w:t xml:space="preserve">    A.关爱学生</w:t>
      </w:r>
    </w:p>
    <w:p>
      <w:r>
        <w:t xml:space="preserve">    B.为人师表</w:t>
      </w:r>
    </w:p>
    <w:p>
      <w:r>
        <w:t xml:space="preserve">    C.教书育人</w:t>
      </w:r>
    </w:p>
    <w:p>
      <w:r>
        <w:t xml:space="preserve">    D.爱岗敬业</w:t>
      </w:r>
    </w:p>
    <w:p>
      <w:r>
        <w:rPr>
          <w:b/>
          <w:color w:val="C00000"/>
        </w:rPr>
        <w:t>【答案】B</w:t>
      </w:r>
    </w:p>
    <w:p>
      <w:r>
        <w:t>【解析】为人师表是教师职业道德区别于其他职业道德的显著标志。</w:t>
      </w:r>
    </w:p>
    <w:p/>
    <w:p>
      <w:r>
        <w:rPr>
          <w:b/>
        </w:rPr>
        <w:t>82. 「学高为师，身正为范」体现了教师职业道德的（　）要求。</w:t>
      </w:r>
    </w:p>
    <w:p>
      <w:r>
        <w:t xml:space="preserve">    A.关爱学生</w:t>
      </w:r>
    </w:p>
    <w:p>
      <w:r>
        <w:t xml:space="preserve">    B.为人师表</w:t>
      </w:r>
    </w:p>
    <w:p>
      <w:r>
        <w:t xml:space="preserve">    C.教书育人</w:t>
      </w:r>
    </w:p>
    <w:p>
      <w:r>
        <w:t xml:space="preserve">    D.终身学习</w:t>
      </w:r>
    </w:p>
    <w:p>
      <w:r>
        <w:rPr>
          <w:b/>
          <w:color w:val="C00000"/>
        </w:rPr>
        <w:t>【答案】B</w:t>
      </w:r>
    </w:p>
    <w:p>
      <w:r>
        <w:t>【解析】身正为范强调以身作则，是为人师表的体现。</w:t>
      </w:r>
    </w:p>
    <w:p/>
    <w:p>
      <w:r>
        <w:rPr>
          <w:b/>
        </w:rPr>
        <w:t>83. 家访是学校与家庭沟通的重要形式，教师家访时应（　）</w:t>
      </w:r>
    </w:p>
    <w:p>
      <w:r>
        <w:t xml:space="preserve">    A.只报忧不报喜</w:t>
      </w:r>
    </w:p>
    <w:p>
      <w:r>
        <w:t xml:space="preserve">    B.只报喜不报忧</w:t>
      </w:r>
    </w:p>
    <w:p>
      <w:r>
        <w:t xml:space="preserve">    C.客观全面反映学生情况</w:t>
      </w:r>
    </w:p>
    <w:p>
      <w:r>
        <w:t xml:space="preserve">    D.接受家长礼品</w:t>
      </w:r>
    </w:p>
    <w:p>
      <w:r>
        <w:rPr>
          <w:b/>
          <w:color w:val="C00000"/>
        </w:rPr>
        <w:t>【答案】C</w:t>
      </w:r>
    </w:p>
    <w:p>
      <w:r>
        <w:t>【解析】教师家访应客观、全面、尊重家长，不收受礼品。</w:t>
      </w:r>
    </w:p>
    <w:p/>
    <w:p>
      <w:r>
        <w:rPr>
          <w:b/>
        </w:rPr>
        <w:t>84. 下列不属于教师专业权利的是（　）</w:t>
      </w:r>
    </w:p>
    <w:p>
      <w:r>
        <w:t xml:space="preserve">    A.教育教学权</w:t>
      </w:r>
    </w:p>
    <w:p>
      <w:r>
        <w:t xml:space="preserve">    B.科学研究权</w:t>
      </w:r>
    </w:p>
    <w:p>
      <w:r>
        <w:t xml:space="preserve">    C.管理学生权</w:t>
      </w:r>
    </w:p>
    <w:p>
      <w:r>
        <w:t xml:space="preserve">    D.随意停课权</w:t>
      </w:r>
    </w:p>
    <w:p>
      <w:r>
        <w:rPr>
          <w:b/>
          <w:color w:val="C00000"/>
        </w:rPr>
        <w:t>【答案】D</w:t>
      </w:r>
    </w:p>
    <w:p>
      <w:r>
        <w:t>【解析】教师没有随意停课的权利，必须按课表教学。</w:t>
      </w:r>
    </w:p>
    <w:p/>
    <w:p>
      <w:r>
        <w:rPr>
          <w:b/>
        </w:rPr>
        <w:t>85. 教师最基本的权利是（　）</w:t>
      </w:r>
    </w:p>
    <w:p>
      <w:r>
        <w:t xml:space="preserve">    A.管理学生权</w:t>
      </w:r>
    </w:p>
    <w:p>
      <w:r>
        <w:t xml:space="preserve">    B.教育教学权</w:t>
      </w:r>
    </w:p>
    <w:p>
      <w:r>
        <w:t xml:space="preserve">    C.科学研究权</w:t>
      </w:r>
    </w:p>
    <w:p>
      <w:r>
        <w:t xml:space="preserve">    D.进修培训权</w:t>
      </w:r>
    </w:p>
    <w:p>
      <w:r>
        <w:rPr>
          <w:b/>
          <w:color w:val="C00000"/>
        </w:rPr>
        <w:t>【答案】B</w:t>
      </w:r>
    </w:p>
    <w:p>
      <w:r>
        <w:t>【解析】教育教学权是教师最基本的权利。</w:t>
      </w:r>
    </w:p>
    <w:p/>
    <w:p>
      <w:r>
        <w:rPr>
          <w:b/>
        </w:rPr>
        <w:t>86. 1989年联合国通过的保护儿童权利的国际性法律文件是（　）</w:t>
      </w:r>
    </w:p>
    <w:p>
      <w:r>
        <w:t xml:space="preserve">    A.《儿童权利宣言》</w:t>
      </w:r>
    </w:p>
    <w:p>
      <w:r>
        <w:t xml:space="preserve">    B.《儿童权利公约》</w:t>
      </w:r>
    </w:p>
    <w:p>
      <w:r>
        <w:t xml:space="preserve">    C.《未成年人保护法》</w:t>
      </w:r>
    </w:p>
    <w:p>
      <w:r>
        <w:t xml:space="preserve">    D.《世界人权宣言》</w:t>
      </w:r>
    </w:p>
    <w:p>
      <w:r>
        <w:rPr>
          <w:b/>
          <w:color w:val="C00000"/>
        </w:rPr>
        <w:t>【答案】B</w:t>
      </w:r>
    </w:p>
    <w:p>
      <w:r>
        <w:t>【解析】1989年联合国大会通过《儿童权利公约》。</w:t>
      </w:r>
    </w:p>
    <w:p/>
    <w:p>
      <w:r>
        <w:rPr>
          <w:b/>
        </w:rPr>
        <w:t>87. 「捧着一颗心来，不带半根草去」是（　）的教育名言。</w:t>
      </w:r>
    </w:p>
    <w:p>
      <w:r>
        <w:t xml:space="preserve">    A.蔡元培</w:t>
      </w:r>
    </w:p>
    <w:p>
      <w:r>
        <w:t xml:space="preserve">    B.陶行知</w:t>
      </w:r>
    </w:p>
    <w:p>
      <w:r>
        <w:t xml:space="preserve">    C.叶圣陶</w:t>
      </w:r>
    </w:p>
    <w:p>
      <w:r>
        <w:t xml:space="preserve">    D.陈鹤琴</w:t>
      </w:r>
    </w:p>
    <w:p>
      <w:r>
        <w:rPr>
          <w:b/>
          <w:color w:val="C00000"/>
        </w:rPr>
        <w:t>【答案】B</w:t>
      </w:r>
    </w:p>
    <w:p>
      <w:r>
        <w:t>【解析】这是陶行知先生的名言。</w:t>
      </w:r>
    </w:p>
    <w:p/>
    <w:p>
      <w:r>
        <w:rPr>
          <w:b/>
        </w:rPr>
        <w:t>88. 被毛泽东誉为「伟大的人民教育家」的是（　）</w:t>
      </w:r>
    </w:p>
    <w:p>
      <w:r>
        <w:t xml:space="preserve">    A.徐特立</w:t>
      </w:r>
    </w:p>
    <w:p>
      <w:r>
        <w:t xml:space="preserve">    B.陶行知</w:t>
      </w:r>
    </w:p>
    <w:p>
      <w:r>
        <w:t xml:space="preserve">    C.晏阳初</w:t>
      </w:r>
    </w:p>
    <w:p>
      <w:r>
        <w:t xml:space="preserve">    D.黄炎培</w:t>
      </w:r>
    </w:p>
    <w:p>
      <w:r>
        <w:rPr>
          <w:b/>
          <w:color w:val="C00000"/>
        </w:rPr>
        <w:t>【答案】B</w:t>
      </w:r>
    </w:p>
    <w:p>
      <w:r>
        <w:t>【解析】毛泽东赞誉陶行知为「伟大的人民教育家」。</w:t>
      </w:r>
    </w:p>
    <w:p/>
    <w:p>
      <w:r>
        <w:rPr>
          <w:b/>
        </w:rPr>
        <w:t>89. 提出「生活即教育」「社会即学校」「教学做合一」的教育家是（　）</w:t>
      </w:r>
    </w:p>
    <w:p>
      <w:r>
        <w:t xml:space="preserve">    A.陈鹤琴</w:t>
      </w:r>
    </w:p>
    <w:p>
      <w:r>
        <w:t xml:space="preserve">    B.陶行知</w:t>
      </w:r>
    </w:p>
    <w:p>
      <w:r>
        <w:t xml:space="preserve">    C.杨贤江</w:t>
      </w:r>
    </w:p>
    <w:p>
      <w:r>
        <w:t xml:space="preserve">    D.蔡元培</w:t>
      </w:r>
    </w:p>
    <w:p>
      <w:r>
        <w:rPr>
          <w:b/>
          <w:color w:val="C00000"/>
        </w:rPr>
        <w:t>【答案】B</w:t>
      </w:r>
    </w:p>
    <w:p>
      <w:r>
        <w:t>【解析】陶行知提出生活教育理论。</w:t>
      </w:r>
    </w:p>
    <w:p/>
    <w:p>
      <w:r>
        <w:rPr>
          <w:b/>
        </w:rPr>
        <w:t>90. 提出「活教育」思想的教育家是（　）</w:t>
      </w:r>
    </w:p>
    <w:p>
      <w:r>
        <w:t xml:space="preserve">    A.陶行知</w:t>
      </w:r>
    </w:p>
    <w:p>
      <w:r>
        <w:t xml:space="preserve">    B.陈鹤琴</w:t>
      </w:r>
    </w:p>
    <w:p>
      <w:r>
        <w:t xml:space="preserve">    C.黄炎培</w:t>
      </w:r>
    </w:p>
    <w:p>
      <w:r>
        <w:t xml:space="preserve">    D.晏阳初</w:t>
      </w:r>
    </w:p>
    <w:p>
      <w:r>
        <w:rPr>
          <w:b/>
          <w:color w:val="C00000"/>
        </w:rPr>
        <w:t>【答案】B</w:t>
      </w:r>
    </w:p>
    <w:p>
      <w:r>
        <w:t>【解析】陈鹤琴提出「活教育」：做人，做中国人，做现代中国人。</w:t>
      </w:r>
    </w:p>
    <w:p/>
    <w:p>
      <w:r>
        <w:rPr>
          <w:b/>
        </w:rPr>
        <w:t>91. 「捧着一颗心来，不带半根草去」反映了教师的（　）</w:t>
      </w:r>
    </w:p>
    <w:p>
      <w:r>
        <w:t xml:space="preserve">    A.职业道德理想</w:t>
      </w:r>
    </w:p>
    <w:p>
      <w:r>
        <w:t xml:space="preserve">    B.职业道德责任</w:t>
      </w:r>
    </w:p>
    <w:p>
      <w:r>
        <w:t xml:space="preserve">    C.职业道德情感</w:t>
      </w:r>
    </w:p>
    <w:p>
      <w:r>
        <w:t xml:space="preserve">    D.职业道德信念</w:t>
      </w:r>
    </w:p>
    <w:p>
      <w:r>
        <w:rPr>
          <w:b/>
          <w:color w:val="C00000"/>
        </w:rPr>
        <w:t>【答案】A</w:t>
      </w:r>
    </w:p>
    <w:p>
      <w:r>
        <w:t>【解析】反映了教师崇高的职业道德理想。</w:t>
      </w:r>
    </w:p>
    <w:p/>
    <w:p>
      <w:r>
        <w:rPr>
          <w:b/>
        </w:rPr>
        <w:t>92. 《论语》中「其身正，不令而行；其身不正，虽令不从」体现了教师劳动的（　）</w:t>
      </w:r>
    </w:p>
    <w:p>
      <w:r>
        <w:t xml:space="preserve">    A.创造性</w:t>
      </w:r>
    </w:p>
    <w:p>
      <w:r>
        <w:t xml:space="preserve">    B.示范性</w:t>
      </w:r>
    </w:p>
    <w:p>
      <w:r>
        <w:t xml:space="preserve">    C.长期性</w:t>
      </w:r>
    </w:p>
    <w:p>
      <w:r>
        <w:t xml:space="preserve">    D.间接性</w:t>
      </w:r>
    </w:p>
    <w:p>
      <w:r>
        <w:rPr>
          <w:b/>
          <w:color w:val="C00000"/>
        </w:rPr>
        <w:t>【答案】B</w:t>
      </w:r>
    </w:p>
    <w:p>
      <w:r>
        <w:t>【解析】教师身教重于言教，体现示范性。</w:t>
      </w:r>
    </w:p>
    <w:p/>
    <w:p>
      <w:r>
        <w:rPr>
          <w:b/>
        </w:rPr>
        <w:t>93. 教师在职业活动中要处理好最核心的关系是（　）</w:t>
      </w:r>
    </w:p>
    <w:p>
      <w:r>
        <w:t xml:space="preserve">    A.师生关系</w:t>
      </w:r>
    </w:p>
    <w:p>
      <w:r>
        <w:t xml:space="preserve">    B.同事关系</w:t>
      </w:r>
    </w:p>
    <w:p>
      <w:r>
        <w:t xml:space="preserve">    C.师生与家长关系</w:t>
      </w:r>
    </w:p>
    <w:p>
      <w:r>
        <w:t xml:space="preserve">    D.与领导关系</w:t>
      </w:r>
    </w:p>
    <w:p>
      <w:r>
        <w:rPr>
          <w:b/>
          <w:color w:val="C00000"/>
        </w:rPr>
        <w:t>【答案】A</w:t>
      </w:r>
    </w:p>
    <w:p>
      <w:r>
        <w:t>【解析】师生关系是教师职业活动中最核心的关系。</w:t>
      </w:r>
    </w:p>
    <w:p/>
    <w:p>
      <w:r>
        <w:rPr>
          <w:b/>
        </w:rPr>
        <w:t>94. 现代师生关系的核心是（　）</w:t>
      </w:r>
    </w:p>
    <w:p>
      <w:r>
        <w:t xml:space="preserve">    A.社会道德关系</w:t>
      </w:r>
    </w:p>
    <w:p>
      <w:r>
        <w:t xml:space="preserve">    B.教育关系</w:t>
      </w:r>
    </w:p>
    <w:p>
      <w:r>
        <w:t xml:space="preserve">    C.心理关系</w:t>
      </w:r>
    </w:p>
    <w:p>
      <w:r>
        <w:t xml:space="preserve">    D.伦理关系</w:t>
      </w:r>
    </w:p>
    <w:p>
      <w:r>
        <w:rPr>
          <w:b/>
          <w:color w:val="C00000"/>
        </w:rPr>
        <w:t>【答案】B</w:t>
      </w:r>
    </w:p>
    <w:p>
      <w:r>
        <w:t>【解析】教育关系是师生关系中最基本、最核心的关系。</w:t>
      </w:r>
    </w:p>
    <w:p/>
    <w:p>
      <w:r>
        <w:rPr>
          <w:b/>
        </w:rPr>
        <w:t>95. 教师职业道德的核心是（　）</w:t>
      </w:r>
    </w:p>
    <w:p>
      <w:r>
        <w:t xml:space="preserve">    A.热爱教育事业</w:t>
      </w:r>
    </w:p>
    <w:p>
      <w:r>
        <w:t xml:space="preserve">    B.热爱学生</w:t>
      </w:r>
    </w:p>
    <w:p>
      <w:r>
        <w:t xml:space="preserve">    C.为人师表</w:t>
      </w:r>
    </w:p>
    <w:p>
      <w:r>
        <w:t xml:space="preserve">    D.团结协作</w:t>
      </w:r>
    </w:p>
    <w:p>
      <w:r>
        <w:rPr>
          <w:b/>
          <w:color w:val="C00000"/>
        </w:rPr>
        <w:t>【答案】B</w:t>
      </w:r>
    </w:p>
    <w:p>
      <w:r>
        <w:t>【解析】热爱学生是教师职业道德的核心。</w:t>
      </w:r>
    </w:p>
    <w:p/>
    <w:p>
      <w:r>
        <w:rPr>
          <w:b/>
        </w:rPr>
        <w:t>96. 「弟子不必不如师，师不必贤于弟子」体现的师生观是（　）</w:t>
      </w:r>
    </w:p>
    <w:p>
      <w:r>
        <w:t xml:space="preserve">    A.师道尊严</w:t>
      </w:r>
    </w:p>
    <w:p>
      <w:r>
        <w:t xml:space="preserve">    B.民主平等</w:t>
      </w:r>
    </w:p>
    <w:p>
      <w:r>
        <w:t xml:space="preserve">    C.尊师爱生</w:t>
      </w:r>
    </w:p>
    <w:p>
      <w:r>
        <w:t xml:space="preserve">    D.教学相长</w:t>
      </w:r>
    </w:p>
    <w:p>
      <w:r>
        <w:rPr>
          <w:b/>
          <w:color w:val="C00000"/>
        </w:rPr>
        <w:t>【答案】D</w:t>
      </w:r>
    </w:p>
    <w:p>
      <w:r>
        <w:t>【解析】韩愈《师说》这句话体现教学相长的师生观。</w:t>
      </w:r>
    </w:p>
    <w:p/>
    <w:p>
      <w:r>
        <w:rPr>
          <w:b/>
        </w:rPr>
        <w:t>97. 教师的仪表、举止、语言应符合（　）要求。</w:t>
      </w:r>
    </w:p>
    <w:p>
      <w:r>
        <w:t xml:space="preserve">    A.爱国守法</w:t>
      </w:r>
    </w:p>
    <w:p>
      <w:r>
        <w:t xml:space="preserve">    B.爱岗敬业</w:t>
      </w:r>
    </w:p>
    <w:p>
      <w:r>
        <w:t xml:space="preserve">    C.为人师表</w:t>
      </w:r>
    </w:p>
    <w:p>
      <w:r>
        <w:t xml:space="preserve">    D.关爱学生</w:t>
      </w:r>
    </w:p>
    <w:p>
      <w:r>
        <w:rPr>
          <w:b/>
          <w:color w:val="C00000"/>
        </w:rPr>
        <w:t>【答案】C</w:t>
      </w:r>
    </w:p>
    <w:p>
      <w:r>
        <w:t>【解析】仪表举止语言是为人师表的外在要求。</w:t>
      </w:r>
    </w:p>
    <w:p/>
    <w:p>
      <w:r>
        <w:rPr>
          <w:b/>
        </w:rPr>
        <w:t>98. 新课改下，教师角色的转变要求教师成为学生学习的（　）</w:t>
      </w:r>
    </w:p>
    <w:p>
      <w:r>
        <w:t xml:space="preserve">    A.管理者</w:t>
      </w:r>
    </w:p>
    <w:p>
      <w:r>
        <w:t xml:space="preserve">    B.促进者</w:t>
      </w:r>
    </w:p>
    <w:p>
      <w:r>
        <w:t xml:space="preserve">    C.命令者</w:t>
      </w:r>
    </w:p>
    <w:p>
      <w:r>
        <w:t xml:space="preserve">    D.评判者</w:t>
      </w:r>
    </w:p>
    <w:p>
      <w:r>
        <w:rPr>
          <w:b/>
          <w:color w:val="C00000"/>
        </w:rPr>
        <w:t>【答案】B</w:t>
      </w:r>
    </w:p>
    <w:p>
      <w:r>
        <w:t>【解析】新课改强调教师是学生学习的促进者、引导者、合作者。</w:t>
      </w:r>
    </w:p>
    <w:p/>
    <w:p>
      <w:r>
        <w:rPr>
          <w:b/>
        </w:rPr>
        <w:t>99. 新课改提出的教师教学行为转变要求教师对待师生关系强调（　）</w:t>
      </w:r>
    </w:p>
    <w:p>
      <w:r>
        <w:t xml:space="preserve">    A.尊重、赞赏</w:t>
      </w:r>
    </w:p>
    <w:p>
      <w:r>
        <w:t xml:space="preserve">    B.帮助、引导</w:t>
      </w:r>
    </w:p>
    <w:p>
      <w:r>
        <w:t xml:space="preserve">    C.反思</w:t>
      </w:r>
    </w:p>
    <w:p>
      <w:r>
        <w:t xml:space="preserve">    D.合作</w:t>
      </w:r>
    </w:p>
    <w:p>
      <w:r>
        <w:rPr>
          <w:b/>
          <w:color w:val="C00000"/>
        </w:rPr>
        <w:t>【答案】A</w:t>
      </w:r>
    </w:p>
    <w:p>
      <w:r>
        <w:t>【解析】对待师生关系强调尊重、赞赏；对待教学强调帮助、引导。</w:t>
      </w:r>
    </w:p>
    <w:p/>
    <w:p>
      <w:r>
        <w:rPr>
          <w:b/>
        </w:rPr>
        <w:t>100. 教师成长的途径中，波斯纳提出的公式是（　）</w:t>
      </w:r>
    </w:p>
    <w:p>
      <w:r>
        <w:t xml:space="preserve">    A.经验+反思=成长</w:t>
      </w:r>
    </w:p>
    <w:p>
      <w:r>
        <w:t xml:space="preserve">    B.知识+能力=成长</w:t>
      </w:r>
    </w:p>
    <w:p>
      <w:r>
        <w:t xml:space="preserve">    C.学习+实践=成长</w:t>
      </w:r>
    </w:p>
    <w:p>
      <w:r>
        <w:t xml:space="preserve">    D.理论+实践=成长</w:t>
      </w:r>
    </w:p>
    <w:p>
      <w:r>
        <w:rPr>
          <w:b/>
          <w:color w:val="C00000"/>
        </w:rPr>
        <w:t>【答案】A</w:t>
      </w:r>
    </w:p>
    <w:p>
      <w:r>
        <w:t>【解析】波斯纳提出教师成长公式：经验+反思=成长。</w:t>
      </w:r>
    </w:p>
    <w:p/>
    <w:p>
      <w:r>
        <w:rPr>
          <w:b/>
        </w:rPr>
        <w:t>101. 教师专业发展最直接、最普遍的途径是（　）</w:t>
      </w:r>
    </w:p>
    <w:p>
      <w:r>
        <w:t xml:space="preserve">    A.师范教育</w:t>
      </w:r>
    </w:p>
    <w:p>
      <w:r>
        <w:t xml:space="preserve">    B.新教师入职辅导</w:t>
      </w:r>
    </w:p>
    <w:p>
      <w:r>
        <w:t xml:space="preserve">    C.在职培训</w:t>
      </w:r>
    </w:p>
    <w:p>
      <w:r>
        <w:t xml:space="preserve">    D.自我教育</w:t>
      </w:r>
    </w:p>
    <w:p>
      <w:r>
        <w:rPr>
          <w:b/>
          <w:color w:val="C00000"/>
        </w:rPr>
        <w:t>【答案】D</w:t>
      </w:r>
    </w:p>
    <w:p>
      <w:r>
        <w:t>【解析】自我教育是教师专业发展最直接、最普遍的途径。</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