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36"/>
        </w:rPr>
        <w:t>个人借款合同（民间借贷标准版）</w:t>
      </w:r>
    </w:p>
    <w:p>
      <w:pPr>
        <w:ind w:firstLine="440"/>
      </w:pPr>
      <w:r>
        <w:t>出借人（甲方）：XXX 身份证号：XXXXXXXXXXXXXXXXXX 联系电话：XXXXXXXXXXX</w:t>
      </w:r>
    </w:p>
    <w:p>
      <w:pPr>
        <w:ind w:firstLine="440"/>
      </w:pPr>
      <w:r>
        <w:t>借款人（乙方）：XXX 身份证号：XXXXXXXXXXXXXXXXXX 联系电话：XXXXXXXXXXX</w:t>
      </w:r>
    </w:p>
    <w:p>
      <w:pPr>
        <w:ind w:firstLine="440"/>
      </w:pPr>
      <w:r>
        <w:t>担保人（丙方，如有）：XXX 身份证号：XXXXXXXXXXXXXXXXXX 联系电话：XXXXXXXXXXX</w:t>
      </w:r>
    </w:p>
    <w:p>
      <w:pPr>
        <w:ind w:firstLine="440"/>
      </w:pPr>
      <w:r>
        <w:t>根据《中华人民共和国民法典》及最高人民法院关于审理民间借贷案件适用法律若干问题的规定，甲乙双方在平等自愿的基础上，就乙方向甲方借款事宜，达成如下协议，以资共同遵守。</w:t>
      </w:r>
    </w:p>
    <w:p>
      <w:r>
        <w:rPr>
          <w:rFonts w:ascii="黑体" w:hAnsi="黑体" w:eastAsia="黑体"/>
          <w:b/>
          <w:sz w:val="28"/>
        </w:rPr>
        <w:t>第一条 借款金额</w:t>
      </w:r>
    </w:p>
    <w:p>
      <w:pPr>
        <w:ind w:firstLine="440"/>
      </w:pPr>
      <w:r>
        <w:t>乙方向甲方借款人民币（大写）XXXX圆整（小写：￥XXXX元）。甲方应于本合同签订之日起X日内，通过银行转账方式将上述借款一次性汇入乙方指定账户：户名XXX，卡号XXXXXXXXXXXXXXX，开户行XXXX。银行转账凭证作为本合同附件，是甲方履行出借义务的证明。</w:t>
      </w:r>
    </w:p>
    <w:p>
      <w:r>
        <w:rPr>
          <w:rFonts w:ascii="黑体" w:hAnsi="黑体" w:eastAsia="黑体"/>
          <w:b/>
          <w:sz w:val="28"/>
        </w:rPr>
        <w:t>第二条 借款用途</w:t>
      </w:r>
    </w:p>
    <w:p>
      <w:pPr>
        <w:ind w:firstLine="440"/>
      </w:pPr>
      <w:r>
        <w:t>本笔借款用于乙方□经营周转□购房□购车□家庭开支□其他：XXXX。乙方不得将借款用于赌博、贩毒等违法活动，否则甲方有权提前收回借款。</w:t>
      </w:r>
    </w:p>
    <w:p>
      <w:r>
        <w:rPr>
          <w:rFonts w:ascii="黑体" w:hAnsi="黑体" w:eastAsia="黑体"/>
          <w:b/>
          <w:sz w:val="28"/>
        </w:rPr>
        <w:t>第三条 借款期限</w:t>
      </w:r>
    </w:p>
    <w:p>
      <w:pPr>
        <w:ind w:firstLine="440"/>
      </w:pPr>
      <w:r>
        <w:t>借款期限自XXXX年XX月XX日起至XXXX年XX月XX日止，共计XX个月。实际放款日与本合同约定不一致的，以银行转账凭证记载日期为准，还款日相应顺延。</w:t>
      </w:r>
    </w:p>
    <w:p>
      <w:r>
        <w:rPr>
          <w:rFonts w:ascii="黑体" w:hAnsi="黑体" w:eastAsia="黑体"/>
          <w:b/>
          <w:sz w:val="28"/>
        </w:rPr>
        <w:t>第四条 借款利息</w:t>
      </w:r>
    </w:p>
    <w:p>
      <w:pPr>
        <w:ind w:firstLine="440"/>
      </w:pPr>
      <w:r>
        <w:t>双方约定借款利率为年利率X%（即月利率X%）。利息按□月/□季支付，乙方应于每个支付周期的X日将利息转入甲方账户。借款到期时，乙方应一次性归还全部本金及剩余利息。</w:t>
      </w:r>
    </w:p>
    <w:p>
      <w:pPr>
        <w:ind w:firstLine="440"/>
      </w:pPr>
      <w:r>
        <w:t>双方确认：本合同约定的利率未超过合同成立时一年期贷款市场报价利率（LPR）的四倍，符合法律规定。如双方未约定利息，则视为不支付利息，但乙方逾期还款后，甲方有权主张逾期利息。</w:t>
      </w:r>
    </w:p>
    <w:p>
      <w:r>
        <w:rPr>
          <w:rFonts w:ascii="黑体" w:hAnsi="黑体" w:eastAsia="黑体"/>
          <w:b/>
          <w:sz w:val="28"/>
        </w:rPr>
        <w:t>第五条 还款方式</w:t>
      </w:r>
    </w:p>
    <w:p>
      <w:pPr>
        <w:ind w:firstLine="440"/>
      </w:pPr>
      <w:r>
        <w:t>乙方按以下第X种方式还款：（1）到期一次性还本付息；（2）按月付息、到期还本；（3）等额本息，每月偿还XXXX元，共XX期。所有还款均通过银行转账至甲方上述账户，乙方不得现金交付，否则甲方有权不予认可。</w:t>
      </w:r>
    </w:p>
    <w:p>
      <w:r>
        <w:rPr>
          <w:rFonts w:ascii="黑体" w:hAnsi="黑体" w:eastAsia="黑体"/>
          <w:b/>
          <w:sz w:val="28"/>
        </w:rPr>
        <w:t>第六条 提前还款</w:t>
      </w:r>
    </w:p>
    <w:p>
      <w:pPr>
        <w:ind w:firstLine="440"/>
      </w:pPr>
      <w:r>
        <w:t>乙方可以提前还款，提前还款时应提前X日通知甲方。提前还款的，利息按实际借款天数计算，甲方不得拒绝。</w:t>
      </w:r>
    </w:p>
    <w:p>
      <w:r>
        <w:rPr>
          <w:rFonts w:ascii="黑体" w:hAnsi="黑体" w:eastAsia="黑体"/>
          <w:b/>
          <w:sz w:val="28"/>
        </w:rPr>
        <w:t>第七条 逾期还款</w:t>
      </w:r>
    </w:p>
    <w:p>
      <w:pPr>
        <w:ind w:firstLine="440"/>
      </w:pPr>
      <w:r>
        <w:t>乙方未按约定日期还款的，自逾期之日起，除继续支付约定利息外，还应按未还本金的日万分之X向甲方支付逾期违约金，直至全部清偿之日止。乙方逾期超过X日的，甲方有权宣布借款提前到期，要求乙方立即偿还全部本金、利息及违约金。</w:t>
      </w:r>
    </w:p>
    <w:p>
      <w:r>
        <w:rPr>
          <w:rFonts w:ascii="黑体" w:hAnsi="黑体" w:eastAsia="黑体"/>
          <w:b/>
          <w:sz w:val="28"/>
        </w:rPr>
        <w:t>第八条 担保条款（如有）</w:t>
      </w:r>
    </w:p>
    <w:p>
      <w:pPr>
        <w:ind w:firstLine="440"/>
      </w:pPr>
      <w:r>
        <w:t>丙方自愿为乙方在本合同项下的全部债务（包括本金、利息、违约金及甲方实现债权的费用）承担连带责任保证。保证期间为借款到期之日起三年。乙方到期不还的，甲方有权直接要求丙方在其保证范围内承担保证责任。丙方承担保证责任后，有权向乙方追偿。</w:t>
      </w:r>
    </w:p>
    <w:p>
      <w:r>
        <w:rPr>
          <w:rFonts w:ascii="黑体" w:hAnsi="黑体" w:eastAsia="黑体"/>
          <w:b/>
          <w:sz w:val="28"/>
        </w:rPr>
        <w:t>第九条 甲方实现债权的费用</w:t>
      </w:r>
    </w:p>
    <w:p>
      <w:pPr>
        <w:ind w:firstLine="440"/>
      </w:pPr>
      <w:r>
        <w:t>因乙方违约导致甲方通过诉讼、仲裁等方式实现债权的，乙方应承担甲方为此支付的律师费、诉讼费、保全费、公告费、差旅费等合理费用。</w:t>
      </w:r>
    </w:p>
    <w:p>
      <w:r>
        <w:rPr>
          <w:rFonts w:ascii="黑体" w:hAnsi="黑体" w:eastAsia="黑体"/>
          <w:b/>
          <w:sz w:val="28"/>
        </w:rPr>
        <w:t>第十条 争议解决</w:t>
      </w:r>
    </w:p>
    <w:p>
      <w:pPr>
        <w:ind w:firstLine="440"/>
      </w:pPr>
      <w:r>
        <w:t>本合同履行发生争议，双方应协商解决；协商不成的，任何一方均可向甲方所在地人民法院提起诉讼。</w:t>
      </w:r>
    </w:p>
    <w:p>
      <w:pPr>
        <w:ind w:firstLine="440"/>
      </w:pPr>
      <w:r>
        <w:t>本合同一式X份，甲乙丙三方各执一份，自各方签字（按手印）之日起生效。</w:t>
      </w:r>
    </w:p>
    <w:p>
      <w:pPr>
        <w:ind w:firstLine="440"/>
      </w:pPr>
      <w:r>
        <w:t>甲方签字：XXX 日期：XXXX年XX月XX日</w:t>
      </w:r>
    </w:p>
    <w:p>
      <w:pPr>
        <w:ind w:firstLine="440"/>
      </w:pPr>
      <w:r>
        <w:t>乙方签字：XXX 日期：XXXX年XX月XX日</w:t>
      </w:r>
    </w:p>
    <w:p>
      <w:pPr>
        <w:ind w:firstLine="440"/>
      </w:pPr>
      <w:r>
        <w:t>丙方签字：XXX 日期：XXXX年XX月XX日</w:t>
      </w:r>
    </w:p>
    <w:p>
      <w:r>
        <w:rPr>
          <w:rFonts w:ascii="黑体" w:hAnsi="黑体" w:eastAsia="黑体"/>
          <w:b/>
          <w:sz w:val="28"/>
        </w:rPr>
        <w:t>附：民间借贷注意事项</w:t>
      </w:r>
    </w:p>
    <w:p>
      <w:pPr>
        <w:ind w:firstLine="440"/>
      </w:pPr>
      <w:r>
        <w:t>第一，一定要银行转账，不要现金交付，并在转账备注里写「借款」；第二，利率不要超过一年期LPR的四倍（目前约年息14%左右），超过部分法律不保护；第三，大额借款最好要求借款人提供担保人或房产抵押，并办理抵押登记；第四，保留好借条、转账记录、催款聊天记录，这些都是诉讼证据；第五，诉讼时效为三年，从还款到期日起算，中途催款可以中断时效。</w:t>
      </w:r>
    </w:p>
    <w:p>
      <w:r>
        <w:rPr>
          <w:rFonts w:ascii="黑体" w:hAnsi="黑体" w:eastAsia="黑体"/>
          <w:b/>
          <w:sz w:val="28"/>
        </w:rPr>
        <w:t>第十一条 借条（附件）</w:t>
      </w:r>
    </w:p>
    <w:p>
      <w:pPr>
        <w:ind w:firstLine="440"/>
      </w:pPr>
      <w:r>
        <w:t>今借到XXX（身份证号：XXXXXXXXXXXXXXXXXX）人民币（大写）XXXX圆整（小写：￥XXXX元），借款期限自XXXX年XX月XX日至XXXX年XX月XX日，年利率X%。借款人承诺按期还本付息。此据。借款人签字（按手印）：XXX；日期：XXXX年XX月XX日。</w:t>
      </w:r>
    </w:p>
    <w:p>
      <w:r>
        <w:rPr>
          <w:rFonts w:ascii="黑体" w:hAnsi="黑体" w:eastAsia="黑体"/>
          <w:b/>
          <w:sz w:val="28"/>
        </w:rPr>
        <w:t>第十二条 提前收回借款</w:t>
      </w:r>
    </w:p>
    <w:p>
      <w:pPr>
        <w:ind w:firstLine="440"/>
      </w:pPr>
      <w:r>
        <w:t>乙方有下列情形之一的，甲方有权宣布借款提前到期，要求乙方立即清偿全部本金、利息及费用：（1）转移资金、抽逃财产以逃避债务；（2）卷入重大诉讼或仲裁程序，可能影响偿债能力；（3）提供虚假资料或隐瞒重要财务事实；（4）未按约定用途使用借款。</w:t>
      </w:r>
    </w:p>
    <w:p>
      <w:r>
        <w:rPr>
          <w:rFonts w:ascii="黑体" w:hAnsi="黑体" w:eastAsia="黑体"/>
          <w:b/>
          <w:sz w:val="28"/>
        </w:rPr>
        <w:t>第十三条 其他</w:t>
      </w:r>
    </w:p>
    <w:p>
      <w:pPr>
        <w:ind w:firstLine="440"/>
      </w:pPr>
      <w:r>
        <w:t>本合同项下的各项通知均应以书面形式发送至双方在本合同载明的地址或电话。本合同任何条款被认定为无效，不影响其他条款效力。本合同一式X份，自各方签字（按手印）之日起生效。双方确认在签订本合同时均具有完全民事行为能力，意思表示真实，对合同全部条款已充分阅读、完全理解并自愿接受约束，不存在任何欺诈、胁迫或重大误解情形。</w:t>
      </w:r>
    </w:p>
    <w:p>
      <w:r>
        <w:rPr>
          <w:rFonts w:ascii="黑体" w:hAnsi="黑体" w:eastAsia="黑体"/>
          <w:b/>
          <w:sz w:val="28"/>
        </w:rPr>
        <w:t>民间借贷常见风险与防范</w:t>
      </w:r>
    </w:p>
    <w:p>
      <w:pPr>
        <w:ind w:firstLine="440"/>
      </w:pPr>
      <w:r>
        <w:t>第一，一定要银行转账，不要现金交付。转账时备注借款，并保留转账凭证；现金交付在诉讼中几乎无法证明已实际交付。第二，利率红线。目前法律保护的上限是合同成立时一年期贷款市场报价利率的四倍，超过部分法院不支持，不要贪图高息借出。第三，大额借款一定要有担保。可以要求借款人用房产抵押并到不动产登记中心办理抵押登记，或者找有稳定收入的保证人签字承担连带责任。第四，诉讼时效三年。从约定的还款日到期之日起算，期间一定要通过微信、短信、书面函件等方式催款并保留证据，每次催款都能让时效重新起算。第五，明知借款人用于赌博、吸毒等违法活动还借钱的，借款合同不受法律保护。第六，不要把钱借给没有还款能力的人，尤其是网络上的熟人、网友，见面都没见过就打钱的，大概率是诈骗。第七，情侣之间的转账要区分借款和赠与，特殊含义的转账一般被认定为赠与，借款应当单独出具借条并转账备注。第八，借款时最好让借款人夫妻双方共同签字，避免日后以个人债务为由逃避还款；如果有配偶，要求配偶在借条上签字或事后追认。第九，借条和借款合同要约定清楚争议由哪个法院管辖，通常约定出借人所在地法院，方便日后起诉。第十，万一借款人到期不还，不要采取泼油漆、堵门、威胁等非法手段催收，那样自己反而可能构成寻衅滋事或非法拘禁，正确的做法是持借条、转账记录、催款记录向法院起诉，胜诉后申请强制执行，法院会查封扣押冻结对方的银行账户、房产车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