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6"/>
        </w:rPr>
        <w:t>离职证明（解除劳动合同证明）范本汇编</w:t>
      </w:r>
    </w:p>
    <w:p>
      <w:r>
        <w:rPr>
          <w:rFonts w:ascii="黑体" w:hAnsi="黑体" w:eastAsia="黑体"/>
          <w:b/>
          <w:sz w:val="28"/>
        </w:rPr>
        <w:t>一、离职证明的法律作用</w:t>
      </w:r>
    </w:p>
    <w:p>
      <w:pPr>
        <w:ind w:firstLine="440"/>
      </w:pPr>
      <w:r>
        <w:t>离职证明是用人单位在解除或终止劳动合同时向劳动者出具的书面证明。根据《劳动合同法》第五十条，用人单位应当在解除或者终止劳动合同时出具解除或者终止劳动合同的证明，并在十五日内为劳动者办理档案和社会保险关系转移手续。这是用人单位的法定义务，不得以任何理由拒绝或拖延。</w:t>
      </w:r>
    </w:p>
    <w:p>
      <w:pPr>
        <w:ind w:firstLine="440"/>
      </w:pPr>
      <w:r>
        <w:t>离职证明的主要作用有三个：一是证明劳动者与原单位已经解除劳动关系，避免新单位担心双重用工风险；二是作为办理失业登记、领取失业保险金的必备材料；三是在社保转移、公积金提取、落户、子女入学等事项中经常被要求提供。因此，离职时一定要主动向HR索要加盖公章的离职证明原件。</w:t>
      </w:r>
    </w:p>
    <w:p>
      <w:pPr>
        <w:ind w:firstLine="440"/>
      </w:pPr>
      <w:r>
        <w:t>如果用人单位拒绝出具离职证明，劳动者可以向劳动监察大队投诉，由此造成损失（比如新单位因此不录用）的，可以要求原单位赔偿。需要注意的是，离职证明只写「劳动合同期限、解除日期、工作岗位、在本单位工作年限」四项法定内容即可，原单位不应当在离职证明中加入对劳动者的负面评价，否则属于违法。</w:t>
      </w:r>
    </w:p>
    <w:p>
      <w:r>
        <w:rPr>
          <w:rFonts w:ascii="黑体" w:hAnsi="黑体" w:eastAsia="黑体"/>
          <w:b/>
          <w:sz w:val="28"/>
        </w:rPr>
        <w:t>二、标准版离职证明</w:t>
      </w:r>
    </w:p>
    <w:p>
      <w:pPr>
        <w:ind w:firstLine="440"/>
      </w:pPr>
      <w:r>
        <w:t>离职证明</w:t>
      </w:r>
    </w:p>
    <w:p>
      <w:pPr>
        <w:ind w:firstLine="440"/>
      </w:pPr>
      <w:r>
        <w:t>兹证明XXX（身份证号：XXXXXXXXXXXXXXXXXX），于XXXX年XX月XX日入职我公司，在XX部门担任XX岗位，劳动合同期限自XXXX年XX月XX日至XXXX年XX月XX日。</w:t>
      </w:r>
    </w:p>
    <w:p>
      <w:pPr>
        <w:ind w:firstLine="440"/>
      </w:pPr>
      <w:r>
        <w:t>现因XXX（个人原因/协商一致/合同期满），双方已于XXXX年XX月XX日解除劳动关系。该员工在职期间工作交接已完成，与我公司无任何未了劳动争议，工资、加班费、经济补偿金等均已结清。</w:t>
      </w:r>
    </w:p>
    <w:p>
      <w:pPr>
        <w:ind w:firstLine="440"/>
      </w:pPr>
      <w:r>
        <w:t>特此证明。</w:t>
      </w:r>
    </w:p>
    <w:p>
      <w:pPr>
        <w:ind w:firstLine="440"/>
      </w:pPr>
      <w:r>
        <w:t>XXXX公司（加盖公章）</w:t>
      </w:r>
    </w:p>
    <w:p>
      <w:pPr>
        <w:ind w:firstLine="440"/>
      </w:pPr>
      <w:r>
        <w:t>XXXX年XX月XX日</w:t>
      </w:r>
    </w:p>
    <w:p>
      <w:r>
        <w:rPr>
          <w:rFonts w:ascii="黑体" w:hAnsi="黑体" w:eastAsia="黑体"/>
          <w:b/>
          <w:sz w:val="28"/>
        </w:rPr>
        <w:t>三、简版离职证明</w:t>
      </w:r>
    </w:p>
    <w:p>
      <w:pPr>
        <w:ind w:firstLine="440"/>
      </w:pPr>
      <w:r>
        <w:t>离职证明</w:t>
      </w:r>
    </w:p>
    <w:p>
      <w:pPr>
        <w:ind w:firstLine="440"/>
      </w:pPr>
      <w:r>
        <w:t>兹证明XXX（身份证号：XXXXXXXXXXXXXXXXXX）曾在我单位担任XX一职，在职期间为XXXX年XX月至XXXX年XX月。现双方劳动关系已依法解除，无劳动纠纷。特此证明。</w:t>
      </w:r>
    </w:p>
    <w:p>
      <w:pPr>
        <w:ind w:firstLine="440"/>
      </w:pPr>
      <w:r>
        <w:t>单位名称（盖章）：XXXX</w:t>
      </w:r>
    </w:p>
    <w:p>
      <w:pPr>
        <w:ind w:firstLine="440"/>
      </w:pPr>
      <w:r>
        <w:t>日期：XXXX年XX月XX日</w:t>
      </w:r>
    </w:p>
    <w:p>
      <w:r>
        <w:rPr>
          <w:rFonts w:ascii="黑体" w:hAnsi="黑体" w:eastAsia="黑体"/>
          <w:b/>
          <w:sz w:val="28"/>
        </w:rPr>
        <w:t>四、含竞业限制与保密说明的离职证明</w:t>
      </w:r>
    </w:p>
    <w:p>
      <w:pPr>
        <w:ind w:firstLine="440"/>
      </w:pPr>
      <w:r>
        <w:t>离职证明</w:t>
      </w:r>
    </w:p>
    <w:p>
      <w:pPr>
        <w:ind w:firstLine="440"/>
      </w:pPr>
      <w:r>
        <w:t>兹证明XXX（身份证号：XXXXXXXXXXXXXXXXXX），于XXXX年XX月XX日入职，于XXXX年XX月XX日与我公司解除劳动合同，离职前担任XX岗位。</w:t>
      </w:r>
    </w:p>
    <w:p>
      <w:pPr>
        <w:ind w:firstLine="440"/>
      </w:pPr>
      <w:r>
        <w:t>该员工离职时已按约定完成工作交接，归还公司财物。双方劳动合同及保密协议、竞业限制协议中的权利义务已结清。根据双方签订的《竞业限制协议》，该员工自离职之日起X个月内（即至XXXX年XX月XX日）不得到与我公司生产或经营同类产品、从事同类业务的有竞争关系的其他用人单位任职，我公司将按月支付竞业限制经济补偿。</w:t>
      </w:r>
    </w:p>
    <w:p>
      <w:pPr>
        <w:ind w:firstLine="440"/>
      </w:pPr>
      <w:r>
        <w:t>特此证明。</w:t>
      </w:r>
    </w:p>
    <w:p>
      <w:pPr>
        <w:ind w:firstLine="440"/>
      </w:pPr>
      <w:r>
        <w:t>XXXX公司（盖章）</w:t>
      </w:r>
    </w:p>
    <w:p>
      <w:pPr>
        <w:ind w:firstLine="440"/>
      </w:pPr>
      <w:r>
        <w:t>XXXX年XX月XX日</w:t>
      </w:r>
    </w:p>
    <w:p>
      <w:r>
        <w:rPr>
          <w:rFonts w:ascii="黑体" w:hAnsi="黑体" w:eastAsia="黑体"/>
          <w:b/>
          <w:sz w:val="28"/>
        </w:rPr>
        <w:t>五、员工索要离职证明的沟通话术</w:t>
      </w:r>
    </w:p>
    <w:p>
      <w:pPr>
        <w:ind w:firstLine="440"/>
      </w:pPr>
      <w:r>
        <w:t>HR你好，我将于XXXX年XX月XX日正式离职，按照劳动合同法第五十条规定，请公司在我离职当日为我出具解除劳动合同证明（离职证明）原件，并在15日内协助办理社保和公积金转移手续。离职证明请加盖公司公章，写明我的入职日期、离职日期、岗位名称和工作年限。如果方便的话，我希望在最后工作日当天就能拿到，谢谢。</w:t>
      </w:r>
    </w:p>
    <w:p>
      <w:r>
        <w:rPr>
          <w:rFonts w:ascii="黑体" w:hAnsi="黑体" w:eastAsia="黑体"/>
          <w:b/>
          <w:sz w:val="28"/>
        </w:rPr>
        <w:t>六、离职证明常见问题</w:t>
      </w:r>
    </w:p>
    <w:p>
      <w:pPr>
        <w:ind w:firstLine="440"/>
      </w:pPr>
      <w:r>
        <w:t>问：原单位不给开离职证明怎么办？答：可以先和HR沟通，说明这是法定义务；沟通无果的，向当地劳动监察大队投诉，电话12333。问：离职证明上可以写「表现不好」吗？答：不可以。离职证明是中性证明，不得包含负面评价，否则劳动者可以要求重新出具。问：失业金怎么领？答：社保减员时原单位应注明「非因本人意愿中断就业」（如果符合的话），劳动者凭离职证明到社保经办机构办理失业登记。问：离职证明丢了能补吗？答：可以联系原单位补开，原单位有义务协助。</w:t>
      </w:r>
    </w:p>
    <w:p>
      <w:r>
        <w:rPr>
          <w:rFonts w:ascii="黑体" w:hAnsi="黑体" w:eastAsia="黑体"/>
          <w:b/>
          <w:sz w:val="28"/>
        </w:rPr>
        <w:t>七、社保减员与失业金办理流程</w:t>
      </w:r>
    </w:p>
    <w:p>
      <w:pPr>
        <w:ind w:firstLine="440"/>
      </w:pPr>
      <w:r>
        <w:t>离职后，原单位应在15日内办理社保减员。如果是合同到期、公司辞退、公司提出协商解除等非本人意愿中断就业的情形，并且失业保险累计缴费满一年，劳动者可以凭离职证明到社保经办机构办理失业登记，按月领取失业保险金。主动辞职一般不符合领取失业金的条件。办理时需携带身份证、社保卡、离职证明、本人银行卡，在当地社保APP或政务服务网即可申请，审核通过后次月发放到账。</w:t>
      </w:r>
    </w:p>
    <w:p>
      <w:r>
        <w:rPr>
          <w:rFonts w:ascii="黑体" w:hAnsi="黑体" w:eastAsia="黑体"/>
          <w:b/>
          <w:sz w:val="28"/>
        </w:rPr>
        <w:t>八、原单位拒开离职证明的投诉渠道</w:t>
      </w:r>
    </w:p>
    <w:p>
      <w:pPr>
        <w:ind w:firstLine="440"/>
      </w:pPr>
      <w:r>
        <w:t>如果原单位拒不开具离职证明，可以通过以下渠道维权：第一，先与HR或公司负责人书面沟通，引用劳动合同法第五十条，要求出具证明；第二，向当地劳动监察大队投诉，电话12333，通常劳动监察会责令公司限期改正；第三，如果因公司拒开离职证明导致自己无法入职新单位、损失了工资，可以申请劳动仲裁要求公司赔偿损失；第四，在社保转移时如果发现原单位未办理减员，也可以一并投诉。保留好劳动合同、工资流水、辞职邮件等证据。</w:t>
      </w:r>
    </w:p>
    <w:p>
      <w:r>
        <w:rPr>
          <w:rFonts w:ascii="黑体" w:hAnsi="黑体" w:eastAsia="黑体"/>
          <w:b/>
          <w:sz w:val="28"/>
        </w:rPr>
        <w:t>九、离职证明与解除劳动合同证明的区别</w:t>
      </w:r>
    </w:p>
    <w:p>
      <w:pPr>
        <w:ind w:firstLine="440"/>
      </w:pPr>
      <w:r>
        <w:t>离职证明和解除劳动合同证明本质上是同一份文件，只是叫法不同。它的核心作用是证明劳动关系已经合法解除。有些公司还会在离职证明之外单独出具《离职证明》用于下一家单位背调，内容可能更详细，包括入职离职日期、岗位、离职原因、是否完成交接、有无竞业限制等。需要注意的是，离职证明上不应当写负面评价，比如该员工表现不佳、因违纪被辞退等，否则属于违法，劳动者可以要求重新出具。</w:t>
      </w:r>
    </w:p>
    <w:p>
      <w:r>
        <w:rPr>
          <w:rFonts w:ascii="黑体" w:hAnsi="黑体" w:eastAsia="黑体"/>
          <w:b/>
          <w:sz w:val="28"/>
        </w:rPr>
        <w:t>十、离职证明常见用途清单</w:t>
      </w:r>
    </w:p>
    <w:p>
      <w:pPr>
        <w:ind w:firstLine="440"/>
      </w:pPr>
      <w:r>
        <w:t>离职证明在日常生活中的用途比很多人想象的多。第一，入职新公司时新单位必须收取，用于确认你已经与前单位解除劳动关系，避免双重用工的法律风险；第二，领取失业保险金时社保经办机构要求提供；第三，办理社保转移、公积金提取时需要；第四，部分城市落户、积分入学、申请公租房时需要提供过往工作经历证明；第五，劳动仲裁时如果双方对入职离职时间有争议，离职证明是最直接的证据；第六，有些人才市场办理档案托管也需要。因此离职时一定要拿到加盖公章的原件，建议至少让HR开两份，一份交给新单位，一份自己留底备用。</w:t>
      </w:r>
    </w:p>
    <w:p>
      <w:r>
        <w:rPr>
          <w:rFonts w:ascii="黑体" w:hAnsi="黑体" w:eastAsia="黑体"/>
          <w:b/>
          <w:sz w:val="28"/>
        </w:rPr>
        <w:t>十一、不同离职原因的证明表述</w:t>
      </w:r>
    </w:p>
    <w:p>
      <w:pPr>
        <w:ind w:firstLine="440"/>
      </w:pPr>
      <w:r>
        <w:t>离职原因常见的有几种表述：个人原因辞职、双方协商一致解除、劳动合同期满终止、公司辞退、公司裁员。不同表述对后续影响不同。写个人原因辞职的，一般不能领失业金；写公司提出协商一致、合同期满公司不续签、公司裁员的，属于非本人意愿中断就业，可以领失业金。因此在签协商解除协议时，一定要看清楚离职原因那栏写的是什么，不要随便签个人原因。如果公司为了让你领失业金愿意写协商一致，那是对你有利的；反之如果明明是公司辞退却让你写个人原因，就要警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