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6"/>
        </w:rPr>
        <w:t>标准辞职信模板汇编</w:t>
      </w:r>
    </w:p>
    <w:p>
      <w:r>
        <w:rPr>
          <w:rFonts w:ascii="黑体" w:hAnsi="黑体" w:eastAsia="黑体"/>
          <w:b/>
          <w:sz w:val="28"/>
        </w:rPr>
        <w:t>一、写辞职信之前要知道的法律常识</w:t>
      </w:r>
    </w:p>
    <w:p>
      <w:pPr>
        <w:ind w:firstLine="440"/>
      </w:pPr>
      <w:r>
        <w:t>根据《中华人民共和国劳动合同法》第三十七条，劳动者提前三十日以书面形式通知用人单位，可以解除劳动合同；劳动者在试用期内提前三日通知用人单位，可以解除劳动合同。也就是说，正式员工提出辞职，从递交书面辞职信那天起满30天，无论公司是否批准，劳动合同都可以解除。这一点非常重要，很多人以为辞职必须老板签字同意才能走，其实不然。</w:t>
      </w:r>
    </w:p>
    <w:p>
      <w:pPr>
        <w:ind w:firstLine="440"/>
      </w:pPr>
      <w:r>
        <w:t>递交辞职信时建议保留证据：可以通过公司OA系统、企业邮箱发送，并在邮件中注明「本邮件作为本人正式提出解除劳动合同的书面通知」；如果是纸质版，建议一式两份，自己留存一份让HR签收，或用EMS邮寄到公司注册地址并保留快递底单。这些做法都是为了防止日后公司否认收到过辞职通知。</w:t>
      </w:r>
    </w:p>
    <w:p>
      <w:pPr>
        <w:ind w:firstLine="440"/>
      </w:pPr>
      <w:r>
        <w:t>关于离职时间，建议和直属领导、HR充分沟通，配合完成工作交接。提前30天是法律底线，实际交接期可以和公司协商缩短或延长，但不要擅自提前离岗，否则可能被按旷工处理，影响离职证明和社保转移。</w:t>
      </w:r>
    </w:p>
    <w:p>
      <w:r>
        <w:rPr>
          <w:rFonts w:ascii="黑体" w:hAnsi="黑体" w:eastAsia="黑体"/>
          <w:b/>
          <w:sz w:val="28"/>
        </w:rPr>
        <w:t>二、标准版辞职信范文（个人原因）</w:t>
      </w:r>
    </w:p>
    <w:p>
      <w:pPr>
        <w:ind w:firstLine="440"/>
      </w:pPr>
      <w:r>
        <w:t>辞职信</w:t>
      </w:r>
    </w:p>
    <w:p>
      <w:pPr>
        <w:ind w:firstLine="440"/>
      </w:pPr>
      <w:r>
        <w:t>尊敬的公司领导：</w:t>
      </w:r>
    </w:p>
    <w:p>
      <w:pPr>
        <w:ind w:firstLine="440"/>
      </w:pPr>
      <w:r>
        <w:t>您好。我叫XXX，于XXXX年XX月入职本公司，在XX部门担任XX岗位一职。经过慎重考虑，我因个人职业规划与家庭原因，现正式向公司提出辞职申请。我的最后工作日拟定为XXXX年XX月XX日（自本通知发出之日起满30天）。</w:t>
      </w:r>
    </w:p>
    <w:p>
      <w:pPr>
        <w:ind w:firstLine="440"/>
      </w:pPr>
      <w:r>
        <w:t>在公司工作的这段时间里，我收获了很多。感谢领导一直以来的信任与指导，也感谢同事们在工作中的帮助与配合。离开之际，我会站好最后一班岗，认真整理手头的项目资料、客户清单和待办事项，配合部门完成工作交接，确保平稳过渡。</w:t>
      </w:r>
    </w:p>
    <w:p>
      <w:pPr>
        <w:ind w:firstLine="440"/>
      </w:pPr>
      <w:r>
        <w:t>在离职前的这一个月里，我会一如既往地做好本职工作，并按公司规定办理离职手续，包括归还办公设备、门禁卡、财务借款结算等。希望公司能批准我的辞职申请。</w:t>
      </w:r>
    </w:p>
    <w:p>
      <w:pPr>
        <w:ind w:firstLine="440"/>
      </w:pPr>
      <w:r>
        <w:t>祝愿公司事业蒸蒸日上，各位同事工作顺利。</w:t>
      </w:r>
    </w:p>
    <w:p>
      <w:pPr>
        <w:ind w:firstLine="440"/>
      </w:pPr>
      <w:r>
        <w:t>申请人：XXX</w:t>
      </w:r>
    </w:p>
    <w:p>
      <w:pPr>
        <w:ind w:firstLine="440"/>
      </w:pPr>
      <w:r>
        <w:t>日期：XXXX年XX月XX日</w:t>
      </w:r>
    </w:p>
    <w:p>
      <w:r>
        <w:rPr>
          <w:rFonts w:ascii="黑体" w:hAnsi="黑体" w:eastAsia="黑体"/>
          <w:b/>
          <w:sz w:val="28"/>
        </w:rPr>
        <w:t>三、简短版辞职信（适合微信/邮件）</w:t>
      </w:r>
    </w:p>
    <w:p>
      <w:pPr>
        <w:ind w:firstLine="440"/>
      </w:pPr>
      <w:r>
        <w:t>领导您好，因个人职业发展原因，我决定辞去目前在公司担任的XX岗位工作。根据劳动合同法相关规定，我提前30天向公司提出书面辞职，预计最后工作日为XXXX年XX月XX日。离职前我会全力配合交接，把工作平稳过渡给同事。感谢公司和领导这些年的培养，祝公司越来越好。XXX敬上。</w:t>
      </w:r>
    </w:p>
    <w:p>
      <w:r>
        <w:rPr>
          <w:rFonts w:ascii="黑体" w:hAnsi="黑体" w:eastAsia="黑体"/>
          <w:b/>
          <w:sz w:val="28"/>
        </w:rPr>
        <w:t>四、回老家发展版辞职信</w:t>
      </w:r>
    </w:p>
    <w:p>
      <w:pPr>
        <w:ind w:firstLine="440"/>
      </w:pPr>
      <w:r>
        <w:t>尊敬的领导：您好。我因家庭原因，需返回老家XX省发展，经过反复考虑，不得不向公司提出辞职。在公司工作的X年是我职业生涯中非常宝贵的一段经历，您的指导让我受益良多。我会在接下来的一个月里把手头XX项目收尾，并把客户对接、文档资料完整移交给接手的同事。给团队带来的不便，我深表歉意，也请领导理解。再次感谢。</w:t>
      </w:r>
    </w:p>
    <w:p>
      <w:r>
        <w:rPr>
          <w:rFonts w:ascii="黑体" w:hAnsi="黑体" w:eastAsia="黑体"/>
          <w:b/>
          <w:sz w:val="28"/>
        </w:rPr>
        <w:t>五、试用期辞职信（提前3天）</w:t>
      </w:r>
    </w:p>
    <w:p>
      <w:pPr>
        <w:ind w:firstLine="440"/>
      </w:pPr>
      <w:r>
        <w:t>尊敬的领导：您好。我是XX部门的XXX，目前仍在试用期内。因个人原因，我经过慎重考虑，认为自己与当前岗位的匹配度不高，现依据劳动合同法第三十七条，提前3日向公司提出解除劳动合同。我的最后工作日为XXXX年XX月XX日。试用期这段时间感谢团队的包容，我会把入职以来接触到的资料整理好交给部门。请领导批准。</w:t>
      </w:r>
    </w:p>
    <w:p>
      <w:r>
        <w:rPr>
          <w:rFonts w:ascii="黑体" w:hAnsi="黑体" w:eastAsia="黑体"/>
          <w:b/>
          <w:sz w:val="28"/>
        </w:rPr>
        <w:t>六、辞职信写作与递交注意事项</w:t>
      </w:r>
    </w:p>
    <w:p>
      <w:pPr>
        <w:ind w:firstLine="440"/>
      </w:pPr>
      <w:r>
        <w:t>第一，态度要平和。辞职信不是抱怨信，不要在信里吐槽公司、领导或同事，这些话一旦写下来，将来都可能成为争议的证据。第二，理由点到为止。「个人原因」四个字足够，不需要详细解释为什么走。第三，书面形式要规范。标题写「辞职信」或「解除劳动合同通知书」，正文写明入职时间、岗位、辞职生效时间。第四，保留副本。自己一定要留存一份，电子版本备份在个人邮箱或云盘。第五，离职证明要主动要。公司应当在解除劳动合同时出具离职证明，并在15日内办理社保和档案转移，这是公司的法定义务。</w:t>
      </w:r>
    </w:p>
    <w:p>
      <w:r>
        <w:rPr>
          <w:rFonts w:ascii="黑体" w:hAnsi="黑体" w:eastAsia="黑体"/>
          <w:b/>
          <w:sz w:val="28"/>
        </w:rPr>
        <w:t>七、离职交接清单</w:t>
      </w:r>
    </w:p>
    <w:p>
      <w:pPr>
        <w:ind w:firstLine="440"/>
      </w:pPr>
      <w:r>
        <w:t>提出辞职后，应当主动列出一份交接清单，包括：手头正在进行的项目进度文档、客户联系人名单与沟通记录、未报销的票据、公司配发的电脑显示器键盘鼠标、门禁卡钥匙、公章合同章、财务备用金、系统账号密码、未休年假天数等。交接时应由接交人、监交人（通常是部门主管）三方签字，一式三份，自己留存一份。这样做既体现职业素养，也能避免日后公司以未交接为由克扣工资或拒开离职证明。</w:t>
      </w:r>
    </w:p>
    <w:p>
      <w:r>
        <w:rPr>
          <w:rFonts w:ascii="黑体" w:hAnsi="黑体" w:eastAsia="黑体"/>
          <w:b/>
          <w:sz w:val="28"/>
        </w:rPr>
        <w:t>八、辞职后社保与公积金怎么办</w:t>
      </w:r>
    </w:p>
    <w:p>
      <w:pPr>
        <w:ind w:firstLine="440"/>
      </w:pPr>
      <w:r>
        <w:t>离职后社保不会白交。养老保险累计计算年限，中断几个月影响不大，找到新单位后由新单位续缴即可；如果短期内没有新单位，可以以灵活就业身份自己缴纳养老和医疗两险。医保中断次月起一般不再享受报销待遇，因此要尽量在离职后尽快续上。公积金账户会被封存，找到新单位后可以转移接续；符合条件的（如租房、买房、还房贷）可以凭离职证明和相关材料提取。全国已开通养老保险关系转移接续平台，在掌上养老或社保APP上即可申请。</w:t>
      </w:r>
    </w:p>
    <w:p>
      <w:r>
        <w:rPr>
          <w:rFonts w:ascii="黑体" w:hAnsi="黑体" w:eastAsia="黑体"/>
          <w:b/>
          <w:sz w:val="28"/>
        </w:rPr>
        <w:t>九、常见问题解答</w:t>
      </w:r>
    </w:p>
    <w:p>
      <w:pPr>
        <w:ind w:firstLine="440"/>
      </w:pPr>
      <w:r>
        <w:t>问：领导不批辞职信怎么办？答：提前30天书面通知是法律赋予劳动者的权利，不需要单位批准。满30天即可离职，单位必须办理离职手续。问：辞职要付违约金吗？答：一般不需要。只有两种情况单位可以约定违约金：一是单位出资提供专项培训并约定了服务期，二是约定了竞业限制。普通岗位辞职不涉及违约金。问：年终奖离职后还有吗？答：要看公司制度和劳动合同约定。如果离职时年终奖考核周期已结束且符合发放条件，单位应当按比例发放。问：离职当月社保谁交？答：只要当月在职哪怕一天，单位就应当缴纳当月社保。问：辞职信发邮件算书面吗？答：算。邮件、OA系统提交都属于书面形式，但要注意保留发送记录和已读回执。</w:t>
      </w:r>
    </w:p>
    <w:p>
      <w:r>
        <w:rPr>
          <w:rFonts w:ascii="黑体" w:hAnsi="黑体" w:eastAsia="黑体"/>
          <w:b/>
          <w:sz w:val="28"/>
        </w:rPr>
        <w:t>十、辞职信递交后的注意事项</w:t>
      </w:r>
    </w:p>
    <w:p>
      <w:pPr>
        <w:ind w:firstLine="440"/>
      </w:pPr>
      <w:r>
        <w:t>递交辞职信后的30天是职业形象的关键期。不要因为要走了就消极怠工，更不要在公司群里发表感言或者煽动同事。该做的工作照常做，该参加的会议照常参加，把手头的项目收尾好，把文档写清楚，把客户对接好。交接时主动帮接交人熟悉业务，而不是甩锅。好聚好散，行业圈子很小，今天的同事可能就是明天的客户、猎头或者新东家的面试官。离开当天和直属领导、关系好的同事简单道别即可，不必大张旗鼓。离职后如果公司多发了工资或者多转了费用，应当主动退回，这是职业底线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