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黑体" w:hAnsi="黑体" w:eastAsia="黑体"/>
          <w:b/>
          <w:sz w:val="36"/>
        </w:rPr>
        <w:t>面试与求职自我介绍范文汇编</w:t>
      </w:r>
    </w:p>
    <w:p>
      <w:r>
        <w:rPr>
          <w:rFonts w:ascii="黑体" w:hAnsi="黑体" w:eastAsia="黑体"/>
          <w:b/>
          <w:sz w:val="28"/>
        </w:rPr>
        <w:t>一、自我介绍的基本结构</w:t>
      </w:r>
    </w:p>
    <w:p>
      <w:pPr>
        <w:ind w:firstLine="440"/>
      </w:pPr>
      <w:r>
        <w:t>自我介绍是面试、竞聘、入职、入学等场合必不可少的环节。一段合格的自我介绍通常包括四个部分：一是我是谁（姓名、毕业院校或现任单位），二是我做过什么（与岗位相关的经历、项目、业绩），三是我擅长什么（核心技能、证书、特长），四是我为什么来（求职动机、对岗位的理解与期待）。时间上，3分钟版本约500字，1分钟版本约150字，应当根据面试官要求灵活调整。</w:t>
      </w:r>
    </w:p>
    <w:p>
      <w:pPr>
        <w:ind w:firstLine="440"/>
      </w:pPr>
      <w:r>
        <w:t>很多人在自我介绍时容易犯三个毛病：一是背书式地念简历，把已经写在纸上的内容再重复一遍，浪费时间；二是东拉西扯，从小学讲到大学，重点不突出；三是只讲优点不讲例子，空泛地说自己学习能力强、能吃苦，却没有任何具体事例支撑。好的自我介绍一定是「经历+数字+成果」的组合，用一两件具体的事证明自己。</w:t>
      </w:r>
    </w:p>
    <w:p>
      <w:r>
        <w:rPr>
          <w:rFonts w:ascii="黑体" w:hAnsi="黑体" w:eastAsia="黑体"/>
          <w:b/>
          <w:sz w:val="28"/>
        </w:rPr>
        <w:t>二、应届生3分钟自我介绍范文</w:t>
      </w:r>
    </w:p>
    <w:p>
      <w:pPr>
        <w:ind w:firstLine="440"/>
      </w:pPr>
      <w:r>
        <w:t>各位面试官好，我叫李明，今年22岁，是XX大学市场营销专业的应届本科毕业生。今天应聘的是贵公司的市场专员岗位。在校四年，我系统学习了消费者行为学、品牌管理、新媒体运营等课程，专业成绩排在年级前15%。除了课堂学习，我更重视把知识用到实际中：大三暑假我在一家本地餐饮连锁做了两个月的新媒体运营实习生，独立负责公众号的选题与排版，两个月里把粉丝从800做到了3500，单篇最高阅读量破万。这段经历让我真正理解了什么叫用户思维，也让我对新媒体这个方向产生了浓厚兴趣。我性格开朗，执行力强，喜欢和人打交道，也能坐得住写方案。我了解到贵公司在本地生活服务领域做得很扎实，我希望能把自己在新媒体运营上的一点经验带到团队，和公司一起成长。以上是我的自我介绍，谢谢。</w:t>
      </w:r>
    </w:p>
    <w:p>
      <w:r>
        <w:rPr>
          <w:rFonts w:ascii="黑体" w:hAnsi="黑体" w:eastAsia="黑体"/>
          <w:b/>
          <w:sz w:val="28"/>
        </w:rPr>
        <w:t>三、职场跳槽3分钟自我介绍范文</w:t>
      </w:r>
    </w:p>
    <w:p>
      <w:pPr>
        <w:ind w:firstLine="440"/>
      </w:pPr>
      <w:r>
        <w:t>面试官您好，我叫王芳，今年28岁，毕业于XX大学计算机科学与技术专业，到目前已经有5年的Java后端开发经验。我上一份工作是在一家互联网公司做交易系统的研发，主要负责订单模块的设计与迭代。我参与过订单系统从单体到微服务的拆分，独立承担了库存扣减、超时关单这两个核心链路的开发，日均处理订单量从原来的5万单提升到20万单，接口响应时间从800毫秒降到200毫秒以内。在技术栈上，我熟练使用Spring Boot、MyBatis、Redis、RocketMQ，对分库分表、分布式事务有实际项目经验。我之所以考虑新的机会，是希望在更大规模的业务场景里继续深耕，而贵公司在电商交易领域的体量正是我向往的。我希望能把过去在高并发系统上的经验复用到团队，也希望在贵公司接触到更复杂的业务。谢谢。</w:t>
      </w:r>
    </w:p>
    <w:p>
      <w:r>
        <w:rPr>
          <w:rFonts w:ascii="黑体" w:hAnsi="黑体" w:eastAsia="黑体"/>
          <w:b/>
          <w:sz w:val="28"/>
        </w:rPr>
        <w:t>四、1分钟精简版自我介绍</w:t>
      </w:r>
    </w:p>
    <w:p>
      <w:pPr>
        <w:ind w:firstLine="440"/>
      </w:pPr>
      <w:r>
        <w:t>面试官好，我叫张磊，25岁，XX大学会计学专业毕业，持有初级会计职称证书，有两年出纳与费用报销工作经验，熟悉金蝶与用友系统，能独立完成银行对账、票据审核、装订归档等工作。我做事细致，对数字敏感，应聘贵公司的会计助理岗位，希望能有机会加入团队。谢谢。</w:t>
      </w:r>
    </w:p>
    <w:p>
      <w:r>
        <w:rPr>
          <w:rFonts w:ascii="黑体" w:hAnsi="黑体" w:eastAsia="黑体"/>
          <w:b/>
          <w:sz w:val="28"/>
        </w:rPr>
        <w:t>五、新员工入职自我介绍范文</w:t>
      </w:r>
    </w:p>
    <w:p>
      <w:pPr>
        <w:ind w:firstLine="440"/>
      </w:pPr>
      <w:r>
        <w:t>各位同事大家好，我叫陈静，今天刚加入公司，担任行政专员一职。我之前在一家200人左右的公司做了三年行政，主要负责办公采购、会议接待、团建组织这些事情。我是一个比较随和的人，喜欢把事情安排得井井有条。刚来公司，很多地方还不熟悉，以后工作中少不了麻烦大家，也请各位前辈多多指点。中午我请大家喝奶茶，有什么需要我跑腿的随时叫我。谢谢大家。</w:t>
      </w:r>
    </w:p>
    <w:p>
      <w:r>
        <w:rPr>
          <w:rFonts w:ascii="黑体" w:hAnsi="黑体" w:eastAsia="黑体"/>
          <w:b/>
          <w:sz w:val="28"/>
        </w:rPr>
        <w:t>六、自我介绍写作注意事项</w:t>
      </w:r>
    </w:p>
    <w:p>
      <w:pPr>
        <w:ind w:firstLine="440"/>
      </w:pPr>
      <w:r>
        <w:t>第一，控制时长。面试自我介绍通常1到3分钟，超过3分钟面试官会失去耐心。可以提前对着镜子或手机录音练习，把时间卡在规定范围内。第二，突出与岗位相关的经历。投不同岗位应当准备不同版本的自我介绍，不要用一份讲到底。第三，用数字说话。「粉丝从800做到3500」比「运营公众号很有成效」有说服力得多。第四，态度诚恳。不要夸大其词，面试官追问细节时圆不上来会非常被动。第五，结尾主动引导。可以用「以上是我的自我介绍，关于我刚才提到的那个项目，各位如果感兴趣我可以详细展开」这样的话，把面试节奏掌握在自己手里。</w:t>
      </w:r>
    </w:p>
    <w:p>
      <w:r>
        <w:rPr>
          <w:rFonts w:ascii="黑体" w:hAnsi="黑体" w:eastAsia="黑体"/>
          <w:b/>
          <w:sz w:val="28"/>
        </w:rPr>
        <w:t>七、公务员事业单位面试自我介绍</w:t>
      </w:r>
    </w:p>
    <w:p>
      <w:pPr>
        <w:ind w:firstLine="440"/>
      </w:pPr>
      <w:r>
        <w:t>各位考官好，我叫XXX，今年26岁，XX大学行政管理专业本科毕业，毕业后在XX街道办事处做了两年社区工作。我报考的是贵单位的综合管理岗位。在街道工作期间，我主要负责政策宣传、居民矛盾调解和会议材料撰写，累计参与调解邻里纠纷三十余起，撰写各类工作总结、汇报材料近百篇。这段基层经历让我对群众工作有了真实的理解，也锻炼了我的文字能力和沟通能力。我性格稳重，做事有耐心，熟悉机关办事流程，希望能在贵单位这个平台上继续为群众服务。回答完毕。</w:t>
      </w:r>
    </w:p>
    <w:p>
      <w:r>
        <w:rPr>
          <w:rFonts w:ascii="黑体" w:hAnsi="黑体" w:eastAsia="黑体"/>
          <w:b/>
          <w:sz w:val="28"/>
        </w:rPr>
        <w:t>八、研究生复试自我介绍</w:t>
      </w:r>
    </w:p>
    <w:p>
      <w:pPr>
        <w:ind w:firstLine="440"/>
      </w:pPr>
      <w:r>
        <w:t>各位老师好，我叫XXX，来自XX省XX市，是XX大学XX专业的应届本科生。本科期间我的专业绩点为3.8，排名年级前百分之十，通过了英语六级。我曾在XX老师的指导下参与了本科生科研训练项目，负责问卷收集和数据录入，最终形成了一份两万字的研究报告。我对XX方向有浓厚的兴趣，阅读过XX教授的《XX》一书，也正是这本书让我坚定了报考本专业研究生的想法。如果有幸被录取，我希望在导师的指导下，在自己感兴趣的方向上继续深入研究，多读经典著作，多参与课题组的实际项目。谢谢各位老师。</w:t>
      </w:r>
    </w:p>
    <w:p>
      <w:r>
        <w:rPr>
          <w:rFonts w:ascii="黑体" w:hAnsi="黑体" w:eastAsia="黑体"/>
          <w:b/>
          <w:sz w:val="28"/>
        </w:rPr>
        <w:t>九、自我介绍常见雷区</w:t>
      </w:r>
    </w:p>
    <w:p>
      <w:pPr>
        <w:ind w:firstLine="440"/>
      </w:pPr>
      <w:r>
        <w:t>一是不要背诵感太强。面试官一天听几十人自我介绍，背书式的表达一听就知道，最好用聊天的口吻自然讲述。二是不要贬低前公司或前领导。即便离职原因不愉快，自我介绍时也只字不提，更不要借机吐槽。三是不要谈与岗位无关的爱好。喜欢唱歌、看电影、旅游这种话对面试没有任何加分，除非岗位本身需要。四是不要过度谦虚。经验不足但是我会努力的这种话少说，不如直接讲自己做过什么。五是注意眼神交流。自我介绍时眼神要扫过在场每一位面试官，而不是只盯着主考官或低头看地板。六是提前准备英文版本。外企或涉外岗位常要求英文自我介绍，应另外准备一份并反复练习发音。七是不要超时。提前掐表练习，宁可讲短一点也不要被面试官打断叫停。八是结尾不要画蛇添足。说完核心内容就停下，把话语权交回给面试官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