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普通话水平测试100题</w:t>
      </w:r>
    </w:p>
    <w:p>
      <w:pPr>
        <w:pStyle w:val="Heading1"/>
      </w:pPr>
      <w:r>
        <w:t>普通话水平测试100题（含答案与评分要点）</w:t>
      </w:r>
    </w:p>
    <w:p>
      <w:r>
        <w:t>说明：本题库依据《普通话水平测试大纲》编写，覆盖单音节字词、多音节词语、朗读作品、命题说话四大题型，共精选100道典型题目，每题附正确读音或评分要点。适用于2027年普通话水平测试（PSC）备考复习。</w:t>
      </w:r>
    </w:p>
    <w:p>
      <w:pPr>
        <w:pStyle w:val="Heading2"/>
      </w:pPr>
      <w:r>
        <w:t>一、考试简介</w:t>
      </w:r>
    </w:p>
    <w:p>
      <w:r>
        <w:t>普通话水平测试是对应试人运用普通话的规范程度、熟练程度的口语考试，测试形式为口试。考试内容包括：读单音节字词100个（10分）、读多音节词语100个（20分）、朗读短文400字（30分）、命题说话3分钟（40分）。等级分为三级六等：一级甲等（97分以上）、一级乙等（92至96.99分）、二级甲等（87至91.99分）、二级乙等（80至86.99分）、三级甲等（70至79.99分）、三级乙等（60至69.99分）。</w:t>
      </w:r>
    </w:p>
    <w:p>
      <w:pPr>
        <w:pStyle w:val="Heading2"/>
      </w:pPr>
      <w:r>
        <w:t>第01题　单音节：扒</w:t>
      </w:r>
    </w:p>
    <w:p>
      <w:r>
        <w:t>正确读音：bā。评分要点：不要读成pá；声调务必到位，阴平要高而平，阳平要上扬，上声要先降后升，去声要果断下降。</w:t>
      </w:r>
    </w:p>
    <w:p>
      <w:pPr>
        <w:pStyle w:val="Heading2"/>
      </w:pPr>
      <w:r>
        <w:t>第02题　单音节：粕</w:t>
      </w:r>
    </w:p>
    <w:p>
      <w:r>
        <w:t>正确读音：pò。评分要点：不读bó；声调务必到位，阴平要高而平，阳平要上扬，上声要先降后升，去声要果断下降。</w:t>
      </w:r>
    </w:p>
    <w:p>
      <w:pPr>
        <w:pStyle w:val="Heading2"/>
      </w:pPr>
      <w:r>
        <w:t>第03题　单音节：缔</w:t>
      </w:r>
    </w:p>
    <w:p>
      <w:r>
        <w:t>正确读音：dì。评分要点：不读tì；声调务必到位，阴平要高而平，阳平要上扬，上声要先降后升，去声要果断下降。</w:t>
      </w:r>
    </w:p>
    <w:p>
      <w:pPr>
        <w:pStyle w:val="Heading2"/>
      </w:pPr>
      <w:r>
        <w:t>第04题　单音节：滓</w:t>
      </w:r>
    </w:p>
    <w:p>
      <w:r>
        <w:t>正确读音：zǐ。评分要点：不读zhǎi；声调务必到位，阴平要高而平，阳平要上扬，上声要先降后升，去声要果断下降。</w:t>
      </w:r>
    </w:p>
    <w:p>
      <w:pPr>
        <w:pStyle w:val="Heading2"/>
      </w:pPr>
      <w:r>
        <w:t>第05题　单音节：梏</w:t>
      </w:r>
    </w:p>
    <w:p>
      <w:r>
        <w:t>正确读音：gù。评分要点：不读gào；声调务必到位，阴平要高而平，阳平要上扬，上声要先降后升，去声要果断下降。</w:t>
      </w:r>
    </w:p>
    <w:p>
      <w:pPr>
        <w:pStyle w:val="Heading2"/>
      </w:pPr>
      <w:r>
        <w:t>第06题　单音节：瞠</w:t>
      </w:r>
    </w:p>
    <w:p>
      <w:r>
        <w:t>正确读音：chēng。评分要点：不读táng；声调务必到位，阴平要高而平，阳平要上扬，上声要先降后升，去声要果断下降。</w:t>
      </w:r>
    </w:p>
    <w:p>
      <w:pPr>
        <w:pStyle w:val="Heading2"/>
      </w:pPr>
      <w:r>
        <w:t>第07题　单音节：舂</w:t>
      </w:r>
    </w:p>
    <w:p>
      <w:r>
        <w:t>正确读音：chōng。评分要点：不读chūn；声调务必到位，阴平要高而平，阳平要上扬，上声要先降后升，去声要果断下降。</w:t>
      </w:r>
    </w:p>
    <w:p>
      <w:pPr>
        <w:pStyle w:val="Heading2"/>
      </w:pPr>
      <w:r>
        <w:t>第08题　单音节：淖</w:t>
      </w:r>
    </w:p>
    <w:p>
      <w:r>
        <w:t>正确读音：nào。评分要点：不读chuò；声调务必到位，阴平要高而平，阳平要上扬，上声要先降后升，去声要果断下降。</w:t>
      </w:r>
    </w:p>
    <w:p>
      <w:pPr>
        <w:pStyle w:val="Heading2"/>
      </w:pPr>
      <w:r>
        <w:t>第09题　单音节：黜</w:t>
      </w:r>
    </w:p>
    <w:p>
      <w:r>
        <w:t>正确读音：chù。评分要点：不读chuò；声调务必到位，阴平要高而平，阳平要上扬，上声要先降后升，去声要果断下降。</w:t>
      </w:r>
    </w:p>
    <w:p>
      <w:pPr>
        <w:pStyle w:val="Heading2"/>
      </w:pPr>
      <w:r>
        <w:t>第10题　单音节：玷</w:t>
      </w:r>
    </w:p>
    <w:p>
      <w:r>
        <w:t>正确读音：diàn。评分要点：不读zhān；声调务必到位，阴平要高而平，阳平要上扬，上声要先降后升，去声要果断下降。</w:t>
      </w:r>
    </w:p>
    <w:p>
      <w:pPr>
        <w:pStyle w:val="Heading2"/>
      </w:pPr>
      <w:r>
        <w:t>第11题　单音节：胍</w:t>
      </w:r>
    </w:p>
    <w:p>
      <w:r>
        <w:t>正确读音：guā。评分要点：不读guǎ；声调务必到位，阴平要高而平，阳平要上扬，上声要先降后升，去声要果断下降。</w:t>
      </w:r>
    </w:p>
    <w:p>
      <w:pPr>
        <w:pStyle w:val="Heading2"/>
      </w:pPr>
      <w:r>
        <w:t>第12题　单音节：酣</w:t>
      </w:r>
    </w:p>
    <w:p>
      <w:r>
        <w:t>正确读音：hān。评分要点：不读gān；声调务必到位，阴平要高而平，阳平要上扬，上声要先降后升，去声要果断下降。</w:t>
      </w:r>
    </w:p>
    <w:p>
      <w:pPr>
        <w:pStyle w:val="Heading2"/>
      </w:pPr>
      <w:r>
        <w:t>第13题　单音节：藿</w:t>
      </w:r>
    </w:p>
    <w:p>
      <w:r>
        <w:t>正确读音：huò。评分要点：不读yù；声调务必到位，阴平要高而平，阳平要上扬，上声要先降后升，去声要果断下降。</w:t>
      </w:r>
    </w:p>
    <w:p>
      <w:pPr>
        <w:pStyle w:val="Heading2"/>
      </w:pPr>
      <w:r>
        <w:t>第14题　单音节：戛</w:t>
      </w:r>
    </w:p>
    <w:p>
      <w:r>
        <w:t>正确读音：jiá。评分要点：不读gā；声调务必到位，阴平要高而平，阳平要上扬，上声要先降后升，去声要果断下降。</w:t>
      </w:r>
    </w:p>
    <w:p>
      <w:pPr>
        <w:pStyle w:val="Heading2"/>
      </w:pPr>
      <w:r>
        <w:t>第15题　单音节：粳</w:t>
      </w:r>
    </w:p>
    <w:p>
      <w:r>
        <w:t>正确读音：jīng。评分要点：不读gēng；声调务必到位，阴平要高而平，阳平要上扬，上声要先降后升，去声要果断下降。</w:t>
      </w:r>
    </w:p>
    <w:p>
      <w:pPr>
        <w:pStyle w:val="Heading2"/>
      </w:pPr>
      <w:r>
        <w:t>第16题　单音节：徇</w:t>
      </w:r>
    </w:p>
    <w:p>
      <w:r>
        <w:t>正确读音：xùn。评分要点：不读xún；声调务必到位，阴平要高而平，阳平要上扬，上声要先降后升，去声要果断下降。</w:t>
      </w:r>
    </w:p>
    <w:p>
      <w:pPr>
        <w:pStyle w:val="Heading2"/>
      </w:pPr>
      <w:r>
        <w:t>第17题　单音节：蹴</w:t>
      </w:r>
    </w:p>
    <w:p>
      <w:r>
        <w:t>正确读音：cù。评分要点：不读jiù；声调务必到位，阴平要高而平，阳平要上扬，上声要先降后升，去声要果断下降。</w:t>
      </w:r>
    </w:p>
    <w:p>
      <w:pPr>
        <w:pStyle w:val="Heading2"/>
      </w:pPr>
      <w:r>
        <w:t>第18题　单音节：鬈</w:t>
      </w:r>
    </w:p>
    <w:p>
      <w:r>
        <w:t>正确读音：quán。评分要点：不读juǎn；声调务必到位，阴平要高而平，阳平要上扬，上声要先降后升，去声要果断下降。</w:t>
      </w:r>
    </w:p>
    <w:p>
      <w:pPr>
        <w:pStyle w:val="Heading2"/>
      </w:pPr>
      <w:r>
        <w:t>第19题　单音节：捻</w:t>
      </w:r>
    </w:p>
    <w:p>
      <w:r>
        <w:t>正确读音：niǎn。评分要点：不读niàn；声调务必到位，阴平要高而平，阳平要上扬，上声要先降后升，去声要果断下降。</w:t>
      </w:r>
    </w:p>
    <w:p>
      <w:pPr>
        <w:pStyle w:val="Heading2"/>
      </w:pPr>
      <w:r>
        <w:t>第20题　单音节：嫔</w:t>
      </w:r>
    </w:p>
    <w:p>
      <w:r>
        <w:t>正确读音：pín。评分要点：不读bīn；声调务必到位，阴平要高而平，阳平要上扬，上声要先降后升，去声要果断下降。</w:t>
      </w:r>
    </w:p>
    <w:p>
      <w:pPr>
        <w:pStyle w:val="Heading2"/>
      </w:pPr>
      <w:r>
        <w:t>第21题　单音节：潸</w:t>
      </w:r>
    </w:p>
    <w:p>
      <w:r>
        <w:t>正确读音：shān。评分要点：不读lín；声调务必到位，阴平要高而平，阳平要上扬，上声要先降后升，去声要果断下降。</w:t>
      </w:r>
    </w:p>
    <w:p>
      <w:pPr>
        <w:pStyle w:val="Heading2"/>
      </w:pPr>
      <w:r>
        <w:t>第22题　单音节：挞</w:t>
      </w:r>
    </w:p>
    <w:p>
      <w:r>
        <w:t>正确读音：tà。评分要点：不读dá；声调务必到位，阴平要高而平，阳平要上扬，上声要先降后升，去声要果断下降。</w:t>
      </w:r>
    </w:p>
    <w:p>
      <w:pPr>
        <w:pStyle w:val="Heading2"/>
      </w:pPr>
      <w:r>
        <w:t>第23题　单音节：涎</w:t>
      </w:r>
    </w:p>
    <w:p>
      <w:r>
        <w:t>正确读音：xián。评分要点：不读yán；声调务必到位，阴平要高而平，阳平要上扬，上声要先降后升，去声要果断下降。</w:t>
      </w:r>
    </w:p>
    <w:p>
      <w:pPr>
        <w:pStyle w:val="Heading2"/>
      </w:pPr>
      <w:r>
        <w:t>第24题　单音节：隘</w:t>
      </w:r>
    </w:p>
    <w:p>
      <w:r>
        <w:t>正确读音：ài。评分要点：不读yì；声调务必到位，阴平要高而平，阳平要上扬，上声要先降后升，去声要果断下降。</w:t>
      </w:r>
    </w:p>
    <w:p>
      <w:pPr>
        <w:pStyle w:val="Heading2"/>
      </w:pPr>
      <w:r>
        <w:t>第25题　单音节：迸</w:t>
      </w:r>
    </w:p>
    <w:p>
      <w:r>
        <w:t>正确读音：bèng。评分要点：不读bìng；声调务必到位，阴平要高而平，阳平要上扬，上声要先降后升，去声要果断下降。</w:t>
      </w:r>
    </w:p>
    <w:p>
      <w:pPr>
        <w:pStyle w:val="Heading2"/>
      </w:pPr>
      <w:r>
        <w:t>第26题　单音节：忱</w:t>
      </w:r>
    </w:p>
    <w:p>
      <w:r>
        <w:t>正确读音：chén。评分要点：不读zhěn；声调务必到位，阴平要高而平，阳平要上扬，上声要先降后升，去声要果断下降。</w:t>
      </w:r>
    </w:p>
    <w:p>
      <w:pPr>
        <w:pStyle w:val="Heading2"/>
      </w:pPr>
      <w:r>
        <w:t>第27题　单音节：悼</w:t>
      </w:r>
    </w:p>
    <w:p>
      <w:r>
        <w:t>正确读音：dào。评分要点：不读diào；声调务必到位，阴平要高而平，阳平要上扬，上声要先降后升，去声要果断下降。</w:t>
      </w:r>
    </w:p>
    <w:p>
      <w:pPr>
        <w:pStyle w:val="Heading2"/>
      </w:pPr>
      <w:r>
        <w:t>第28题　单音节：洱</w:t>
      </w:r>
    </w:p>
    <w:p>
      <w:r>
        <w:t>正确读音：ěr。评分要点：不读ér；声调务必到位，阴平要高而平，阳平要上扬，上声要先降后升，去声要果断下降。</w:t>
      </w:r>
    </w:p>
    <w:p>
      <w:pPr>
        <w:pStyle w:val="Heading2"/>
      </w:pPr>
      <w:r>
        <w:t>第29题　单音节：拂</w:t>
      </w:r>
    </w:p>
    <w:p>
      <w:r>
        <w:t>正确读音：fú。评分要点：不读fó；声调务必到位，阴平要高而平，阳平要上扬，上声要先降后升，去声要果断下降。</w:t>
      </w:r>
    </w:p>
    <w:p>
      <w:pPr>
        <w:pStyle w:val="Heading2"/>
      </w:pPr>
      <w:r>
        <w:t>第30题　单音节：剐</w:t>
      </w:r>
    </w:p>
    <w:p>
      <w:r>
        <w:t>正确读音：guǎ。评分要点：不读guā；声调务必到位，阴平要高而平，阳平要上扬，上声要先降后升，去声要果断下降。</w:t>
      </w:r>
    </w:p>
    <w:p>
      <w:pPr>
        <w:pStyle w:val="Heading2"/>
      </w:pPr>
      <w:r>
        <w:t>第31题　多音节：仍然</w:t>
      </w:r>
    </w:p>
    <w:p>
      <w:r>
        <w:t>正确读音：réng rán。评分要点：不读rēng rán；注意轻声、儿化、变调（上声变调、一和不变调）以及多音字在具体词语中的读音。</w:t>
      </w:r>
    </w:p>
    <w:p>
      <w:pPr>
        <w:pStyle w:val="Heading2"/>
      </w:pPr>
      <w:r>
        <w:t>第32题　多音节：因为</w:t>
      </w:r>
    </w:p>
    <w:p>
      <w:r>
        <w:t>正确读音：yīn wèi。评分要点：口语中不读yīn wéi；注意轻声、儿化、变调（上声变调、一和不变调）以及多音字在具体词语中的读音。</w:t>
      </w:r>
    </w:p>
    <w:p>
      <w:pPr>
        <w:pStyle w:val="Heading2"/>
      </w:pPr>
      <w:r>
        <w:t>第33题　多音节：教室</w:t>
      </w:r>
    </w:p>
    <w:p>
      <w:r>
        <w:t>正确读音：jiào shì。评分要点：不读jiāo shì；注意轻声、儿化、变调（上声变调、一和不变调）以及多音字在具体词语中的读音。</w:t>
      </w:r>
    </w:p>
    <w:p>
      <w:pPr>
        <w:pStyle w:val="Heading2"/>
      </w:pPr>
      <w:r>
        <w:t>第34题　多音节：召集</w:t>
      </w:r>
    </w:p>
    <w:p>
      <w:r>
        <w:t>正确读音：zhào jí。评分要点：不读zhāo jí；注意轻声、儿化、变调（上声变调、一和不变调）以及多音字在具体词语中的读音。</w:t>
      </w:r>
    </w:p>
    <w:p>
      <w:pPr>
        <w:pStyle w:val="Heading2"/>
      </w:pPr>
      <w:r>
        <w:t>第35题　多音节：尽管</w:t>
      </w:r>
    </w:p>
    <w:p>
      <w:r>
        <w:t>正确读音：jǐn guǎn。评分要点：不读jìn guǎn；注意轻声、儿化、变调（上声变调、一和不变调）以及多音字在具体词语中的读音。</w:t>
      </w:r>
    </w:p>
    <w:p>
      <w:pPr>
        <w:pStyle w:val="Heading2"/>
      </w:pPr>
      <w:r>
        <w:t>第36题　多音节：友好</w:t>
      </w:r>
    </w:p>
    <w:p>
      <w:r>
        <w:t>正确读音：yǒu hǎo。评分要点：不读yóu hǎo；注意轻声、儿化、变调（上声变调、一和不变调）以及多音字在具体词语中的读音。</w:t>
      </w:r>
    </w:p>
    <w:p>
      <w:pPr>
        <w:pStyle w:val="Heading2"/>
      </w:pPr>
      <w:r>
        <w:t>第37题　多音节：女性</w:t>
      </w:r>
    </w:p>
    <w:p>
      <w:r>
        <w:t>正确读音：nǚ xìng。评分要点：不读nǔ xìng；注意轻声、儿化、变调（上声变调、一和不变调）以及多音字在具体词语中的读音。</w:t>
      </w:r>
    </w:p>
    <w:p>
      <w:pPr>
        <w:pStyle w:val="Heading2"/>
      </w:pPr>
      <w:r>
        <w:t>第38题　多音节：虐待</w:t>
      </w:r>
    </w:p>
    <w:p>
      <w:r>
        <w:t>正确读音：nüè dài。评分要点：不读nuè dài；注意轻声、儿化、变调（上声变调、一和不变调）以及多音字在具体词语中的读音。</w:t>
      </w:r>
    </w:p>
    <w:p>
      <w:pPr>
        <w:pStyle w:val="Heading2"/>
      </w:pPr>
      <w:r>
        <w:t>第39题　多音节：伦敦</w:t>
      </w:r>
    </w:p>
    <w:p>
      <w:r>
        <w:t>正确读音：Lún dūn。评分要点：不读lùn dūn；注意轻声、儿化、变调（上声变调、一和不变调）以及多音字在具体词语中的读音。</w:t>
      </w:r>
    </w:p>
    <w:p>
      <w:pPr>
        <w:pStyle w:val="Heading2"/>
      </w:pPr>
      <w:r>
        <w:t>第40题　多音节：便宜</w:t>
      </w:r>
    </w:p>
    <w:p>
      <w:r>
        <w:t>正确读音：pián yi。评分要点：口语中yi轻读；注意轻声、儿化、变调（上声变调、一和不变调）以及多音字在具体词语中的读音。</w:t>
      </w:r>
    </w:p>
    <w:p>
      <w:pPr>
        <w:pStyle w:val="Heading2"/>
      </w:pPr>
      <w:r>
        <w:t>第41题　多音节：勾当</w:t>
      </w:r>
    </w:p>
    <w:p>
      <w:r>
        <w:t>正确读音：gòu dàng。评分要点：不读gòu dāng；注意轻声、儿化、变调（上声变调、一和不变调）以及多音字在具体词语中的读音。</w:t>
      </w:r>
    </w:p>
    <w:p>
      <w:pPr>
        <w:pStyle w:val="Heading2"/>
      </w:pPr>
      <w:r>
        <w:t>第43题　多音节：差错</w:t>
      </w:r>
    </w:p>
    <w:p>
      <w:r>
        <w:t>正确读音：chā cuò。评分要点：不读chà cuò；注意轻声、儿化、变调（上声变调、一和不变调）以及多音字在具体词语中的读音。</w:t>
      </w:r>
    </w:p>
    <w:p>
      <w:pPr>
        <w:pStyle w:val="Heading2"/>
      </w:pPr>
      <w:r>
        <w:t>第44题　多音节：和平</w:t>
      </w:r>
    </w:p>
    <w:p>
      <w:r>
        <w:t>正确读音：hé píng。评分要点：不读hè píng；注意轻声、儿化、变调（上声变调、一和不变调）以及多音字在具体词语中的读音。</w:t>
      </w:r>
    </w:p>
    <w:p>
      <w:pPr>
        <w:pStyle w:val="Heading2"/>
      </w:pPr>
      <w:r>
        <w:t>第45题　多音节：好看</w:t>
      </w:r>
    </w:p>
    <w:p>
      <w:r>
        <w:t>正确读音：hǎo kàn。评分要点：不读hào kàn；注意轻声、儿化、变调（上声变调、一和不变调）以及多音字在具体词语中的读音。</w:t>
      </w:r>
    </w:p>
    <w:p>
      <w:pPr>
        <w:pStyle w:val="Heading2"/>
      </w:pPr>
      <w:r>
        <w:t>第46题　多音节：重要</w:t>
      </w:r>
    </w:p>
    <w:p>
      <w:r>
        <w:t>正确读音：zhòng yào。评分要点：不读chóng yào；注意轻声、儿化、变调（上声变调、一和不变调）以及多音字在具体词语中的读音。</w:t>
      </w:r>
    </w:p>
    <w:p>
      <w:pPr>
        <w:pStyle w:val="Heading2"/>
      </w:pPr>
      <w:r>
        <w:t>第47题　多音节：相等</w:t>
      </w:r>
    </w:p>
    <w:p>
      <w:r>
        <w:t>正确读音：xiāng děng。评分要点：不读xiàng děng；注意轻声、儿化、变调（上声变调、一和不变调）以及多音字在具体词语中的读音。</w:t>
      </w:r>
    </w:p>
    <w:p>
      <w:pPr>
        <w:pStyle w:val="Heading2"/>
      </w:pPr>
      <w:r>
        <w:t>第48题　多音节：天空</w:t>
      </w:r>
    </w:p>
    <w:p>
      <w:r>
        <w:t>正确读音：tiān kōng。评分要点：不读tiān kòng；注意轻声、儿化、变调（上声变调、一和不变调）以及多音字在具体词语中的读音。</w:t>
      </w:r>
    </w:p>
    <w:p>
      <w:pPr>
        <w:pStyle w:val="Heading2"/>
      </w:pPr>
      <w:r>
        <w:t>第49题　多音节：散文</w:t>
      </w:r>
    </w:p>
    <w:p>
      <w:r>
        <w:t>正确读音：sǎn wén。评分要点：不读sàn wén；注意轻声、儿化、变调（上声变调、一和不变调）以及多音字在具体词语中的读音。</w:t>
      </w:r>
    </w:p>
    <w:p>
      <w:pPr>
        <w:pStyle w:val="Heading2"/>
      </w:pPr>
      <w:r>
        <w:t>第50题　多音节：枕头</w:t>
      </w:r>
    </w:p>
    <w:p>
      <w:r>
        <w:t>正确读音：zhěn tou。评分要点：tou轻读；注意轻声、儿化、变调（上声变调、一和不变调）以及多音字在具体词语中的读音。</w:t>
      </w:r>
    </w:p>
    <w:p>
      <w:pPr>
        <w:pStyle w:val="Heading2"/>
      </w:pPr>
      <w:r>
        <w:t>第51题　多音节：裁缝</w:t>
      </w:r>
    </w:p>
    <w:p>
      <w:r>
        <w:t>正确读音：cái feng。评分要点：feng轻读；注意轻声、儿化、变调（上声变调、一和不变调）以及多音字在具体词语中的读音。</w:t>
      </w:r>
    </w:p>
    <w:p>
      <w:pPr>
        <w:pStyle w:val="Heading2"/>
      </w:pPr>
      <w:r>
        <w:t>第52题　多音节：骨头</w:t>
      </w:r>
    </w:p>
    <w:p>
      <w:r>
        <w:t>正确读音：gǔ tou。评分要点：tou轻读；注意轻声、儿化、变调（上声变调、一和不变调）以及多音字在具体词语中的读音。</w:t>
      </w:r>
    </w:p>
    <w:p>
      <w:pPr>
        <w:pStyle w:val="Heading2"/>
      </w:pPr>
      <w:r>
        <w:t>第53题　多音节：老人</w:t>
      </w:r>
    </w:p>
    <w:p>
      <w:r>
        <w:t>正确读音：lǎo rén。评分要点：不读láo rén；注意轻声、儿化、变调（上声变调、一和不变调）以及多音字在具体词语中的读音。</w:t>
      </w:r>
    </w:p>
    <w:p>
      <w:pPr>
        <w:pStyle w:val="Heading2"/>
      </w:pPr>
      <w:r>
        <w:t>第54题　多音节：蓝天</w:t>
      </w:r>
    </w:p>
    <w:p>
      <w:r>
        <w:t>正确读音：lán tiān。评分要点：不读nán tiān；注意轻声、儿化、变调（上声变调、一和不变调）以及多音字在具体词语中的读音。</w:t>
      </w:r>
    </w:p>
    <w:p>
      <w:pPr>
        <w:pStyle w:val="Heading2"/>
      </w:pPr>
      <w:r>
        <w:t>第55题　多音节：南方</w:t>
      </w:r>
    </w:p>
    <w:p>
      <w:r>
        <w:t>正确读音：nán fāng。评分要点：不读lán fāng；注意轻声、儿化、变调（上声变调、一和不变调）以及多音字在具体词语中的读音。</w:t>
      </w:r>
    </w:p>
    <w:p>
      <w:pPr>
        <w:pStyle w:val="Heading2"/>
      </w:pPr>
      <w:r>
        <w:t>第56题　多音节：饶命</w:t>
      </w:r>
    </w:p>
    <w:p>
      <w:r>
        <w:t>正确读音：ráo mìng。评分要点：不读yáo mìng；注意轻声、儿化、变调（上声变调、一和不变调）以及多音字在具体词语中的读音。</w:t>
      </w:r>
    </w:p>
    <w:p>
      <w:pPr>
        <w:pStyle w:val="Heading2"/>
      </w:pPr>
      <w:r>
        <w:t>第57题　多音节：骚扰</w:t>
      </w:r>
    </w:p>
    <w:p>
      <w:r>
        <w:t>正确读音：sāo rǎo。评分要点：不读shāo rǎo；注意轻声、儿化、变调（上声变调、一和不变调）以及多音字在具体词语中的读音。</w:t>
      </w:r>
    </w:p>
    <w:p>
      <w:pPr>
        <w:pStyle w:val="Heading2"/>
      </w:pPr>
      <w:r>
        <w:t>第58题　多音节：随便</w:t>
      </w:r>
    </w:p>
    <w:p>
      <w:r>
        <w:t>正确读音：suí biàn。评分要点：注意平翘舌；注意轻声、儿化、变调（上声变调、一和不变调）以及多音字在具体词语中的读音。</w:t>
      </w:r>
    </w:p>
    <w:p>
      <w:pPr>
        <w:pStyle w:val="Heading2"/>
      </w:pPr>
      <w:r>
        <w:t>第59题　多音节：推动</w:t>
      </w:r>
    </w:p>
    <w:p>
      <w:r>
        <w:t>正确读音：tuī dòng。评分要点：不读tuēi dòng；注意轻声、儿化、变调（上声变调、一和不变调）以及多音字在具体词语中的读音。</w:t>
      </w:r>
    </w:p>
    <w:p>
      <w:pPr>
        <w:pStyle w:val="Heading2"/>
      </w:pPr>
      <w:r>
        <w:t>第60题　多音节：唾沫</w:t>
      </w:r>
    </w:p>
    <w:p>
      <w:r>
        <w:t>正确读音：tuò mo。评分要点：mo轻读；注意轻声、儿化、变调（上声变调、一和不变调）以及多音字在具体词语中的读音。</w:t>
      </w:r>
    </w:p>
    <w:p>
      <w:pPr>
        <w:pStyle w:val="Heading2"/>
      </w:pPr>
      <w:r>
        <w:t>第61题　朗读作品：《白杨礼赞》</w:t>
      </w:r>
    </w:p>
    <w:p>
      <w:r>
        <w:t>评分要点：注意后鼻音茫、像、账，不要读成前鼻音；朗读时注意语速平稳（约240字/4分钟），不回读、不增字、不脱漏；标点符号处要合理停顿，语气自然；每错一个音节扣0.1分，声韵系统性缺陷扣得较多。</w:t>
      </w:r>
    </w:p>
    <w:p>
      <w:pPr>
        <w:pStyle w:val="Heading2"/>
      </w:pPr>
      <w:r>
        <w:t>第62题　朗读作品：《春》朱自清</w:t>
      </w:r>
    </w:p>
    <w:p>
      <w:r>
        <w:t>评分要点：注意酝酿yùn niàng、捉迷藏zhuō míng cáng；朗读时注意语速平稳（约240字/4分钟），不回读、不增字、不脱漏；标点符号处要合理停顿，语气自然；每错一个音节扣0.1分，声韵系统性缺陷扣得较多。</w:t>
      </w:r>
    </w:p>
    <w:p>
      <w:pPr>
        <w:pStyle w:val="Heading2"/>
      </w:pPr>
      <w:r>
        <w:t>第63题　朗读作品：《背影》朱自清</w:t>
      </w:r>
    </w:p>
    <w:p>
      <w:r>
        <w:t>评分要点：注意踌躇chóu chú、蹒跚pán shān、簌簌sù sù；朗读时注意语速平稳（约240字/4分钟），不回读、不增字、不脱漏；标点符号处要合理停顿，语气自然；每错一个音节扣0.1分，声韵系统性缺陷扣得较多。</w:t>
      </w:r>
    </w:p>
    <w:p>
      <w:pPr>
        <w:pStyle w:val="Heading2"/>
      </w:pPr>
      <w:r>
        <w:t>第64题　朗读作品：《荷塘月色》</w:t>
      </w:r>
    </w:p>
    <w:p>
      <w:r>
        <w:t>评分要点：注意煤屑xiè、幽僻pì、弥望mí；朗读时注意语速平稳（约240字/4分钟），不回读、不增字、不脱漏；标点符号处要合理停顿，语气自然；每错一个音节扣0.1分，声韵系统性缺陷扣得较多。</w:t>
      </w:r>
    </w:p>
    <w:p>
      <w:pPr>
        <w:pStyle w:val="Heading2"/>
      </w:pPr>
      <w:r>
        <w:t>第65题　朗读作品：《济南的冬天》</w:t>
      </w:r>
    </w:p>
    <w:p>
      <w:r>
        <w:t>评分要点：注意看护kān hù、着落zhuó luò；朗读时注意语速平稳（约240字/4分钟），不回读、不增字、不脱漏；标点符号处要合理停顿，语气自然；每错一个音节扣0.1分，声韵系统性缺陷扣得较多。</w:t>
      </w:r>
    </w:p>
    <w:p>
      <w:pPr>
        <w:pStyle w:val="Heading2"/>
      </w:pPr>
      <w:r>
        <w:t>第66题　朗读作品：《百草园》</w:t>
      </w:r>
    </w:p>
    <w:p>
      <w:r>
        <w:t>评分要点：注意确凿què záo、收敛liǎn、脑髓suǐ；朗读时注意语速平稳（约240字/4分钟），不回读、不增字、不脱漏；标点符号处要合理停顿，语气自然；每错一个音节扣0.1分，声韵系统性缺陷扣得较多。</w:t>
      </w:r>
    </w:p>
    <w:p>
      <w:pPr>
        <w:pStyle w:val="Heading2"/>
      </w:pPr>
      <w:r>
        <w:t>第67题　朗读作品：《故乡》鲁迅</w:t>
      </w:r>
    </w:p>
    <w:p>
      <w:r>
        <w:t>评分要点：注意五行缺土háng、猹chá；朗读时注意语速平稳（约240字/4分钟），不回读、不增字、不脱漏；标点符号处要合理停顿，语气自然；每错一个音节扣0.1分，声韵系统性缺陷扣得较多。</w:t>
      </w:r>
    </w:p>
    <w:p>
      <w:pPr>
        <w:pStyle w:val="Heading2"/>
      </w:pPr>
      <w:r>
        <w:t>第68题　朗读作品：《孔乙己》</w:t>
      </w:r>
    </w:p>
    <w:p>
      <w:r>
        <w:t>评分要点：注意羼水chàn、绽出zhàn、间或jiàn；朗读时注意语速平稳（约240字/4分钟），不回读、不增字、不脱漏；标点符号处要合理停顿，语气自然；每错一个音节扣0.1分，声韵系统性缺陷扣得较多。</w:t>
      </w:r>
    </w:p>
    <w:p>
      <w:pPr>
        <w:pStyle w:val="Heading2"/>
      </w:pPr>
      <w:r>
        <w:t>第69题　朗读作品：《祝福》</w:t>
      </w:r>
    </w:p>
    <w:p>
      <w:r>
        <w:t>评分要点：注意悚然sǒng、踌蹰chóu chú、俨然yǎn；朗读时注意语速平稳（约240字/4分钟），不回读、不增字、不脱漏；标点符号处要合理停顿，语气自然；每错一个音节扣0.1分，声韵系统性缺陷扣得较多。</w:t>
      </w:r>
    </w:p>
    <w:p>
      <w:pPr>
        <w:pStyle w:val="Heading2"/>
      </w:pPr>
      <w:r>
        <w:t>第70题　朗读作品：《骆驼祥子》</w:t>
      </w:r>
    </w:p>
    <w:p>
      <w:r>
        <w:t>评分要点：注意咕哝gū nong、凉快liáng kuai；朗读时注意语速平稳（约240字/4分钟），不回读、不增字、不脱漏；标点符号处要合理停顿，语气自然；每错一个音节扣0.1分，声韵系统性缺陷扣得较多。</w:t>
      </w:r>
    </w:p>
    <w:p>
      <w:pPr>
        <w:pStyle w:val="Heading2"/>
      </w:pPr>
      <w:r>
        <w:t>第71题　朗读作品：《家》巴金</w:t>
      </w:r>
    </w:p>
    <w:p>
      <w:r>
        <w:t>评分要点：注意诟骂gòu、掷zhì、挣扎zhá；朗读时注意语速平稳（约240字/4分钟），不回读、不增字、不脱漏；标点符号处要合理停顿，语气自然；每错一个音节扣0.1分，声韵系统性缺陷扣得较多。</w:t>
      </w:r>
    </w:p>
    <w:p>
      <w:pPr>
        <w:pStyle w:val="Heading2"/>
      </w:pPr>
      <w:r>
        <w:t>第72题　朗读作品：《边城》沈从文</w:t>
      </w:r>
    </w:p>
    <w:p>
      <w:r>
        <w:t>评分要点：注意傩送nuó、氽tǔn、鞶鼓pán；朗读时注意语速平稳（约240字/4分钟），不回读、不增字、不脱漏；标点符号处要合理停顿，语气自然；每错一个音节扣0.1分，声韵系统性缺陷扣得较多。</w:t>
      </w:r>
    </w:p>
    <w:p>
      <w:pPr>
        <w:pStyle w:val="Heading2"/>
      </w:pPr>
      <w:r>
        <w:t>第73题　朗读作品：《围城》钱钟书</w:t>
      </w:r>
    </w:p>
    <w:p>
      <w:r>
        <w:t>评分要点：注意赧然nǎn、掮客qián、栈zhàn；朗读时注意语速平稳（约240字/4分钟），不回读、不增字、不脱漏；标点符号处要合理停顿，语气自然；每错一个音节扣0.1分，声韵系统性缺陷扣得较多。</w:t>
      </w:r>
    </w:p>
    <w:p>
      <w:pPr>
        <w:pStyle w:val="Heading2"/>
      </w:pPr>
      <w:r>
        <w:t>第74题　朗读作品：《红楼梦》节选</w:t>
      </w:r>
    </w:p>
    <w:p>
      <w:r>
        <w:t>评分要点：注意颦蹙pín cù、绾wǎn、凤尾fèng；朗读时注意语速平稳（约240字/4分钟），不回读、不增字、不脱漏；标点符号处要合理停顿，语气自然；每错一个音节扣0.1分，声韵系统性缺陷扣得较多。</w:t>
      </w:r>
    </w:p>
    <w:p>
      <w:pPr>
        <w:pStyle w:val="Heading2"/>
      </w:pPr>
      <w:r>
        <w:t>第75题　朗读作品：《西游记》节选</w:t>
      </w:r>
    </w:p>
    <w:p>
      <w:r>
        <w:t>评分要点：注意兕sì、挈qiè、毗卢pí；朗读时注意语速平稳（约240字/4分钟），不回读、不增字、不脱漏；标点符号处要合理停顿，语气自然；每错一个音节扣0.1分，声韵系统性缺陷扣得较多。</w:t>
      </w:r>
    </w:p>
    <w:p>
      <w:pPr>
        <w:pStyle w:val="Heading2"/>
      </w:pPr>
      <w:r>
        <w:t>第76题　朗读作品：《儒林外史》</w:t>
      </w:r>
    </w:p>
    <w:p>
      <w:r>
        <w:t>评分要点：注意颤chàn、桑梓zǐ、拙zhuō；朗读时注意语速平稳（约240字/4分钟），不回读、不增字、不脱漏；标点符号处要合理停顿，语气自然；每错一个音节扣0.1分，声韵系统性缺陷扣得较多。</w:t>
      </w:r>
    </w:p>
    <w:p>
      <w:pPr>
        <w:pStyle w:val="Heading2"/>
      </w:pPr>
      <w:r>
        <w:t>第77题　朗读作品：《钢铁》节选</w:t>
      </w:r>
    </w:p>
    <w:p>
      <w:r>
        <w:t>评分要点：注意泥泞nìng、攥zuàn、踌躇chóu chú；朗读时注意语速平稳（约240字/4分钟），不回读、不增字、不脱漏；标点符号处要合理停顿，语气自然；每错一个音节扣0.1分，声韵系统性缺陷扣得较多。</w:t>
      </w:r>
    </w:p>
    <w:p>
      <w:pPr>
        <w:pStyle w:val="Heading2"/>
      </w:pPr>
      <w:r>
        <w:t>第78题　朗读作品：《哈姆雷特》</w:t>
      </w:r>
    </w:p>
    <w:p>
      <w:r>
        <w:t>评分要点：注意睥睨pì nì、缄默jiān、祀sì；朗读时注意语速平稳（约240字/4分钟），不回读、不增字、不脱漏；标点符号处要合理停顿，语气自然；每错一个音节扣0.1分，声韵系统性缺陷扣得较多。</w:t>
      </w:r>
    </w:p>
    <w:p>
      <w:pPr>
        <w:pStyle w:val="Heading2"/>
      </w:pPr>
      <w:r>
        <w:t>第79题　朗读作品：《最后一课》</w:t>
      </w:r>
    </w:p>
    <w:p>
      <w:r>
        <w:t>评分要点：注意懊丧ào sàng、哽咽gěng yè、惩罚chéng；朗读时注意语速平稳（约240字/4分钟），不回读、不增字、不脱漏；标点符号处要合理停顿，语气自然；每错一个音节扣0.1分，声韵系统性缺陷扣得较多。</w:t>
      </w:r>
    </w:p>
    <w:p>
      <w:pPr>
        <w:pStyle w:val="Heading2"/>
      </w:pPr>
      <w:r>
        <w:t>第80题　朗读作品：《皇帝的新装》</w:t>
      </w:r>
    </w:p>
    <w:p>
      <w:r>
        <w:t>评分要点：注意称职chèn、附和hè、爵士jué；朗读时注意语速平稳（约240字/4分钟），不回读、不增字、不脱漏；标点符号处要合理停顿，语气自然；每错一个音节扣0.1分，声韵系统性缺陷扣得较多。</w:t>
      </w:r>
    </w:p>
    <w:p>
      <w:pPr>
        <w:pStyle w:val="Heading2"/>
      </w:pPr>
      <w:r>
        <w:t>第81题　命题说话：我的愿望</w:t>
      </w:r>
    </w:p>
    <w:p>
      <w:r>
        <w:t>评分要点：围绕愿望是什么、为什么、如何实现展开，说满3分钟，避免背诵腔。命题说话占40分，重点测查语音标准度、词汇语法规范度和自然流畅度。必须说满3分钟，不能说范文、不能念稿子，否则扣分严重；尽量用口语，避免书面语长句；不要出现方言词汇和方言语法。</w:t>
      </w:r>
    </w:p>
    <w:p>
      <w:pPr>
        <w:pStyle w:val="Heading2"/>
      </w:pPr>
      <w:r>
        <w:t>第82题　命题说话：我的学习生活</w:t>
      </w:r>
    </w:p>
    <w:p>
      <w:r>
        <w:t>评分要点：讲一段具体学习经历，有细节、有感受。命题说话占40分，重点测查语音标准度、词汇语法规范度和自然流畅度。必须说满3分钟，不能说范文、不能念稿子，否则扣分严重；尽量用口语，避免书面语长句；不要出现方言词汇和方言语法。</w:t>
      </w:r>
    </w:p>
    <w:p>
      <w:pPr>
        <w:pStyle w:val="Heading2"/>
      </w:pPr>
      <w:r>
        <w:t>第83题　命题说话：我尊敬的人</w:t>
      </w:r>
    </w:p>
    <w:p>
      <w:r>
        <w:t>评分要点：选一位具体人物，用2至3件小事刻画。命题说话占40分，重点测查语音标准度、词汇语法规范度和自然流畅度。必须说满3分钟，不能说范文、不能念稿子，否则扣分严重；尽量用口语，避免书面语长句；不要出现方言词汇和方言语法。</w:t>
      </w:r>
    </w:p>
    <w:p>
      <w:pPr>
        <w:pStyle w:val="Heading2"/>
      </w:pPr>
      <w:r>
        <w:t>第84题　命题说话：我喜爱的动物</w:t>
      </w:r>
    </w:p>
    <w:p>
      <w:r>
        <w:t>评分要点：从外形、习性、与我的故事三方面讲。命题说话占40分，重点测查语音标准度、词汇语法规范度和自然流畅度。必须说满3分钟，不能说范文、不能念稿子，否则扣分严重；尽量用口语，避免书面语长句；不要出现方言词汇和方言语法。</w:t>
      </w:r>
    </w:p>
    <w:p>
      <w:pPr>
        <w:pStyle w:val="Heading2"/>
      </w:pPr>
      <w:r>
        <w:t>第85题　命题说话：童年的记忆</w:t>
      </w:r>
    </w:p>
    <w:p>
      <w:r>
        <w:t>评分要点：选2至3个童年片段，真情实感。命题说话占40分，重点测查语音标准度、词汇语法规范度和自然流畅度。必须说满3分钟，不能说范文、不能念稿子，否则扣分严重；尽量用口语，避免书面语长句；不要出现方言词汇和方言语法。</w:t>
      </w:r>
    </w:p>
    <w:p>
      <w:pPr>
        <w:pStyle w:val="Heading2"/>
      </w:pPr>
      <w:r>
        <w:t>第86题　命题说话：难忘的旅行</w:t>
      </w:r>
    </w:p>
    <w:p>
      <w:r>
        <w:t>评分要点：时间、地点、人物、事件、感受五要素齐全。命题说话占40分，重点测查语音标准度、词汇语法规范度和自然流畅度。必须说满3分钟，不能说范文、不能念稿子，否则扣分严重；尽量用口语，避免书面语长句；不要出现方言词汇和方言语法。</w:t>
      </w:r>
    </w:p>
    <w:p>
      <w:pPr>
        <w:pStyle w:val="Heading2"/>
      </w:pPr>
      <w:r>
        <w:t>第87题　命题说话：我的朋友</w:t>
      </w:r>
    </w:p>
    <w:p>
      <w:r>
        <w:t>评分要点：具体人物加具体事件，避免空泛。命题说话占40分，重点测查语音标准度、词汇语法规范度和自然流畅度。必须说满3分钟，不能说范文、不能念稿子，否则扣分严重；尽量用口语，避免书面语长句；不要出现方言词汇和方言语法。</w:t>
      </w:r>
    </w:p>
    <w:p>
      <w:pPr>
        <w:pStyle w:val="Heading2"/>
      </w:pPr>
      <w:r>
        <w:t>第88题　命题说话：我喜爱的职业</w:t>
      </w:r>
    </w:p>
    <w:p>
      <w:r>
        <w:t>评分要点：为什么喜欢，需要具备什么，如何准备。命题说话占40分，重点测查语音标准度、词汇语法规范度和自然流畅度。必须说满3分钟，不能说范文、不能念稿子，否则扣分严重；尽量用口语，避免书面语长句；不要出现方言词汇和方言语法。</w:t>
      </w:r>
    </w:p>
    <w:p>
      <w:pPr>
        <w:pStyle w:val="Heading2"/>
      </w:pPr>
      <w:r>
        <w:t>第89题　命题说话：我的业余生活</w:t>
      </w:r>
    </w:p>
    <w:p>
      <w:r>
        <w:t>评分要点：列举2至3项爱好，各举一例。命题说话占40分，重点测查语音标准度、词汇语法规范度和自然流畅度。必须说满3分钟，不能说范文、不能念稿子，否则扣分严重；尽量用口语，避免书面语长句；不要出现方言词汇和方言语法。</w:t>
      </w:r>
    </w:p>
    <w:p>
      <w:pPr>
        <w:pStyle w:val="Heading2"/>
      </w:pPr>
      <w:r>
        <w:t>第90题　命题说话：我的成长之路</w:t>
      </w:r>
    </w:p>
    <w:p>
      <w:r>
        <w:t>评分要点：按时间顺序讲3个关键节点。命题说话占40分，重点测查语音标准度、词汇语法规范度和自然流畅度。必须说满3分钟，不能说范文、不能念稿子，否则扣分严重；尽量用口语，避免书面语长句；不要出现方言词汇和方言语法。</w:t>
      </w:r>
    </w:p>
    <w:p>
      <w:pPr>
        <w:pStyle w:val="Heading2"/>
      </w:pPr>
      <w:r>
        <w:t>第91题　命题说话：我知道的风俗</w:t>
      </w:r>
    </w:p>
    <w:p>
      <w:r>
        <w:t>评分要点：节日风俗或地方风俗，讲清由来和做法。命题说话占40分，重点测查语音标准度、词汇语法规范度和自然流畅度。必须说满3分钟，不能说范文、不能念稿子，否则扣分严重；尽量用口语，避免书面语长句；不要出现方言词汇和方言语法。</w:t>
      </w:r>
    </w:p>
    <w:p>
      <w:pPr>
        <w:pStyle w:val="Heading2"/>
      </w:pPr>
      <w:r>
        <w:t>第92题　命题说话：我喜爱的文学艺术形式</w:t>
      </w:r>
    </w:p>
    <w:p>
      <w:r>
        <w:t>评分要点：选小说、散文、音乐等，举例谈感受。命题说话占40分，重点测查语音标准度、词汇语法规范度和自然流畅度。必须说满3分钟，不能说范文、不能念稿子，否则扣分严重；尽量用口语，避免书面语长句；不要出现方言词汇和方言语法。</w:t>
      </w:r>
    </w:p>
    <w:p>
      <w:pPr>
        <w:pStyle w:val="Heading2"/>
      </w:pPr>
      <w:r>
        <w:t>第93题　命题说话：谈谈卫生与健康</w:t>
      </w:r>
    </w:p>
    <w:p>
      <w:r>
        <w:t>评分要点：观点加生活实例。命题说话占40分，重点测查语音标准度、词汇语法规范度和自然流畅度。必须说满3分钟，不能说范文、不能念稿子，否则扣分严重；尽量用口语，避免书面语长句；不要出现方言词汇和方言语法。</w:t>
      </w:r>
    </w:p>
    <w:p>
      <w:pPr>
        <w:pStyle w:val="Heading2"/>
      </w:pPr>
      <w:r>
        <w:t>第94题　命题说话：我的假日生活</w:t>
      </w:r>
    </w:p>
    <w:p>
      <w:r>
        <w:t>评分要点：讲一个具体的假日安排。命题说话占40分，重点测查语音标准度、词汇语法规范度和自然流畅度。必须说满3分钟，不能说范文、不能念稿子，否则扣分严重；尽量用口语，避免书面语长句；不要出现方言词汇和方言语法。</w:t>
      </w:r>
    </w:p>
    <w:p>
      <w:pPr>
        <w:pStyle w:val="Heading2"/>
      </w:pPr>
      <w:r>
        <w:t>第95题　命题说话：我熟悉的地方</w:t>
      </w:r>
    </w:p>
    <w:p>
      <w:r>
        <w:t>评分要点：家乡、学校或社区，要有画面感。命题说话占40分，重点测查语音标准度、词汇语法规范度和自然流畅度。必须说满3分钟，不能说范文、不能念稿子，否则扣分严重；尽量用口语，避免书面语长句；不要出现方言词汇和方言语法。</w:t>
      </w:r>
    </w:p>
    <w:p>
      <w:pPr>
        <w:pStyle w:val="Heading2"/>
      </w:pPr>
      <w:r>
        <w:t>第96题　命题说话：谈谈科技与社会生活</w:t>
      </w:r>
    </w:p>
    <w:p>
      <w:r>
        <w:t>评分要点：手机、高铁、移动支付等举例。命题说话占40分，重点测查语音标准度、词汇语法规范度和自然流畅度。必须说满3分钟，不能说范文、不能念稿子，否则扣分严重；尽量用口语，避免书面语长句；不要出现方言词汇和方言语法。</w:t>
      </w:r>
    </w:p>
    <w:p>
      <w:pPr>
        <w:pStyle w:val="Heading2"/>
      </w:pPr>
      <w:r>
        <w:t>第97题　命题说话：体育锻炼</w:t>
      </w:r>
    </w:p>
    <w:p>
      <w:r>
        <w:t>评分要点：自己的锻炼经历加感受。命题说话占40分，重点测查语音标准度、词汇语法规范度和自然流畅度。必须说满3分钟，不能说范文、不能念稿子，否则扣分严重；尽量用口语，避免书面语长句；不要出现方言词汇和方言语法。</w:t>
      </w:r>
    </w:p>
    <w:p>
      <w:pPr>
        <w:pStyle w:val="Heading2"/>
      </w:pPr>
      <w:r>
        <w:t>第98题　命题说话：家乡的风光</w:t>
      </w:r>
    </w:p>
    <w:p>
      <w:r>
        <w:t>评分要点：自然景观加人文特色。命题说话占40分，重点测查语音标准度、词汇语法规范度和自然流畅度。必须说满3分钟，不能说范文、不能念稿子，否则扣分严重；尽量用口语，避免书面语长句；不要出现方言词汇和方言语法。</w:t>
      </w:r>
    </w:p>
    <w:p>
      <w:pPr>
        <w:pStyle w:val="Heading2"/>
      </w:pPr>
      <w:r>
        <w:t>第99题　命题说话：谈谈社会公德</w:t>
      </w:r>
    </w:p>
    <w:p>
      <w:r>
        <w:t>评分要点：排队、让座、礼让等具体例子。命题说话占40分，重点测查语音标准度、词汇语法规范度和自然流畅度。必须说满3分钟，不能说范文、不能念稿子，否则扣分严重；尽量用口语，避免书面语长句；不要出现方言词汇和方言语法。</w:t>
      </w:r>
    </w:p>
    <w:p>
      <w:pPr>
        <w:pStyle w:val="Heading2"/>
      </w:pPr>
      <w:r>
        <w:t>第100题　命题说话：我喜爱的节日</w:t>
      </w:r>
    </w:p>
    <w:p>
      <w:r>
        <w:t>评分要点：春节或中秋等，讲习俗加情感。命题说话占40分，重点测查语音标准度、词汇语法规范度和自然流畅度。必须说满3分钟，不能说范文、不能念稿子，否则扣分严重；尽量用口语，避免书面语长句；不要出现方言词汇和方言语法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