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入团申请书</w:t>
      </w:r>
    </w:p>
    <w:p>
      <w:pPr>
        <w:pStyle w:val="Heading1"/>
      </w:pPr>
      <w:r>
        <w:t>入团申请书（标准范本）</w:t>
      </w:r>
    </w:p>
    <w:p>
      <w:r>
        <w:t>说明：本范本适用于中学、大学及基层团支部申请加入中国共产主义青年团使用。申请人须用黑色钢笔或签字笔手写誊抄一份，落款处签名并填写日期。括号内为填写提示，正式提交前请删除。</w:t>
      </w:r>
    </w:p>
    <w:p>
      <w:pPr>
        <w:pStyle w:val="Heading2"/>
      </w:pPr>
      <w:r>
        <w:t>一、标题</w:t>
      </w:r>
    </w:p>
    <w:p>
      <w:r>
        <w:t>入团申请书（居中书写，字体稍大）</w:t>
      </w:r>
    </w:p>
    <w:p>
      <w:pPr>
        <w:pStyle w:val="Heading2"/>
      </w:pPr>
      <w:r>
        <w:t>二、称呼</w:t>
      </w:r>
    </w:p>
    <w:p>
      <w:r>
        <w:t>敬爱的团组织：（顶格书写，后面加冒号）</w:t>
      </w:r>
    </w:p>
    <w:p>
      <w:pPr>
        <w:pStyle w:val="Heading2"/>
      </w:pPr>
      <w:r>
        <w:t>三、正文</w:t>
      </w:r>
    </w:p>
    <w:p>
      <w:r>
        <w:t>我志愿申请加入中国共产主义青年团。</w:t>
      </w:r>
    </w:p>
    <w:p>
      <w:r>
        <w:t>中国共产主义青年团是中国共产党领导的先进青年的群众组织，是广大青年在实践中学习中国特色社会主义和共产主义的学校，是中国共产党的助手和后备军。共青团自1922年成立以来，始终团结带领广大青年，在革命、建设、改革各个历史时期都作出了重要贡献。在长期的奋斗历程中，共青团始终坚持党的领导，坚持以青年为本，引导广大青年坚定理想信念，练就过硬本领，勇于创新创造，矢志艰苦奋斗，锤炼高尚品格。</w:t>
      </w:r>
    </w:p>
    <w:p>
      <w:r>
        <w:t>在认真学习团章和参加学校团组织开展的团课学习之后，我对共青团有了更加深入的认识。共青团坚决拥护中国共产党的纲领，以马克思列宁主义、毛泽东思想、邓小平理论、三个代表重要思想、科学发展观、习近平新时代中国特色社会主义思想为行动指南，解放思想，实事求是，与时俱进，求真务实，团结全国各族青年，为把我国建设成为富强民主文明和谐美丽的社会主义现代化强国，为最终实现共产主义而奋斗。</w:t>
      </w:r>
    </w:p>
    <w:p>
      <w:r>
        <w:t>在日常学习和生活中，我始终以一名优秀青年的标准严格要求自己。在思想上，我热爱祖国，热爱人民，热爱中国共产党，认真学习时事政治，积极参加学校组织的爱国主义教育活动，不断提高自己的政治觉悟和思想道德修养。在学习上，我态度端正，刻苦努力，勤于思考，乐于钻研，各门功课成绩均保持在班级前列，并多次获得学校表彰。在班级工作中，我担任班长、学习委员、课代表或其他职务，热心为同学服务，积极配合老师开展各项工作，得到了老师和同学的一致认可。在生活中，我尊敬师长，团结同学，诚实守信，乐于助人，自觉遵守学校的各项规章制度，积极参加体育锻炼和社会实践活动，努力做到德智体美劳全面发展。</w:t>
      </w:r>
    </w:p>
    <w:p>
      <w:r>
        <w:t>我深知，作为一名真正的共青团员，不仅要有良好的学习成绩和高尚的道德品质，更要有坚定的理想信念和强烈的社会责任感。在今后的日子里，我将更加严格地要求自己：在思想上，认真学习党的理论和路线方针政策，积极向团组织靠拢，定期向团组织汇报思想；在学习上，更加勤奋刻苦，勇于攀登科学文化知识的高峰；在工作上，更加主动热情，不计较个人得失，全心全意为同学服务；在生活上，更加勤俭节约，艰苦朴素，自觉抵制不良风气的影响。</w:t>
      </w:r>
    </w:p>
    <w:p>
      <w:r>
        <w:t>如果团组织能够批准我的申请，我将倍加珍惜这份荣誉，以一名合格共青团员的标准严格要求自己，拥护团的纲领，遵守团的章程，执行团的决议，履行团员义务，严守团的纪律，按时交纳团费，积极参加团的活动，在学习、劳动、工作及其他社会活动中起到模范带头作用，为团旗增光添彩。</w:t>
      </w:r>
    </w:p>
    <w:p>
      <w:r>
        <w:t>如果团组织暂时没有批准我的申请，我也绝不会灰心丧气。我会认真反思自己身上存在的不足，更加严格地要求自己，不断改进和提高，继续以实际行动争取早日加入中国共产主义青年团。我相信，在团组织的教育和帮助下，我一定能够成为一名合格的共青团员。</w:t>
      </w:r>
    </w:p>
    <w:p>
      <w:r>
        <w:t>请团组织在实践中考验我！</w:t>
      </w:r>
    </w:p>
    <w:p>
      <w:pPr>
        <w:pStyle w:val="Heading2"/>
      </w:pPr>
      <w:r>
        <w:t>四、结尾</w:t>
      </w:r>
    </w:p>
    <w:p>
      <w:r>
        <w:t>此致</w:t>
      </w:r>
    </w:p>
    <w:p>
      <w:r>
        <w:t>敬礼！</w:t>
      </w:r>
    </w:p>
    <w:p>
      <w:pPr>
        <w:pStyle w:val="Heading2"/>
      </w:pPr>
      <w:r>
        <w:t>五、署名与日期</w:t>
      </w:r>
    </w:p>
    <w:p>
      <w:r>
        <w:t>申请人：（手写签名）</w:t>
      </w:r>
    </w:p>
    <w:p>
      <w:r>
        <w:t>所在学校或班级：　　　年级　　　班</w:t>
      </w:r>
    </w:p>
    <w:p>
      <w:r>
        <w:t xml:space="preserve">　　　　　　年　　月　　日</w:t>
      </w:r>
    </w:p>
    <w:p>
      <w:pPr>
        <w:pStyle w:val="Heading2"/>
      </w:pPr>
      <w:r>
        <w:t>六、撰写与提交注意事项</w:t>
      </w:r>
    </w:p>
    <w:p>
      <w:r>
        <w:t>1. 必须由本人亲笔书写，不得打印、不得由他人代写，字迹要工整清晰。</w:t>
      </w:r>
    </w:p>
    <w:p>
      <w:r>
        <w:t>2. 纸张统一使用学校发放的方格稿纸或16开作文纸，使用黑色或蓝黑色钢笔、签字笔。</w:t>
      </w:r>
    </w:p>
    <w:p>
      <w:r>
        <w:t>3. 正文一般不少于800字，结合自身实际情况真实书写，不要照抄模板千篇一律。</w:t>
      </w:r>
    </w:p>
    <w:p>
      <w:r>
        <w:t>4. 写完后交给班级团支部书记或班主任，由团支部讨论后上报上级团组织。</w:t>
      </w:r>
    </w:p>
    <w:p>
      <w:r>
        <w:t>5. 入团流程一般为：递交申请书、团支部确定积极分子、团课学习、填写入团志愿书、支部大会表决、上级团委审批、入团宣誓。</w:t>
      </w:r>
    </w:p>
    <w:p>
      <w:r>
        <w:t>6. 团员年满28周岁，没有担任团内职务，应该办理离团手续；团员加入共产党以后仍保留团籍。</w:t>
      </w:r>
    </w:p>
    <w:p>
      <w:pPr>
        <w:pStyle w:val="Heading2"/>
      </w:pPr>
      <w:r>
        <w:t>七、常见问题解答</w:t>
      </w:r>
    </w:p>
    <w:p>
      <w:r>
        <w:t>问：多大年龄可以申请入团？答：年龄在十四周岁以上，二十八周岁以下的中国青年，承认团的章程，愿意参加团的一个组织并在其中积极工作、执行团的决议和按期交纳团费的，可以申请加入中国共产主义青年团。</w:t>
      </w:r>
    </w:p>
    <w:p>
      <w:r>
        <w:t>问：初中没入团，高中或大学还能入吗？答：可以。只要年龄在28周岁以下，符合条件，都可以向学校或单位所在地的团组织递交入团申请书。</w:t>
      </w:r>
    </w:p>
    <w:p>
      <w:r>
        <w:t>问：入团后多久交一次团费？答：团员应有意识地按时交纳团费。学生团员一般每月交纳0.2元，基层团组织可按学期或学年统一收取。</w:t>
      </w:r>
    </w:p>
    <w:p>
      <w:pPr>
        <w:pStyle w:val="Heading2"/>
      </w:pPr>
      <w:r>
        <w:t>八、对团员权利与义务的认识</w:t>
      </w:r>
    </w:p>
    <w:p>
      <w:r>
        <w:t>通过学习团章，我认识到团员享有下列权利：参加团的有关会议和团组织开展的各类活动，接受团组织的教育和培训；在团内有选举权、被选举权和表决权；在团的会议和团的媒体上，参加关于团的工作和青年关心的问题的讨论，对团的工作提出建议，监督、批评团的领导机关和团的工作人员；对团的决议如有不同意见，在坚决执行的前提下，可以保留，并且可以向团的上级组织提出；参加团组织讨论对自己处分的会议，并且可以申辩，其他团员可以为其作证和辩护；向团的任何一级组织直至中央委员会提出请求、申诉和控告，并要求有关组织给予负责的答复。</w:t>
      </w:r>
    </w:p>
    <w:p>
      <w:r>
        <w:t>同时，团员必须履行下列义务：努力学习马克思列宁主义、毛泽东思想、邓小平理论、三个代表重要思想、科学发展观、习近平新时代中国特色社会主义思想，学习团的基本知识，学习科学、文化、法律和业务知识，不断提高为人民服务的本领；宣传、执行党的基本路线和各项方针政策，积极参加改革开放和社会主义现代化建设，努力完成团组织交给的任务，在学习、劳动、工作及其他社会活动中起模范作用；自觉遵守国家的法律法规和团的纪律，执行团的决议，发扬社会主义新风尚，积极参加志愿服务，实践社会主义核心价值观和社会主义荣辱观，提倡共产主义道德，弘扬中华民族传统美德，维护国家和人民的利益，为保护国家财产和人民群众的安全挺身而出，英勇斗争；接受国防教育，增强国防意识，积极履行保卫祖国的义务；虚心向人民群众学习，热心帮助青年进步，及时反映青年的意见和要求；开展批评和自我批评，勇于揭露和纠正错误言行，勇于改正缺点和错误，自觉抵制不良倾向，坚决同各种违纪违法行为作斗争。</w:t>
      </w:r>
    </w:p>
    <w:p>
      <w:r>
        <w:t>我深知，团员的权利与义务是辩证统一的，没有无义务的权利，也没有无权利的义务。我愿意以团员的标准严格要求自己，在日常学习和生活中认真履行团员义务，正确行使团员权利，不辜负团组织的信任和培养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