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实习报告</w:t>
      </w:r>
    </w:p>
    <w:p>
      <w:pPr>
        <w:pStyle w:val="Heading1"/>
      </w:pPr>
      <w:r>
        <w:t>实习报告（标准范本，通用专业）</w:t>
      </w:r>
    </w:p>
    <w:p>
      <w:r>
        <w:t>说明：本范本适用于大专、本科、研究生各类专业实习结束后撰写实习报告。括号内容请根据实际情况替换，正文一般不少于3000字，可根据学校要求增减。</w:t>
      </w:r>
    </w:p>
    <w:p>
      <w:pPr>
        <w:pStyle w:val="Heading2"/>
      </w:pPr>
      <w:r>
        <w:t>一、基本信息</w:t>
      </w:r>
    </w:p>
    <w:p>
      <w:r>
        <w:t xml:space="preserve">学　　校：　　　　　　　　　　　</w:t>
      </w:r>
    </w:p>
    <w:p>
      <w:r>
        <w:t xml:space="preserve">专　　业：　　　　　　　　　　　</w:t>
      </w:r>
    </w:p>
    <w:p>
      <w:r>
        <w:t xml:space="preserve">班　　级：　　　　　　　　　　　</w:t>
      </w:r>
    </w:p>
    <w:p>
      <w:r>
        <w:t xml:space="preserve">姓　　名：　　　　　　　　　　　</w:t>
      </w:r>
    </w:p>
    <w:p>
      <w:r>
        <w:t xml:space="preserve">学　　号：　　　　　　　　　　　</w:t>
      </w:r>
    </w:p>
    <w:p>
      <w:r>
        <w:t xml:space="preserve">实习单位：　　　　　　　　　　　</w:t>
      </w:r>
    </w:p>
    <w:p>
      <w:r>
        <w:t xml:space="preserve">实习部门：　　　　　　　　　　　</w:t>
      </w:r>
    </w:p>
    <w:p>
      <w:r>
        <w:t xml:space="preserve">实习岗位：　　　　　　　　　　　</w:t>
      </w:r>
    </w:p>
    <w:p>
      <w:r>
        <w:t>实习时间：　　年　　月　　日 至 　　年　　月　　日</w:t>
      </w:r>
    </w:p>
    <w:p>
      <w:r>
        <w:t xml:space="preserve">校内指导教师：　　　　　　　　　</w:t>
      </w:r>
    </w:p>
    <w:p>
      <w:r>
        <w:t xml:space="preserve">企业指导老师：　　　　　　　　　</w:t>
      </w:r>
    </w:p>
    <w:p>
      <w:pPr>
        <w:pStyle w:val="Heading2"/>
      </w:pPr>
      <w:r>
        <w:t>二、实习目的</w:t>
      </w:r>
    </w:p>
    <w:p>
      <w:r>
        <w:t>毕业实习是大学本科或专科教学计划中不可或缺的重要实践环节。通过深入企事业单位一线岗位，将在校所学的专业理论知识与实际工作相结合，检验、巩固和深化所学理论，培养独立分析问题、解决问题的实际工作能力，锻炼职业素养和团队协作精神，为今后走上工作岗位奠定坚实基础。同时，通过亲身感受真实职场环境，了解行业发展现状和人才需求，进一步明确自身职业发展方向，合理规划未来职业生涯。</w:t>
      </w:r>
    </w:p>
    <w:p>
      <w:pPr>
        <w:pStyle w:val="Heading2"/>
      </w:pPr>
      <w:r>
        <w:t>三、实习单位及岗位简介</w:t>
      </w:r>
    </w:p>
    <w:p>
      <w:r>
        <w:t>实习单位全称成立于某年，是一家主要从事软件开发、市场营销、财务管理、教育培训、工程建设、医疗卫生等业务的国有、民营、合资或事业单位。公司注册资本若干万元，现有员工若干余人，下设若干个部门，在行业内具有较高的知名度和良好的口碑。</w:t>
      </w:r>
    </w:p>
    <w:p>
      <w:r>
        <w:t>本人所在部门为某部，实习岗位为某岗。主要工作职责包括：协助正式员工完成日常业务数据整理与分析、参与项目方案的初稿撰写、负责客户沟通与对接、协助完成会议记录与文档归档、参与市场调研与用户访谈等。</w:t>
      </w:r>
    </w:p>
    <w:p>
      <w:pPr>
        <w:pStyle w:val="Heading2"/>
      </w:pPr>
      <w:r>
        <w:t>四、实习主要内容</w:t>
      </w:r>
    </w:p>
    <w:p>
      <w:r>
        <w:t>在为期若干个月的实习期间，我严格遵守实习单位的各项规章制度，按时上下班，不迟到不早退，虚心向企业指导老师和身边同事请教，主要完成了以下工作：</w:t>
      </w:r>
    </w:p>
    <w:p>
      <w:r>
        <w:t>第一，熟悉业务流程。入职第一周，在企业指导老师的带领下，系统学习了公司的组织架构、业务范围、产品体系、客户群体以及相关规章制度，认真研读了公司内部的业务手册和操作规范，并通过旁听部门例会、参与部门培训，快速建立起对所在行业和岗位的整体认知。</w:t>
      </w:r>
    </w:p>
    <w:p>
      <w:r>
        <w:t>第二，承担基础工作。在熟悉业务之后，我开始独立承担一些基础性工作，包括：负责日常数据的录入、核对与汇总，使用Excel、SPSS、Python等工具完成数据清洗与简单可视化；协助整理客户档案，按规范完成文档归档；撰写周报、月报的初稿；接听客户咨询电话，解答常见问题。在这一过程中，我深刻体会到细节决定成败的道理，一个小数点、一个日期都可能影响后续工作，必须保持高度专注和责任心。</w:t>
      </w:r>
    </w:p>
    <w:p>
      <w:r>
        <w:t>第三，参与项目实战。实习中期，我有幸加入某项目小组，承担用户调研问卷设计、竞品分析报告撰写、活动方案策划、财务凭证录入、网页原型设计、现场施工记录等具体任务。在项目推进过程中，我学会了如何与不同角色的同事协作，如何在截止日期之前合理安排工作节奏，如何通过文档和会议高效同步信息，也第一次真切感受到团队协作的力量。</w:t>
      </w:r>
    </w:p>
    <w:p>
      <w:r>
        <w:t>第四，总结与复盘。实习后期，我对自己负责的工作进行了系统梳理，整理了实习期间积累的工作文档、数据表格、分析报告，并撰写了个人实习小结，主动与企业指导老师沟通，听取反馈意见，明确了下一步需要改进的方向。</w:t>
      </w:r>
    </w:p>
    <w:p>
      <w:pPr>
        <w:pStyle w:val="Heading2"/>
      </w:pPr>
      <w:r>
        <w:t>五、实习收获与体会</w:t>
      </w:r>
    </w:p>
    <w:p>
      <w:r>
        <w:t>第一，专业知识得到检验和深化。课本上的理论是抽象的、理想化的，而真实工作中遇到的问题往往是复杂的、多因素交织的。通过本次实习，我第一次真正将管理学原理、市场营销学、基础会计、程序设计基础、护理学基础等课程的知识运用到实际场景中，也发现了自己在理论理解上的薄弱环节，反过来促进了对课本知识的再学习。</w:t>
      </w:r>
    </w:p>
    <w:p>
      <w:r>
        <w:t>第二，职业能力得到锻炼。实习让我初步掌握了职场沟通、时间管理、文档写作、办公软件高级应用等通用职业技能；学会了在接到任务时先确认目标和标准，在遇到问题时先思考再求助，在汇报工作时结论先行、数据支撑。这些能力是课堂上学不到的，却对今后的职业生涯至关重要。</w:t>
      </w:r>
    </w:p>
    <w:p>
      <w:r>
        <w:t>第三，职业素养得到提升。通过与企业员工朝夕相处，我亲身感受到职场人身上的敬业精神、责任意识和团队协作氛围。我学会了守时、学会了主动汇报、学会了在压力下保持镇定，也学会了正确对待批评和建议。</w:t>
      </w:r>
    </w:p>
    <w:p>
      <w:r>
        <w:t>第四，对行业和自身有了更清晰的认识。实习让我跳出校园的象牙塔，真实观察到行业的发展趋势、岗位的能力要求和人才的竞争格局。这让我更加明确：未来还需要在哪些方面继续学习、考取哪些证书、积累哪些经验，从而对自己的职业生涯有了更加理性和清晰的规划。</w:t>
      </w:r>
    </w:p>
    <w:p>
      <w:pPr>
        <w:pStyle w:val="Heading2"/>
      </w:pPr>
      <w:r>
        <w:t>六、存在不足与改进方向</w:t>
      </w:r>
    </w:p>
    <w:p>
      <w:r>
        <w:t>回顾整个实习过程，我也清醒地认识到自己身上还存在不少不足：一是专业知识储备还不够扎实，遇到综合性问题时常常需要查阅大量资料才能上手；二是沟通表达能力还有待提高，有时在向领导汇报工作时不够简洁清晰；三是办公软件和专业工具的熟练度不足，影响了工作效率；四是面对突发情况时应变能力还不够强，容易紧张。在今后的学习和工作中，我将有针对性地加以改进：夯实专业基础、多参加演讲和写作训练、系统学习常用工具、主动承担有挑战性的任务，在实践中不断成长。</w:t>
      </w:r>
    </w:p>
    <w:p>
      <w:pPr>
        <w:pStyle w:val="Heading2"/>
      </w:pPr>
      <w:r>
        <w:t>七、致谢</w:t>
      </w:r>
    </w:p>
    <w:p>
      <w:r>
        <w:t>衷心感谢实习单位为我提供宝贵的实习机会，感谢企业指导老师在工作中给予我的耐心指导和悉心帮助，感谢部门同事在日常工作中给予我的关心和支持，同时也衷心感谢学校领导和校内指导教师对我实习期间的关心与指导。这段实习经历将成为我人生道路上一笔宝贵的财富。</w:t>
      </w:r>
    </w:p>
    <w:p>
      <w:pPr>
        <w:pStyle w:val="Heading2"/>
      </w:pPr>
      <w:r>
        <w:t>八、实习总结</w:t>
      </w:r>
    </w:p>
    <w:p>
      <w:r>
        <w:t>通过本次毕业实习，我在专业知识、职业能力、职业素养等各个方面都得到了一次全面的锻炼和提升，圆满完成了实习任务。在今后的学习和工作中，我将继续保持谦虚谨慎、勤奋刻苦的态度，把实习中学到的好作风、好方法延续下去，努力成长为一名对社会有用的专业人才。</w:t>
      </w:r>
    </w:p>
    <w:p>
      <w:pPr>
        <w:pStyle w:val="Heading2"/>
      </w:pPr>
      <w:r>
        <w:t>九、实习后续计划</w:t>
      </w:r>
    </w:p>
    <w:p>
      <w:r>
        <w:t>实习结束不是终点，而是新的起点。回到学校后，我将针对实习中暴露的不足，制定后续学习计划：一是利用剩余在校时间，系统补修专业核心课程，特别是实习中感到吃力的某方向知识；二是考取与目标岗位相关的职业资格证书，如英语四六级、计算机等级、初级职称、行业从业资格等；三是积极参加学科竞赛、社会实践和志愿服务，把实习中养成的职业习惯延续下去；四是持续关注行业动态，通过专业期刊、行业报告、企业公众号等渠道保持对市场的敏感度，为明年秋招或考研打下坚实基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