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借款合同（民间借贷通用模板）</w:t>
      </w:r>
    </w:p>
    <w:p>
      <w:r>
        <w:t>出借人（甲方）：________ 身份证号：________________ 联系电话：____________ 住址：________________。</w:t>
      </w:r>
    </w:p>
    <w:p>
      <w:r>
        <w:t>借款人（乙方）：________ 身份证号：________________ 联系电话：____________ 住址：________________。</w:t>
      </w:r>
    </w:p>
    <w:p>
      <w:r>
        <w:t>根据《中华人民共和国民法典》及相关法律法规，甲乙双方本着平等、自愿、诚实信用的原则，就借款事宜协商一致，订立本合同，共同遵守。</w:t>
      </w:r>
    </w:p>
    <w:p>
      <w:r>
        <w:t>第一条 借款金额：甲方向乙方出借人民币____元（大写：____元整）。甲方应于____年__月__日前，通过银行转账方式将借款支付至乙方指定账户：户名________，开户行________，账号________________。转账凭证作为本合同附件。借款不得预扣利息，预扣的按实际出借金额认定本金。</w:t>
      </w:r>
    </w:p>
    <w:p>
      <w:r>
        <w:t>第二条 借款用途：本借款用于________________（如：家庭周转、经营资金、治病就医、子女教育等）。乙方不得将借款用于赌博、非法集资、吸毒、高利转贷等违法违规活动，否则甲方有权提前收回全部借款，并按本合同约定追究乙方违约责任。</w:t>
      </w:r>
    </w:p>
    <w:p>
      <w:r>
        <w:t>第三条 借款期限：借款期限自____年__月__日起至____年__月__日止。实际借款日与约定不一致的，以甲方实际转账之日起算。</w:t>
      </w:r>
    </w:p>
    <w:p>
      <w:r>
        <w:t>第四条 借款利息：双方约定借款年利率为____%（大写：百分之____），该利率不得超过合同成立时一年期贷款市场报价利率（LPR）的四倍。利息按__（月/季/年）支付，乙方应于每个付息日将利息转入甲方指定账户。双方未约定利息或约定不明的，视为不支付利息。</w:t>
      </w:r>
    </w:p>
    <w:p>
      <w:r>
        <w:t>第五条 还款方式：乙方应于借款到期日一次性偿还全部本金及剩余利息。经甲方书面同意，乙方可以提前还款，提前还款的利息按实际借款天数计算。乙方分期还款的，按以下计划执行：第一期____年__月__日前还____元；第二期____年__月__日前还____元；第三期____年__月__日前还清余款。</w:t>
      </w:r>
    </w:p>
    <w:p>
      <w:r>
        <w:t>第六条 逾期责任：乙方未按约定日期还款的，自逾期之日起，按年利率____%支付逾期利息（总计不得超过法律保护的上限）。乙方逾期超过__日的，甲方有权宣布全部借款提前到期，并要求乙方立即偿还全部本金、利息及逾期利息。</w:t>
      </w:r>
    </w:p>
    <w:p>
      <w:r>
        <w:t>第七条 夫妻共同债务声明：乙方配偶________（身份证号：________________）已充分知悉本借款，并确认本借款为夫妻共同债务，愿意与乙方共同承担还款责任，不得以离婚、分居等理由拒绝还款。（无配偶或非共同债务则本条删除）</w:t>
      </w:r>
    </w:p>
    <w:p>
      <w:r>
        <w:t>第八条 担保条款（如有）：本借款由________（身份证号：________________）提供连带责任保证担保，担保范围包括借款本金、利息、逾期利息、违约金及甲方为实现债权支出的全部合理费用。保证期间为借款到期之日起三年。（无担保则本条删除）</w:t>
      </w:r>
    </w:p>
    <w:p>
      <w:r>
        <w:t>第九条 实现债权的费用：因乙方违约导致甲方为实现债权而支出的合理费用，包括但不限于律师费、诉讼费、保全费、保全担保费、差旅费、公证费、公告费、鉴定费、执行费、拍卖费等，均由乙方承担。</w:t>
      </w:r>
    </w:p>
    <w:p>
      <w:r>
        <w:t>第十条 通知与送达：双方确认本合同首页所写住址、电话为有效送达地址和联系方式。任何一方变更联系方式应在变更后3日内书面通知对方，否则按原地址寄送文件即视为有效送达，由此产生的不利后果由未通知方承担。该送达地址同时适用于法院诉讼阶段法律文书的送达。</w:t>
      </w:r>
    </w:p>
    <w:p>
      <w:r>
        <w:t>第十一条 合同变更与补充：本合同任何修改、补充均须双方书面协商一致，签订补充协议。补充协议与本合同具有同等法律效力。口头变更无效。</w:t>
      </w:r>
    </w:p>
    <w:p>
      <w:r>
        <w:t>第十二条 乙方的陈述与保证：乙方保证向甲方提供的身份信息、收入情况、资产状况真实有效；如乙方出现重大财务恶化、被起诉、列入失信名单等情形，应在3日内书面通知甲方，甲方有权要求提前还款。</w:t>
      </w:r>
    </w:p>
    <w:p>
      <w:r>
        <w:t>第十三条 争议解决：因本合同发生争议，双方应首先友好协商解决；协商不成的，任何一方均可向甲方（出借人）所在地人民法院提起诉讼。</w:t>
      </w:r>
    </w:p>
    <w:p>
      <w:r>
        <w:t>第十四条 合同生效与份数：本合同自甲方实际向乙方支付借款之日起生效。本合同一式两份，甲乙双方各执一份，具有同等法律效力。</w:t>
      </w:r>
    </w:p>
    <w:p>
      <w:r>
        <w:t>甲方（签字按手印）：________ 乙方（签字按手印）：________ 日期：____年__月__日</w:t>
      </w:r>
    </w:p>
    <w:p>
      <w:r>
        <w:t>附件一：银行转账凭证（注明转账日期、金额、付款人、收款人、账号）。</w:t>
      </w:r>
    </w:p>
    <w:p>
      <w:r>
        <w:t>附件二：甲方、乙方身份证复印件（正反面）。</w:t>
      </w:r>
    </w:p>
    <w:p>
      <w:r>
        <w:t>附件三：担保人身份证复印件及配偶共同还款声明（如有）。</w:t>
      </w:r>
    </w:p>
    <w:p>
      <w:r>
        <w:t>使用说明：以上为完整借款合同模板，甲方乙方信息留空，请根据实际情况填写后打印签字按手印。大额借款务必走银行转账并保留凭证，不要给现金。签字按手印后实际转账才生效。利息约定不得超过法律保护上限（当前为合同成立时一年期LPR的4倍，以最新司法解释为准）。本模板仅供参考，大额借贷建议咨询专业律师。</w:t>
      </w:r>
    </w:p>
    <w:p>
      <w:r>
        <w:t>特别提醒：本合同模板不构成法律意见，具体案件请咨询执业律师。涉及金额较大或有担保、抵押等复杂安排的，强烈建议在律师指导下签订。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