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家政服务合同范本2026（月嫂/育儿嫂/保姆通用）</w:t>
      </w:r>
    </w:p>
    <w:p>
      <w:r>
        <w:t>甲方（雇主）：________________________</w:t>
      </w:r>
    </w:p>
    <w:p>
      <w:r>
        <w:t>身份证号码：________________________</w:t>
      </w:r>
    </w:p>
    <w:p>
      <w:r>
        <w:t>家庭住址：________________________</w:t>
      </w:r>
    </w:p>
    <w:p>
      <w:r>
        <w:t>联系电话：________________________</w:t>
      </w:r>
    </w:p>
    <w:p/>
    <w:p>
      <w:r>
        <w:t>乙方（家政服务人员）：________________________</w:t>
      </w:r>
    </w:p>
    <w:p>
      <w:r>
        <w:t>身份证号码：________________________</w:t>
      </w:r>
    </w:p>
    <w:p>
      <w:r>
        <w:t>健康证编号：________________________</w:t>
      </w:r>
    </w:p>
    <w:p>
      <w:r>
        <w:t>联系电话：________________________</w:t>
      </w:r>
    </w:p>
    <w:p/>
    <w:p>
      <w:r>
        <w:t>根据《中华人民共和国民法典》及相关法律法规，甲乙双方本着平等自愿、协商一致的原则，就乙方为甲方提供家政服务事宜达成如下协议：</w:t>
      </w:r>
    </w:p>
    <w:p>
      <w:r>
        <w:rPr>
          <w:b/>
          <w:sz w:val="28"/>
        </w:rPr>
        <w:t>第一条 服务内容</w:t>
      </w:r>
    </w:p>
    <w:p>
      <w:r>
        <w:t>1.1 乙方为甲方提供以下家政服务（在选中项打勾）：</w:t>
      </w:r>
    </w:p>
    <w:p>
      <w:r>
        <w:t>□ 月嫂服务：产妇护理、新生儿护理、营养餐制作、洗护消毒、产后恢复指导</w:t>
      </w:r>
    </w:p>
    <w:p>
      <w:r>
        <w:t>□ 育儿嫂服务：婴幼儿喂养、早教启蒙、洗澡抚触、衣物清洗、房间消毒</w:t>
      </w:r>
    </w:p>
    <w:p>
      <w:r>
        <w:t>□ 保姆服务：日常三餐制作、家庭保洁、衣物清洗、采买代办</w:t>
      </w:r>
    </w:p>
    <w:p>
      <w:r>
        <w:t>□ 养老护理：老人日常照料、助餐助浴、康复辅助、陪同就医</w:t>
      </w:r>
    </w:p>
    <w:p>
      <w:r>
        <w:t>1.2 具体服务要求：________________________。</w:t>
      </w:r>
    </w:p>
    <w:p>
      <w:r>
        <w:rPr>
          <w:b/>
          <w:sz w:val="28"/>
        </w:rPr>
        <w:t>第二条 服务地点和时间</w:t>
      </w:r>
    </w:p>
    <w:p>
      <w:r>
        <w:t>2.1 服务地点：________________________。</w:t>
      </w:r>
    </w:p>
    <w:p>
      <w:r>
        <w:t>2.2 服务方式为以下第__种：</w:t>
      </w:r>
    </w:p>
    <w:p>
      <w:r>
        <w:t>（1）住家服务：乙方吃住均在甲方家中，24小时全天候服务（含合理休息时间）。</w:t>
      </w:r>
    </w:p>
    <w:p>
      <w:r>
        <w:t>（2）白班服务：每日工作__小时，自__时至__时，每周休息__天。</w:t>
      </w:r>
    </w:p>
    <w:p>
      <w:r>
        <w:t>2.3 服务期限：自2026年__月__日起至2026年__月__日止，共计__天/月。</w:t>
      </w:r>
    </w:p>
    <w:p>
      <w:r>
        <w:rPr>
          <w:b/>
          <w:sz w:val="28"/>
        </w:rPr>
        <w:t>第三条 服务费用及支付</w:t>
      </w:r>
    </w:p>
    <w:p>
      <w:r>
        <w:t>3.1 服务费用为每月人民币________元（大写：________元整）。</w:t>
      </w:r>
    </w:p>
    <w:p>
      <w:r>
        <w:t>3.2 支付方式为以下第__种：</w:t>
      </w:r>
    </w:p>
    <w:p>
      <w:r>
        <w:t>（1）按月支付：甲方于每月__日前支付当月服务费。</w:t>
      </w:r>
    </w:p>
    <w:p>
      <w:r>
        <w:t>（2）一次性支付：本合同签订后3日内一次性支付全部服务费用。</w:t>
      </w:r>
    </w:p>
    <w:p>
      <w:r>
        <w:t>3.3 乙方服务期间的生活费由甲方承担。乙方因服务需要产生的交通费、通讯费等，经甲方同意后据实报销。</w:t>
      </w:r>
    </w:p>
    <w:p>
      <w:r>
        <w:t>3.4 甲方不得无故克扣乙方服务费用。法定节假日乙方继续提供服务的，甲方应按不低于日工资标准的2倍支付加班费用。</w:t>
      </w:r>
    </w:p>
    <w:p>
      <w:r>
        <w:rPr>
          <w:b/>
          <w:sz w:val="28"/>
        </w:rPr>
        <w:t>第四条 甲方权利和义务</w:t>
      </w:r>
    </w:p>
    <w:p>
      <w:r>
        <w:t>4.1 甲方有权要求乙方按照本合同约定提供家政服务，并对乙方服务质量进行监督。</w:t>
      </w:r>
    </w:p>
    <w:p>
      <w:r>
        <w:t>4.2 甲方应向乙方提供安全、卫生的工作和生活环境，尊重乙方的人格和劳动，不得歧视、虐待乙方。</w:t>
      </w:r>
    </w:p>
    <w:p>
      <w:r>
        <w:t>4.3 甲方应如实告知乙方家庭情况、服务对象的健康状况（特别是传染病、精神疾病等）和特殊要求。</w:t>
      </w:r>
    </w:p>
    <w:p>
      <w:r>
        <w:t>4.4 甲方应按约定及时支付服务费用。</w:t>
      </w:r>
    </w:p>
    <w:p>
      <w:r>
        <w:t>4.5 甲方不得要求乙方从事本合同约定以外的危险性工作，不得要求乙方从事违法活动。</w:t>
      </w:r>
    </w:p>
    <w:p>
      <w:r>
        <w:t>4.6 甲方家中贵重物品应妥善保管。</w:t>
      </w:r>
    </w:p>
    <w:p>
      <w:r>
        <w:rPr>
          <w:b/>
          <w:sz w:val="28"/>
        </w:rPr>
        <w:t>第五条 乙方权利和义务</w:t>
      </w:r>
    </w:p>
    <w:p>
      <w:r>
        <w:t>5.1 乙方有权按约定获取服务报酬。</w:t>
      </w:r>
    </w:p>
    <w:p>
      <w:r>
        <w:t>5.2 乙方应持有效健康证上岗，每年体检一次。患有传染病期间不得继续提供服务。</w:t>
      </w:r>
    </w:p>
    <w:p>
      <w:r>
        <w:t>5.3 乙方应按照本合同约定的服务内容和标准认真履行职责，爱护甲方财物，保守甲方家庭隐私。</w:t>
      </w:r>
    </w:p>
    <w:p>
      <w:r>
        <w:t>5.4 乙方不得擅自将他人带入甲方家中，不得擅自翻动甲方物品，不得偷盗甲方财物。</w:t>
      </w:r>
    </w:p>
    <w:p>
      <w:r>
        <w:t>5.5 乙方在服务期间应注意自身安全和服务对象的安全。因乙方操作不当造成甲方或服务对象人身伤害、财产损失的，乙方应承担相应赔偿责任。</w:t>
      </w:r>
    </w:p>
    <w:p>
      <w:r>
        <w:t>5.6 乙方有事需要请假的，应提前2天通知甲方并征得同意。</w:t>
      </w:r>
    </w:p>
    <w:p>
      <w:r>
        <w:rPr>
          <w:b/>
          <w:sz w:val="28"/>
        </w:rPr>
        <w:t>第六条 合同解除</w:t>
      </w:r>
    </w:p>
    <w:p>
      <w:r>
        <w:t>6.1 经甲乙双方协商一致，可以解除本合同。</w:t>
      </w:r>
    </w:p>
    <w:p>
      <w:r>
        <w:t>6.2 甲方有下列情形之一的，乙方可以随时解除合同：（1）甲方未按约定支付服务费用超过7天的；（2）甲方歧视、虐待乙方的；（3）甲方要求乙方从事违法或危险性工作的；（4）甲方隐瞒重大传染病情况的。</w:t>
      </w:r>
    </w:p>
    <w:p>
      <w:r>
        <w:t>6.3 乙方有下列情形之一的，甲方可以随时解除合同：（1）乙方患有传染病或其他严重疾病不宜继续提供服务的；（2）乙方偷盗甲方财物的；（3）乙方严重违反服务约定，经指出仍不改正的；（4）乙方泄露甲方家庭隐私造成严重后果的。</w:t>
      </w:r>
    </w:p>
    <w:p>
      <w:r>
        <w:t>6.4 任何一方提前解除合同的，应提前7天通知对方（本合同第6.2、6.3条规定的情形除外）。</w:t>
      </w:r>
    </w:p>
    <w:p>
      <w:r>
        <w:rPr>
          <w:b/>
          <w:sz w:val="28"/>
        </w:rPr>
        <w:t>第七条 违约责任</w:t>
      </w:r>
    </w:p>
    <w:p>
      <w:r>
        <w:t>7.1 甲方未按约定支付服务费用的，每逾期一日，应按应付金额的千分之五向乙方支付违约金。</w:t>
      </w:r>
    </w:p>
    <w:p>
      <w:r>
        <w:t>7.2 乙方未按约定提供服务的，甲方有权按相应天数扣减服务费用。</w:t>
      </w:r>
    </w:p>
    <w:p>
      <w:r>
        <w:t>7.3 任何一方无故提前解除合同的，应向对方支付相当于__天服务费用的违约金。</w:t>
      </w:r>
    </w:p>
    <w:p>
      <w:r>
        <w:rPr>
          <w:b/>
          <w:sz w:val="28"/>
        </w:rPr>
        <w:t>第八条 争议解决</w:t>
      </w:r>
    </w:p>
    <w:p>
      <w:r>
        <w:t>8.1 因本合同引起的争议，双方应友好协商解决。</w:t>
      </w:r>
    </w:p>
    <w:p>
      <w:r>
        <w:t>8.2 协商不成的，任何一方可向合同签订地人民法院提起诉讼，或向当地家政服务行业协会申请调解。</w:t>
      </w:r>
    </w:p>
    <w:p>
      <w:r>
        <w:rPr>
          <w:b/>
          <w:sz w:val="28"/>
        </w:rPr>
        <w:t>第九条 其他</w:t>
      </w:r>
    </w:p>
    <w:p>
      <w:r>
        <w:t>9.1 本合同未尽事宜，双方可另行协商签订补充协议。</w:t>
      </w:r>
    </w:p>
    <w:p>
      <w:r>
        <w:t>9.2 本合同一式两份，甲乙双方各执一份，自双方签字之日起生效。</w:t>
      </w:r>
    </w:p>
    <w:p>
      <w:r>
        <w:t>9.3 温馨提示：建议双方通过正规家政服务公司签订三方合同，以更好地保障双方权益。</w:t>
      </w:r>
    </w:p>
    <w:p/>
    <w:p>
      <w:r>
        <w:t>甲方（签字）：________________          乙方（签字）：________________</w:t>
      </w:r>
    </w:p>
    <w:p>
      <w:r>
        <w:t>签订日期：2026年__月__日              签订日期：2026年__月__日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