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民间借款合同范本（完整版含担保）</w:t>
      </w:r>
    </w:p>
    <w:p>
      <w:r>
        <w:t>甲方（出借人）：________________________</w:t>
      </w:r>
    </w:p>
    <w:p>
      <w:r>
        <w:t>身份证号码：________________________</w:t>
      </w:r>
    </w:p>
    <w:p>
      <w:r>
        <w:t>联系地址：________________________</w:t>
      </w:r>
    </w:p>
    <w:p>
      <w:r>
        <w:t>联系电话：________________________</w:t>
      </w:r>
    </w:p>
    <w:p/>
    <w:p>
      <w:r>
        <w:t>乙方（借款人）：________________________</w:t>
      </w:r>
    </w:p>
    <w:p>
      <w:r>
        <w:t>身份证号码：________________________</w:t>
      </w:r>
    </w:p>
    <w:p>
      <w:r>
        <w:t>联系地址：________________________</w:t>
      </w:r>
    </w:p>
    <w:p>
      <w:r>
        <w:t>联系电话：________________________</w:t>
      </w:r>
    </w:p>
    <w:p/>
    <w:p>
      <w:r>
        <w:t>丙方（保证人）：________________________</w:t>
      </w:r>
    </w:p>
    <w:p>
      <w:r>
        <w:t>身份证号码：________________________</w:t>
      </w:r>
    </w:p>
    <w:p>
      <w:r>
        <w:t>联系地址：________________________</w:t>
      </w:r>
    </w:p>
    <w:p>
      <w:r>
        <w:t>联系电话：________________________</w:t>
      </w:r>
    </w:p>
    <w:p/>
    <w:p>
      <w:r>
        <w:t>鉴于乙方因资金周转需要向甲方申请借款，丙方自愿为乙方借款提供连带责任保证担保。甲乙丙三方经友好协商，根据《中华人民共和国民法典》及相关法律法规，达成如下协议，以资共同遵守。</w:t>
      </w:r>
    </w:p>
    <w:p>
      <w:r>
        <w:rPr>
          <w:b/>
          <w:sz w:val="28"/>
        </w:rPr>
        <w:t>第一条 借款金额</w:t>
      </w:r>
    </w:p>
    <w:p>
      <w:r>
        <w:t>1.1 甲方同意向乙方出借人民币（大写）________________元整（小写：￥________元）。</w:t>
      </w:r>
    </w:p>
    <w:p>
      <w:r>
        <w:t>1.2 甲方应在本合同签订后__个工作日内，将上述借款金额一次性以银行转账方式汇入乙方指定账户。</w:t>
      </w:r>
    </w:p>
    <w:p>
      <w:r>
        <w:t>乙方指定收款账户：</w:t>
      </w:r>
    </w:p>
    <w:p>
      <w:r>
        <w:t>开户名：________________________</w:t>
      </w:r>
    </w:p>
    <w:p>
      <w:r>
        <w:t>开户行：________________________</w:t>
      </w:r>
    </w:p>
    <w:p>
      <w:r>
        <w:t>账  号：________________________</w:t>
      </w:r>
    </w:p>
    <w:p>
      <w:r>
        <w:rPr>
          <w:b/>
          <w:sz w:val="28"/>
        </w:rPr>
        <w:t>第二条 借款用途</w:t>
      </w:r>
    </w:p>
    <w:p>
      <w:r>
        <w:t>2.1 本合同项下借款用途为：________________________。</w:t>
      </w:r>
    </w:p>
    <w:p>
      <w:r>
        <w:t>2.2 乙方不得将借款用于非法活动，不得擅自改变借款用途。乙方擅自改变借款用途的，甲方有权提前收回借款，并要求乙方承担违约责任。</w:t>
      </w:r>
    </w:p>
    <w:p>
      <w:r>
        <w:rPr>
          <w:b/>
          <w:sz w:val="28"/>
        </w:rPr>
        <w:t>第三条 借款期限</w:t>
      </w:r>
    </w:p>
    <w:p>
      <w:r>
        <w:t>3.1 借款期限为__个月，自2026年__月__日起至2027年__月__日止。实际放款日与约定不一致的，以实际放款日为准，到期日相应顺延。</w:t>
      </w:r>
    </w:p>
    <w:p>
      <w:r>
        <w:t>3.2 乙方可以提前还款，提前还款不收取违约金。提前还款的利息按实际借款天数计算。</w:t>
      </w:r>
    </w:p>
    <w:p>
      <w:r>
        <w:rPr>
          <w:b/>
          <w:sz w:val="28"/>
        </w:rPr>
        <w:t>第四条 借款利率和利息</w:t>
      </w:r>
    </w:p>
    <w:p>
      <w:r>
        <w:t>4.1 本合同项下借款年利率为__%（百分之__），利息按____（月/季/年）结息。</w:t>
      </w:r>
    </w:p>
    <w:p>
      <w:r>
        <w:t>4.2 具体还款方式为以下第__种：</w:t>
      </w:r>
    </w:p>
    <w:p>
      <w:r>
        <w:t>（1）到期一次性还本付息：乙方应于借款到期日一次性偿还全部借款本金和利息。</w:t>
      </w:r>
    </w:p>
    <w:p>
      <w:r>
        <w:t>（2）按月付息到期还本：乙方每月__日支付当月利息，借款到期日偿还全部本金。</w:t>
      </w:r>
    </w:p>
    <w:p>
      <w:r>
        <w:t>（3）等额本息还款：乙方每月__日偿还等额本息共计人民币________元，直至本息还清。</w:t>
      </w:r>
    </w:p>
    <w:p>
      <w:r>
        <w:t>4.3 本合同约定的借款利率不得超过合同成立时一年期贷款市场报价利率（LPR）的四倍。超出部分的利息约定无效。</w:t>
      </w:r>
    </w:p>
    <w:p>
      <w:r>
        <w:t>4.4 乙方逾期还款的，逾期利率按本合同约定利率的1.5倍计算，直至本息全部清偿之日止。</w:t>
      </w:r>
    </w:p>
    <w:p>
      <w:r>
        <w:rPr>
          <w:b/>
          <w:sz w:val="28"/>
        </w:rPr>
        <w:t>第五条 还款方式</w:t>
      </w:r>
    </w:p>
    <w:p>
      <w:r>
        <w:t>5.1 乙方应将还款金额汇入甲方指定账户：</w:t>
      </w:r>
    </w:p>
    <w:p>
      <w:r>
        <w:t>开户名：________________________</w:t>
      </w:r>
    </w:p>
    <w:p>
      <w:r>
        <w:t>开户行：________________________</w:t>
      </w:r>
    </w:p>
    <w:p>
      <w:r>
        <w:t>账  号：________________________</w:t>
      </w:r>
    </w:p>
    <w:p>
      <w:r>
        <w:t>5.2 乙方还款按以下顺序清偿：实现债权的费用、违约金、利息、本金。</w:t>
      </w:r>
    </w:p>
    <w:p>
      <w:r>
        <w:t>5.3 乙方提前还款的，应提前3个工作日通知甲方。</w:t>
      </w:r>
    </w:p>
    <w:p>
      <w:r>
        <w:rPr>
          <w:b/>
          <w:sz w:val="28"/>
        </w:rPr>
        <w:t>第六条 保证担保</w:t>
      </w:r>
    </w:p>
    <w:p>
      <w:r>
        <w:t>6.1 丙方自愿为乙方在本合同项下的全部债务提供连带责任保证担保。</w:t>
      </w:r>
    </w:p>
    <w:p>
      <w:r>
        <w:t>6.2 保证担保范围包括：借款本金、利息、逾期利息、违约金、损害赔偿金以及甲方实现债权的费用（包括但不限于诉讼费、律师费、保全费、差旅费等）。</w:t>
      </w:r>
    </w:p>
    <w:p>
      <w:r>
        <w:t>6.3 保证期间为：自借款到期日起三年。甲方宣布借款提前到期的，保证期间自甲方宣布提前到期日起三年。</w:t>
      </w:r>
    </w:p>
    <w:p>
      <w:r>
        <w:t>6.4 保证方式为连带责任保证。借款到期后，乙方未按约定偿还借款本息的，甲方有权直接要求丙方在其保证范围内承担保证责任，丙方应在收到甲方书面通知后__日内履行保证责任。</w:t>
      </w:r>
    </w:p>
    <w:p>
      <w:r>
        <w:t>6.5 丙方承诺：具有完全民事行为能力，有足够的代偿能力，提供本担保已征得配偶同意。</w:t>
      </w:r>
    </w:p>
    <w:p>
      <w:r>
        <w:rPr>
          <w:b/>
          <w:sz w:val="28"/>
        </w:rPr>
        <w:t>第七条 违约责任</w:t>
      </w:r>
    </w:p>
    <w:p>
      <w:r>
        <w:t>7.1 乙方未按本合同约定用途使用借款的，甲方有权停止发放借款、提前收回已发放借款，并要求乙方支付借款金额20%的违约金。</w:t>
      </w:r>
    </w:p>
    <w:p>
      <w:r>
        <w:t>7.2 乙方未按约定时间偿还借款本息的，每逾期一日，应按逾期金额的万分之五向甲方支付违约金。</w:t>
      </w:r>
    </w:p>
    <w:p>
      <w:r>
        <w:t>7.3 乙方逾期超过30日的，甲方有权宣布借款全部提前到期，要求乙方立即偿还全部借款本息，并要求丙方承担保证责任。</w:t>
      </w:r>
    </w:p>
    <w:p>
      <w:r>
        <w:t>7.4 因乙方违约致使甲方采取诉讼或仲裁方式实现债权的，乙方应承担甲方为此支付的律师费、诉讼费、保全费、差旅费等全部费用。</w:t>
      </w:r>
    </w:p>
    <w:p>
      <w:r>
        <w:rPr>
          <w:b/>
          <w:sz w:val="28"/>
        </w:rPr>
        <w:t>第八条 合同的变更和解除</w:t>
      </w:r>
    </w:p>
    <w:p>
      <w:r>
        <w:t>8.1 本合同生效后，任何一方不得擅自变更或解除合同。需要变更或解除的，应经三方协商一致，并签订书面协议。</w:t>
      </w:r>
    </w:p>
    <w:p>
      <w:r>
        <w:t>8.2 乙方有下列情形之一的，甲方有权解除合同，提前收回借款：（1）违反本合同约定用途使用借款的；（2）涉及重大诉讼或仲裁，可能影响还款能力的；（3）转移财产、抽逃资金以逃避债务的；（4）经营状况严重恶化的。</w:t>
      </w:r>
    </w:p>
    <w:p>
      <w:r>
        <w:rPr>
          <w:b/>
          <w:sz w:val="28"/>
        </w:rPr>
        <w:t>第九条 争议解决</w:t>
      </w:r>
    </w:p>
    <w:p>
      <w:r>
        <w:t>9.1 因本合同引起的或与本合同有关的任何争议，三方应首先通过友好协商解决。</w:t>
      </w:r>
    </w:p>
    <w:p>
      <w:r>
        <w:t>9.2 协商不成的，任何一方均有权向甲方所在地有管辖权的人民法院提起诉讼。</w:t>
      </w:r>
    </w:p>
    <w:p>
      <w:r>
        <w:rPr>
          <w:b/>
          <w:sz w:val="28"/>
        </w:rPr>
        <w:t>第十条 其他约定</w:t>
      </w:r>
    </w:p>
    <w:p>
      <w:r>
        <w:t>10.1 本合同自三方签字（盖章）之日起生效。</w:t>
      </w:r>
    </w:p>
    <w:p>
      <w:r>
        <w:t>10.2 本合同一式三份，甲乙丙三方各执一份，具有同等法律效力。</w:t>
      </w:r>
    </w:p>
    <w:p>
      <w:r>
        <w:t>10.3 本合同未尽事宜，三方可另行签订补充协议，补充协议与本合同具有同等法律效力。</w:t>
      </w:r>
    </w:p>
    <w:p>
      <w:r>
        <w:t>10.4 特别提示：出借人应仔细阅读本合同各项条款，特别是关于利率、违约责任、保证担保等条款，充分理解其含义和法律后果。</w:t>
      </w:r>
    </w:p>
    <w:p/>
    <w:p>
      <w:r>
        <w:t>甲方（签字）：________________          乙方（签字）：________________          丙方（签字）：________________</w:t>
      </w:r>
    </w:p>
    <w:p>
      <w:r>
        <w:t>签订日期：2026年__月__日    签订日期：2026年__月__日    签订日期：2026年__月__日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