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中层干部岗位竞聘演讲稿（通用版）</w:t>
      </w:r>
    </w:p>
    <w:p>
      <w:r>
        <w:t>尊敬的各位领导、各位评委、同志们：</w:t>
      </w:r>
    </w:p>
    <w:p>
      <w:r>
        <w:t>大家好！今天，我怀着无比激动的心情站在这里，参加本次中层干部岗位竞聘。首先，感谢组织给了我这次展示自我、接受挑选的机会，也感谢各位领导和同事们长期以来对我的关心、帮助和支持。我竞聘的岗位是XX部门副主任。下面，我从个人基本情况、竞聘优势、工作思路三个方面向大家作汇报。</w:t>
      </w:r>
    </w:p>
    <w:p>
      <w:r>
        <w:rPr>
          <w:b/>
          <w:sz w:val="28"/>
        </w:rPr>
        <w:t>一、个人基本情况</w:t>
      </w:r>
    </w:p>
    <w:p>
      <w:r>
        <w:t>我叫XXX，今年XX岁，中共党员，大学本科学历，XX职称。XXXX年X月参加工作，先后在XX岗位、XX岗位、XX岗位工作，XXXX年X月至今在本单位XX科室担任XX职务。参加工作XX年来，我始终坚守在业务一线，从一名普通科员成长为业务骨干，经历了多个岗位的锻炼，熟悉本单位各项业务流程，积累了较为丰富的工作经验。</w:t>
      </w:r>
    </w:p>
    <w:p>
      <w:r>
        <w:rPr>
          <w:b/>
          <w:sz w:val="28"/>
        </w:rPr>
        <w:t>二、竞聘优势</w:t>
      </w:r>
    </w:p>
    <w:p>
      <w:r>
        <w:t>一是政治素质过硬。我始终坚持把政治建设摆在首位，深刻领悟两个确立的决定性意义，增强四个意识、坚定四个自信、做到两个维护。在大是大非面前头脑清醒、立场坚定，能够自觉把党的路线方针政策贯彻到具体工作中。</w:t>
      </w:r>
    </w:p>
    <w:p>
      <w:r>
        <w:t>二是业务能力扎实。参加工作以来，我先后参与了本单位XX项重点工作，独立完成了XX项重要任务。在XX工作中，我牵头制定的《XX管理办法》在全系统推广；在XX专项行动中，我负责的工作获得上级通报表扬；在年度考核中，我连续X年被评为优秀等次。这些经历锤炼了我的业务能力，也让我对本部门的工作有了全面深入的了解。</w:t>
      </w:r>
    </w:p>
    <w:p>
      <w:r>
        <w:t>三是管理经验较为丰富。担任现职X年来，我协助主任管理科室日常工作，带领X人团队完成各项任务。在团队管理中，我注重发挥每个人的特长，善于调动大家的积极性，所在科室连续X年被评为先进集体。我深知管理不是当官做老爷，而是要为大家服务、为事业担当。</w:t>
      </w:r>
    </w:p>
    <w:p>
      <w:r>
        <w:t>四是作风务实清廉。我始终坚持实事求是、真抓实干，不搞形式主义、官僚主义；始终严守纪律规矩，自觉落实中央八项规定精神，做到廉洁自律、干净干事。参加工作以来，未发生任何违纪违规问题，未收到任何群众投诉。</w:t>
      </w:r>
    </w:p>
    <w:p>
      <w:r>
        <w:t>五是学习能力较强。我始终保持终身学习的态度，利用业余时间学习新政策、新业务、新技术，先后完成了XX培训课程，取得了XX资格证书。我相信，只有不断学习才能跟上时代发展的步伐，才能胜任更高层次的工作。</w:t>
      </w:r>
    </w:p>
    <w:p>
      <w:r>
        <w:rPr>
          <w:b/>
          <w:sz w:val="28"/>
        </w:rPr>
        <w:t>三、工作思路</w:t>
      </w:r>
    </w:p>
    <w:p>
      <w:r>
        <w:t>如果这次竞聘成功，我将在主任的带领下，重点做好以下几方面工作：</w:t>
      </w:r>
    </w:p>
    <w:p>
      <w:r>
        <w:t>第一，找准定位，当好参谋助手。作为副主任，我将自觉摆正位置，到位不越位、补台不拆台，全力配合主任抓好部门各项工作。主动思考部门发展中的重大问题，及时提出意见建议，为主任决策当好参谋。</w:t>
      </w:r>
    </w:p>
    <w:p>
      <w:r>
        <w:t>第二，抓好业务，提升工作质效。围绕本单位中心工作，聚焦主责主业，进一步优化工作流程、完善制度机制。重点推进XX工作规范化建设，力争用一年时间使本部门业务工作再上新台阶。</w:t>
      </w:r>
    </w:p>
    <w:p>
      <w:r>
        <w:t>第三，带好队伍，激发团队活力。坚持严管与厚爱结合，既要严格要求、严格管理，也要关心关爱干部职工。加强业务培训和传帮带，打造一支政治强、业务精、作风实的干部队伍。</w:t>
      </w:r>
    </w:p>
    <w:p>
      <w:r>
        <w:t>第四，守好底线，确保廉洁从政。认真履行一岗双责，既要抓好业务工作，也要抓好党风廉政建设。带头执行各项纪律规定，管好自己、管好下属、管好家人，营造风清气正的工作氛围。</w:t>
      </w:r>
    </w:p>
    <w:p>
      <w:r>
        <w:t>第五，加强沟通，协调各方资源。主动与上级部门、兄弟单位和服务对象沟通联系，争取更多支持和资源，为部门工作开展创造良好外部环境。</w:t>
      </w:r>
    </w:p>
    <w:p>
      <w:r>
        <w:t>各位领导、各位评委，这次竞聘无论成功与否，我都将以平常心对待。成功了，我将倍加珍惜机会，全力以赴干好工作；落选了，我也不会气馁，将继续在本职岗位上努力工作，用实际行动接受组织的进一步考验。请大家相信我、支持我！</w:t>
      </w:r>
    </w:p>
    <w:p>
      <w:r>
        <w:t>我的演讲完毕，谢谢大家！</w:t>
      </w:r>
    </w:p>
    <w:p>
      <w:r>
        <w:rPr>
          <w:b/>
          <w:sz w:val="28"/>
        </w:rPr>
        <w:t>四、廉洁承诺</w:t>
      </w:r>
    </w:p>
    <w:p>
      <w:r>
        <w:t>如果本次竞聘成功走上中层管理岗位，我在此郑重承诺：</w:t>
      </w:r>
    </w:p>
    <w:p>
      <w:r>
        <w:t>第一，严格遵守党的政治纪律和政治规矩，自觉在思想上政治上行动上同党中央保持高度一致，坚决贯彻执行上级和单位的各项决策部署，不打折扣、不搞变通。</w:t>
      </w:r>
    </w:p>
    <w:p>
      <w:r>
        <w:t>第二，认真履行党风廉政建设一岗双责，既要抓好分管业务工作，也要抓好分管领域的党风廉政建设，做到业务工作和廉政建设两手抓、两手硬。</w:t>
      </w:r>
    </w:p>
    <w:p>
      <w:r>
        <w:t>第三，严格执行中央八项规定及其实施细则精神，坚决反对形式主义、官僚主义、享乐主义和奢靡之风。在公务接待、公车使用、差旅报销等方面严格按规定执行，不越雷池、不踩红线。</w:t>
      </w:r>
    </w:p>
    <w:p>
      <w:r>
        <w:t>第四，坚持民主集中制，重大事项集体研究决定，不搞一言堂。在工作中公道正派、任人唯贤，不搞亲亲疏疏、团团伙伙。</w:t>
      </w:r>
    </w:p>
    <w:p>
      <w:r>
        <w:t>第五，主动接受组织和群众监督，如实报告个人有关事项。要求别人做到的自己首先做到，要求别人不做的自己坚决不做，以自身的模范行动带动部门形成风清气正的良好氛围。</w:t>
      </w:r>
    </w:p>
    <w:p>
      <w:r>
        <w:t>各位领导、同志们，以上承诺如不兑现，我自愿接受组织处理。请大家监督！</w:t>
      </w:r>
    </w:p>
    <w:p>
      <w:r>
        <w:t>各位领导、各位评委，我深知中层干部岗位责任重大、使命光荣。如果组织信任我，我一定不负重托、不辱使命；如果这次没有竞聘上，我也会一如既往地在本职岗位上兢兢业业工作，等待组织的下一次挑选。请大家给我一个机会，我将还大家一份满意！</w:t>
      </w:r>
    </w:p>
    <w:p>
      <w:r>
        <w:t>谢谢大家！请投我一票！</w:t>
      </w:r>
    </w:p>
    <w:p>
      <w:r>
        <w:t>谢谢各位领导和评委！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