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公司年终总结PPT大纲及配套文字稿（行政人事版）</w:t>
      </w:r>
    </w:p>
    <w:p>
      <w:r>
        <w:t>本大纲适用于行政人事部年度工作总结汇报PPT，共12页，含每页标题、核心要点和演讲提示词，可直接套用修改。</w:t>
      </w:r>
    </w:p>
    <w:p>
      <w:r>
        <w:rPr>
          <w:b/>
          <w:sz w:val="28"/>
        </w:rPr>
        <w:t>第1页：封面</w:t>
      </w:r>
    </w:p>
    <w:p>
      <w:r>
        <w:t>主标题：2026年度行政人事部工作总结汇报</w:t>
      </w:r>
    </w:p>
    <w:p>
      <w:r>
        <w:t>副标题：务实高效·服务保障·创新提升</w:t>
      </w:r>
    </w:p>
    <w:p>
      <w:r>
        <w:t>汇报人：XXX  部门：行政人事部  日期：2026年12月</w:t>
      </w:r>
    </w:p>
    <w:p>
      <w:r>
        <w:t>演讲提示：各位领导、同事大家好，下面由我代表行政人事部作年度工作汇报。</w:t>
      </w:r>
    </w:p>
    <w:p>
      <w:r>
        <w:rPr>
          <w:b/>
          <w:sz w:val="28"/>
        </w:rPr>
        <w:t>第2页：目录</w:t>
      </w:r>
    </w:p>
    <w:p>
      <w:r>
        <w:t>一、年度工作概述</w:t>
      </w:r>
    </w:p>
    <w:p>
      <w:r>
        <w:t>二、重点工作完成情况</w:t>
      </w:r>
    </w:p>
    <w:p>
      <w:r>
        <w:t>三、亮点与创新</w:t>
      </w:r>
    </w:p>
    <w:p>
      <w:r>
        <w:t>四、存在的问题与不足</w:t>
      </w:r>
    </w:p>
    <w:p>
      <w:r>
        <w:t>五、2027年工作计划</w:t>
      </w:r>
    </w:p>
    <w:p>
      <w:r>
        <w:t>六、需要支持的事项</w:t>
      </w:r>
    </w:p>
    <w:p>
      <w:r>
        <w:rPr>
          <w:b/>
          <w:sz w:val="28"/>
        </w:rPr>
        <w:t>第3页：年度工作概述</w:t>
      </w:r>
    </w:p>
    <w:p>
      <w:r>
        <w:t>2026年行政人事部紧紧围绕公司年度经营目标，秉持管理出效率、服务出满意度的理念，在制度建设、招聘配置、培训发展、薪酬绩效、员工关系、后勤保障六大板块协同发力，全年共完成重点工作42项，制度流程优化16项，组织大型活动8场，员工满意度调查得分从去年的82分提升至89分。</w:t>
      </w:r>
    </w:p>
    <w:p>
      <w:r>
        <w:rPr>
          <w:b/>
          <w:sz w:val="28"/>
        </w:rPr>
        <w:t>第4页：重点工作——招聘配置</w:t>
      </w:r>
    </w:p>
    <w:p>
      <w:r>
        <w:t>全年共完成招聘到岗XX人，其中社招XX人、校招XX人、内部晋升X人。关键岗位到岗率95%，平均招聘周期从45天缩短至32天。优化了招聘渠道结构，校招新增3所目标院校，社招与猎头合作效率提升20%。</w:t>
      </w:r>
    </w:p>
    <w:p>
      <w:r>
        <w:rPr>
          <w:b/>
          <w:sz w:val="28"/>
        </w:rPr>
        <w:t>第5页：重点工作——培训发展</w:t>
      </w:r>
    </w:p>
    <w:p>
      <w:r>
        <w:t>全年组织各类培训48场次，覆盖员工1200人次，培训总时长360小时。新员工入职培训完成率100%，岗位技能培训覆盖全部业务部门，管理干部培训班举办2期共45人。搭建了内部讲师队伍，培养内部讲师12名。</w:t>
      </w:r>
    </w:p>
    <w:p>
      <w:r>
        <w:rPr>
          <w:b/>
          <w:sz w:val="28"/>
        </w:rPr>
        <w:t>第6页：重点工作——薪酬绩效</w:t>
      </w:r>
    </w:p>
    <w:p>
      <w:r>
        <w:t>完成了年度薪酬调研和调整工作，薪酬竞争力在同行业分位值从50分位提升至60分位。优化了绩效考核方案，KPI指标体系更加科学合理，绩效结果应用于调薪、晋升、培训的比例达到95%。完成了年度社保公积金基数调整和个税汇算清缴工作，零差错。</w:t>
      </w:r>
    </w:p>
    <w:p>
      <w:r>
        <w:rPr>
          <w:b/>
          <w:sz w:val="28"/>
        </w:rPr>
        <w:t>第7页：重点工作——员工关系</w:t>
      </w:r>
    </w:p>
    <w:p>
      <w:r>
        <w:t>全年处理劳动合同签订/续签XX份，劳动争议案件0起。组织员工生日会12场、年会1场、团建活动4次、体育比赛2次。员工离职率控制在8%以内，低于行业平均水平。完成了员工手册修订和企业文化墙更新。</w:t>
      </w:r>
    </w:p>
    <w:p>
      <w:r>
        <w:rPr>
          <w:b/>
          <w:sz w:val="28"/>
        </w:rPr>
        <w:t>第8页：重点工作——后勤保障</w:t>
      </w:r>
    </w:p>
    <w:p>
      <w:r>
        <w:t>完成了办公室搬迁和新工位布置，办公环境明显改善。车辆管理、食堂管理、安保保洁各项工作运行平稳。全年采购节约成本约15万元，固定资产盘点账实相符率100%。</w:t>
      </w:r>
    </w:p>
    <w:p>
      <w:r>
        <w:rPr>
          <w:b/>
          <w:sz w:val="28"/>
        </w:rPr>
        <w:t>第9页：亮点与创新</w:t>
      </w:r>
    </w:p>
    <w:p>
      <w:r>
        <w:t>一是推行了HR数字化平台，实现入职、请假、报销全流程线上化，审批效率提升40%；二是创新了师徒制培养模式，新员工转正通过率从85%提升至95%；三是优化了食堂供餐方案，员工就餐满意度从70%提升至85%；四是建立了员工关怀机制，对生病住院、家庭困难员工及时慰问，增强了员工归属感。</w:t>
      </w:r>
    </w:p>
    <w:p>
      <w:r>
        <w:rPr>
          <w:b/>
          <w:sz w:val="28"/>
        </w:rPr>
        <w:t>第10页：存在的问题与不足</w:t>
      </w:r>
    </w:p>
    <w:p>
      <w:r>
        <w:t>一是高端人才招聘仍然困难，技术类关键岗位到岗周期偏长；二是培训体系还不够完善，培训效果评估机制有待加强；三是企业文化活动形式较为单一，员工参与度还有提升空间；四是HR数据分析能力薄弱，数据驱动决策水平有待提高；五是跨部门协同效率还有提升空间，有时存在推诿扯皮现象。</w:t>
      </w:r>
    </w:p>
    <w:p>
      <w:r>
        <w:rPr>
          <w:b/>
          <w:sz w:val="28"/>
        </w:rPr>
        <w:t>第11页：2027年工作计划</w:t>
      </w:r>
    </w:p>
    <w:p>
      <w:r>
        <w:t>一是继续推进数字化HR建设，上线绩效考核模块和人才盘点系统；二是加大高端人才引进力度，建立人才储备库；三是完善培训体系，搭建分层分类的课程体系；四是丰富企业文化活动，打造2-3个品牌活动；五是加强HR数据分析，为业务决策提供支撑；六是优化跨部门协作机制，提高整体运营效率。</w:t>
      </w:r>
    </w:p>
    <w:p>
      <w:r>
        <w:rPr>
          <w:b/>
          <w:sz w:val="28"/>
        </w:rPr>
        <w:t>第12页：结束页</w:t>
      </w:r>
    </w:p>
    <w:p>
      <w:r>
        <w:t>感谢各位领导和同事的支持！</w:t>
      </w:r>
    </w:p>
    <w:p>
      <w:r>
        <w:t>行政人事部将继续努力，为公司发展提供更优质的服务保障！</w:t>
      </w:r>
    </w:p>
    <w:p>
      <w:r>
        <w:t>演讲提示：以上是行政人事部2026年工作总结汇报，恳请各位领导批评指正，谢谢大家！</w:t>
      </w:r>
    </w:p>
    <w:p>
      <w:r>
        <w:rPr>
          <w:b/>
          <w:sz w:val="28"/>
        </w:rPr>
        <w:t>第13页：需要支持的事项</w:t>
      </w:r>
    </w:p>
    <w:p>
      <w:r>
        <w:t>一是希望公司在2027年预算中给予HR数字化建设更多资金支持，确保系统顺利上线；二是希望各部门配合HR做好人才盘点和培训需求调研工作；三是希望公司领导在高端人才招聘方面给予更多授权和政策倾斜。</w:t>
      </w:r>
    </w:p>
    <w:p>
      <w:r>
        <w:rPr>
          <w:b/>
          <w:sz w:val="28"/>
        </w:rPr>
        <w:t>第14页：团队风采展示</w:t>
      </w:r>
    </w:p>
    <w:p>
      <w:r>
        <w:t>本部门现有员工X人，其中经理1人、招聘专员2人、培训专员1人、薪酬绩效专员1人、员工关系专员1人、行政专员2人。团队成员平均年龄29岁，是一支年轻有活力、专业有担当的队伍。在2026年，本部门获得公司先进集体称号，XX同事获得优秀员工称号。</w:t>
      </w:r>
    </w:p>
    <w:p>
      <w:r>
        <w:rPr>
          <w:b/>
          <w:sz w:val="28"/>
        </w:rPr>
        <w:t>第15页：结语</w:t>
      </w:r>
    </w:p>
    <w:p>
      <w:r>
        <w:t>行政人事部是公司的服务保障部门，也是公司的人才资源枢纽。2026年我们付出了辛勤的汗水，也收获了成长和进步。2027年，我们将继续秉持服务第一、效率为先的理念，不断提升专业能力和服务水平，为公司的发展保驾护航。</w:t>
      </w:r>
    </w:p>
    <w:p>
      <w:r>
        <w:t>再次感谢各位领导和同事一直以来对行政人事部工作的支持和帮助！谢谢大家！</w:t>
      </w:r>
    </w:p>
    <w:p>
      <w:r>
        <w:t>展望2027年，行政人事部将继续围绕公司战略目标，以更加专业的服务、更加高效的执行、更加创新的思路，做好人力资源开发和行政服务保障工作，为公司业务发展提供强有力的组织支撑和人才保障。我们有信心、有决心在新的一年里创造更加优异的成绩！</w:t>
      </w:r>
    </w:p>
    <w:p>
      <w:r>
        <w:t>谢谢大家！</w:t>
      </w:r>
    </w:p>
    <w:p>
      <w:r>
        <w:t>行政人事部全体同仁恭祝大家新年快乐！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