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2026年度个人工作总结报告（机关事业单位通用版）</w:t>
      </w:r>
    </w:p>
    <w:p>
      <w:r>
        <w:t>尊敬的领导、各位同事：</w:t>
      </w:r>
    </w:p>
    <w:p>
      <w:r>
        <w:t>时光飞逝，转眼间2026年已经接近尾声。回顾这一年来的工作，在单位领导的悉心指导和同事们的热情帮助下，我始终坚持以习近平新时代中国特色社会主义思想为指导，认真贯彻落实上级各项决策部署，紧紧围绕本单位中心工作，立足本职岗位，刻苦学习业务知识，努力提高自身素质，较好地完成了全年各项工作任务。现将一年来的思想、工作和学习情况总结如下：</w:t>
      </w:r>
    </w:p>
    <w:p>
      <w:r>
        <w:rPr>
          <w:b/>
          <w:sz w:val="28"/>
        </w:rPr>
        <w:t>一、加强政治理论学习，不断提高思想觉悟</w:t>
      </w:r>
    </w:p>
    <w:p>
      <w:r>
        <w:t>一年来，我始终把政治理论学习放在首位，坚持集中学习与个人自学相结合，认真学习党的二十大及二十届历次全会精神，深入学习习近平总书记系列重要讲话精神，积极参加单位组织的主题教育、专题党课和政治理论学习活动，全年累计参加集中学习48次，撰写学习笔记3万余字，心得体会6篇。通过系统学习，进一步增强了四个意识、坚定了四个自信、做到了两个维护，在思想上政治上行动上始终同党中央保持高度一致。在大是大非问题上立场坚定、旗帜鲜明，能够自觉抵制各种错误思潮的侵蚀。</w:t>
      </w:r>
    </w:p>
    <w:p>
      <w:r>
        <w:t>同时，我还注重业务知识的学习，利用业余时间参加了上级组织的业务培训班3次，学习了新修订的法律法规和政策文件，考取了相关职业资格证书。通过政治理论和业务知识的双重学习，我的综合素质有了明显提升，为更好地开展工作打下了坚实基础。</w:t>
      </w:r>
    </w:p>
    <w:p>
      <w:r>
        <w:rPr>
          <w:b/>
          <w:sz w:val="28"/>
        </w:rPr>
        <w:t>二、立足本职岗位，认真履行工作职责</w:t>
      </w:r>
    </w:p>
    <w:p>
      <w:r>
        <w:t>（一）业务工作方面。本年度我主要负责综合协调、材料起草和日常事务管理三项工作。在材料起草方面，共完成各类工作总结、汇报材料、领导讲话、调研报告等公文材料86篇，其中被上级单位采用12篇，在市级以上刊物发表文章4篇。在综合协调方面，牵头组织了全区系统工作会议、季度调度会、专题调研等大型活动16次，协调各科室完成重点任务32项，确保了各项工作有条不紊推进。在日常事务方面，严格执行单位各项规章制度，认真做好文件收发、印章管理、值班安排、后勤保障等工作，全年未发生任何差错和事故。</w:t>
      </w:r>
    </w:p>
    <w:p>
      <w:r>
        <w:t>（二）重点任务方面。今年我参与了本单位承担的三项重点工作：一是营商环境优化专项行动，负责企业满意度调查和问题整改跟踪，共走访企业120家，收集意见建议246条，推动解决实际问题89个；二是年度考核迎检工作，牵头整理归档档案材料12卷，撰写迎检汇报材料3篇，最终本单位在全市考核中获得优秀等次；三是数字化政务平台推广工作，负责本单位干部职工培训和系统上线协调，组织培训6场次，覆盖全部在岗人员，确保平台按期上线运行。</w:t>
      </w:r>
    </w:p>
    <w:p>
      <w:r>
        <w:t>（三）服务群众方面。在日常工作中，我始终坚持为人民服务的宗旨，热情接待每一位来访办事群众。全年共接待群众咨询300余人次，办理各类事项150余件，群众满意度达到98%以上。对于群众反映的问题，我都认真记录、及时转办、跟踪反馈，做到事事有回音、件件有着落。</w:t>
      </w:r>
    </w:p>
    <w:p>
      <w:r>
        <w:rPr>
          <w:b/>
          <w:sz w:val="28"/>
        </w:rPr>
        <w:t>三、严守纪律规矩，保持廉洁自律</w:t>
      </w:r>
    </w:p>
    <w:p>
      <w:r>
        <w:t>一年来，我严格遵守中央八项规定及其实施细则精神，认真落实党风廉政建设各项要求，自觉遵守单位各项规章制度。在工作中坚持原则、秉公办事，不利用职务之便谋取私利；在生活中艰苦朴素、廉洁自律，自觉净化社交圈、生活圈、朋友圈。全年未发生任何违纪违规行为，未收到任何群众投诉举报。积极参加单位组织的廉政教育活动，观看警示教育片4部，参观廉政教育基地2次，进一步筑牢了拒腐防变的思想防线。</w:t>
      </w:r>
    </w:p>
    <w:p>
      <w:r>
        <w:rPr>
          <w:b/>
          <w:sz w:val="28"/>
        </w:rPr>
        <w:t>四、存在的不足</w:t>
      </w:r>
    </w:p>
    <w:p>
      <w:r>
        <w:t>回顾一年来的工作，虽然取得了一定成绩，但也清醒地认识到自身还存在一些不足：一是理论学习的深度和广度还不够，对新政策、新业务的学习还不够系统深入，存在现学现用、学用脱节的现象；二是工作创新意识不强，习惯于按部就班、凭经验办事，面对新形势新问题时思路不够开阔；三是沟通协调能力还有待提高，在处理复杂问题和跨部门协调时，有时存在急躁情绪；四是文字写作水平还需进一步提升，部分材料的逻辑性和针对性还有待加强；五是调查研究不够深入，有时满足于听汇报、看材料，深入基层一线了解实际情况不够。</w:t>
      </w:r>
    </w:p>
    <w:p>
      <w:r>
        <w:rPr>
          <w:b/>
          <w:sz w:val="28"/>
        </w:rPr>
        <w:t>五、下一步努力方向</w:t>
      </w:r>
    </w:p>
    <w:p>
      <w:r>
        <w:t>针对上述不足，在今后的工作中我将从以下几个方面努力：一是进一步加强理论学习，制定系统的学习计划，既要学政治理论也要学业务知识，做到学深悟透、学以致用；二是进一步增强创新意识，主动学习先进地区和单位的好经验好做法，结合本单位实际创造性地开展工作；三是进一步提升沟通协调能力，注意工作方式方法，多听取领导和同事意见，做到谦虚谨慎、团结协作；四是进一步提高文字写作水平，多读多写多练，努力写出高质量的公文材料；五是进一步深入基层调研，多到一线了解真实情况，掌握第一手资料，使各项工作更加符合实际。</w:t>
      </w:r>
    </w:p>
    <w:p>
      <w:r>
        <w:t>总之，一年来的工作既有收获也有不足。在今后的工作中，我将继续保持饱满的工作热情和严谨的工作态度，扬长避短、再接再厉，以更加扎实的工作作风完成好领导交办的各项任务，为本单位事业发展贡献自己的一份力量。以上总结，请领导和同志们批评指正。</w:t>
      </w:r>
    </w:p>
    <w:p/>
    <w:p>
      <w:r>
        <w:t>汇报人：XXX</w:t>
      </w:r>
    </w:p>
    <w:p>
      <w:r>
        <w:t>2026年12月XX日</w:t>
      </w:r>
    </w:p>
    <w:p>
      <w:r>
        <w:rPr>
          <w:b/>
          <w:sz w:val="28"/>
        </w:rPr>
        <w:t>六、结语</w:t>
      </w:r>
    </w:p>
    <w:p>
      <w:r>
        <w:t>回首过去的一年，是充实的一年、收获的一年。在领导的关心指导和同志们的帮助支持下，我在思想觉悟、业务能力、工作作风等方面都有了新的进步。这些成绩的取得，离不开组织的培养，离不开集体的力量。展望新的一年，我将以更加饱满的热情、更加务实的作风、更加扎实的工作，不忘初心、牢记使命，砥砺前行、奋发有为，为单位的高质量发展贡献自己全部的力量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