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员工请假条标准范文模板（事假/病假/年假多场景）</w:t>
      </w:r>
    </w:p>
    <w:p>
      <w:r>
        <w:rPr>
          <w:b/>
          <w:sz w:val="28"/>
        </w:rPr>
        <w:t>【模板一：事假请假条】</w:t>
      </w:r>
    </w:p>
    <w:p>
      <w:r>
        <w:t>请假条</w:t>
      </w:r>
    </w:p>
    <w:p>
      <w:r>
        <w:t>尊敬的领导：</w:t>
      </w:r>
    </w:p>
    <w:p>
      <w:r>
        <w:t>因本人家中有急事需要处理（具体事项：需要回家探望生病住院的老人，陪同就医并照顾起居），特向您申请事假。请假时间自2026年X月X日至2026年X月X日，共计X天。请假期间，我已将手头工作妥善安排：XX日常工作已交接给同事XXX代办，XX紧急事项已提前处理完毕，如有突发情况可通过电话或微信随时联系我。恳请领导批准为盼！</w:t>
      </w:r>
    </w:p>
    <w:p>
      <w:r>
        <w:t>此致</w:t>
      </w:r>
    </w:p>
    <w:p>
      <w:r>
        <w:t>敬礼！</w:t>
      </w:r>
    </w:p>
    <w:p/>
    <w:p>
      <w:r>
        <w:t>请假人：XXX</w:t>
      </w:r>
    </w:p>
    <w:p>
      <w:r>
        <w:t>部门：XX部</w:t>
      </w:r>
    </w:p>
    <w:p>
      <w:r>
        <w:t>2026年X月X日</w:t>
      </w:r>
    </w:p>
    <w:p>
      <w:r>
        <w:t>审批意见：____________  签字：________  日期：________</w:t>
      </w:r>
    </w:p>
    <w:p/>
    <w:p>
      <w:r>
        <w:rPr>
          <w:b/>
          <w:sz w:val="28"/>
        </w:rPr>
        <w:t>【模板二：病假请假条】</w:t>
      </w:r>
    </w:p>
    <w:p>
      <w:r>
        <w:t>请假条</w:t>
      </w:r>
    </w:p>
    <w:p>
      <w:r>
        <w:t>尊敬的领导：</w:t>
      </w:r>
    </w:p>
    <w:p>
      <w:r>
        <w:t>本人因身体不适，经XX医院诊断为急性上呼吸道感染伴随发热症状，医嘱建议卧床休息治疗三天。特申请病假，请假时间自2026年X月X日至2026年X月X日，共计X天。相关医院诊断证明和病历材料附后。请假期间工作已安排妥当，紧急事项可电话联系。恳请领导批准。</w:t>
      </w:r>
    </w:p>
    <w:p>
      <w:r>
        <w:t>附件：1.医院诊断证明书 2.病历复印件 3.医疗费收据复印件</w:t>
      </w:r>
    </w:p>
    <w:p/>
    <w:p>
      <w:r>
        <w:t>请假人：XXX</w:t>
      </w:r>
    </w:p>
    <w:p>
      <w:r>
        <w:t>部门：XX部</w:t>
      </w:r>
    </w:p>
    <w:p>
      <w:r>
        <w:t>2026年X月X日</w:t>
      </w:r>
    </w:p>
    <w:p>
      <w:r>
        <w:t>审批意见：____________  签字：________  日期：________</w:t>
      </w:r>
    </w:p>
    <w:p/>
    <w:p>
      <w:r>
        <w:rPr>
          <w:b/>
          <w:sz w:val="28"/>
        </w:rPr>
        <w:t>【模板三：年休假请假条】</w:t>
      </w:r>
    </w:p>
    <w:p>
      <w:r>
        <w:t>请假条</w:t>
      </w:r>
    </w:p>
    <w:p>
      <w:r>
        <w:t>尊敬的领导：</w:t>
      </w:r>
    </w:p>
    <w:p>
      <w:r>
        <w:t>根据《职工带薪年休假条例》及公司相关规定，本人工龄已满X年，可享受年休假X天。现申请年休假，休假时间自2026年X月X日至2026年X月X日，共计X天（其中含周末X天，实际工作日X天）。休假期间，我负责的XX日常工作已与同事XXX完成交接，XX项目已按进度推进至阶段性节点，不会影响整体工作安排。休假期间保持手机畅通，如有紧急事务可随时联系。恳请领导批准。</w:t>
      </w:r>
    </w:p>
    <w:p/>
    <w:p>
      <w:r>
        <w:t>请假人：XXX</w:t>
      </w:r>
    </w:p>
    <w:p>
      <w:r>
        <w:t>部门：XX部</w:t>
      </w:r>
    </w:p>
    <w:p>
      <w:r>
        <w:t>2026年X月X日</w:t>
      </w:r>
    </w:p>
    <w:p>
      <w:r>
        <w:t>审批意见：____________  签字：________  日期：________</w:t>
      </w:r>
    </w:p>
    <w:p/>
    <w:p>
      <w:r>
        <w:rPr>
          <w:b/>
          <w:sz w:val="28"/>
        </w:rPr>
        <w:t>【模板四：婚假请假条】</w:t>
      </w:r>
    </w:p>
    <w:p>
      <w:r>
        <w:t>请假条</w:t>
      </w:r>
    </w:p>
    <w:p>
      <w:r>
        <w:t>尊敬的领导：</w:t>
      </w:r>
    </w:p>
    <w:p>
      <w:r>
        <w:t>本人已于2026年X月X日在民政局登记结婚，根据国家及地方相关规定，可享受婚假X天。现申请婚假，休假时间自2026年X月X日至2026年X月X日，共计X天。结婚证书复印件附后。休假期间工作已交接妥当，紧急事项可电话联系。恳请领导批准。</w:t>
      </w:r>
    </w:p>
    <w:p>
      <w:r>
        <w:t>附件：结婚证复印件</w:t>
      </w:r>
    </w:p>
    <w:p/>
    <w:p>
      <w:r>
        <w:t>请假人：XXX</w:t>
      </w:r>
    </w:p>
    <w:p>
      <w:r>
        <w:t>2026年X月X日</w:t>
      </w:r>
    </w:p>
    <w:p>
      <w:r>
        <w:t>审批意见：____________  签字：________  日期：________</w:t>
      </w:r>
    </w:p>
    <w:p/>
    <w:p>
      <w:r>
        <w:rPr>
          <w:b/>
          <w:sz w:val="28"/>
        </w:rPr>
        <w:t>【模板五：产假/陪产假请假条】</w:t>
      </w:r>
    </w:p>
    <w:p>
      <w:r>
        <w:t>请假条</w:t>
      </w:r>
    </w:p>
    <w:p>
      <w:r>
        <w:t>尊敬的领导：</w:t>
      </w:r>
    </w:p>
    <w:p>
      <w:r>
        <w:t>本人配偶预产期为2026年X月X日，根据国家及地方计划生育相关规定，可享受陪产假X天。现申请休假自2026年X月X日至2026年X月X日，共计X天。医院产检证明附后。休假期间工作已安排交接，恳请领导批准。</w:t>
      </w:r>
    </w:p>
    <w:p/>
    <w:p>
      <w:r>
        <w:t>请假人：XXX</w:t>
      </w:r>
    </w:p>
    <w:p>
      <w:r>
        <w:t>2026年X月X日</w:t>
      </w:r>
    </w:p>
    <w:p>
      <w:r>
        <w:t>审批意见：____________  签字：________  日期：________</w:t>
      </w:r>
    </w:p>
    <w:p/>
    <w:p>
      <w:r>
        <w:rPr>
          <w:b/>
          <w:sz w:val="28"/>
        </w:rPr>
        <w:t>【请假条填写注意事项】</w:t>
      </w:r>
    </w:p>
    <w:p>
      <w:r>
        <w:t>1. 请假条须提前提交：事假建议提前3个工作日，病假应在就医后及时补办手续，年假建议提前1周申请以便安排工作交接。</w:t>
      </w:r>
    </w:p>
    <w:p>
      <w:r>
        <w:t>2. 请假理由要真实明确：不得虚构理由请假，涉及隐私的事项可简要说明但须真实。</w:t>
      </w:r>
    </w:p>
    <w:p>
      <w:r>
        <w:t>3. 必须写明请假起止时间和天数，避免使用几天、一段时间等模糊表述。</w:t>
      </w:r>
    </w:p>
    <w:p>
      <w:r>
        <w:t>4. 务必做好工作交接：写明交接人、交接事项，确保请假期间工作不受影响。</w:t>
      </w:r>
    </w:p>
    <w:p>
      <w:r>
        <w:t>5. 按审批权限报批：一般员工请假3天以内由部门经理审批，3天以上须报分管领导审批。</w:t>
      </w:r>
    </w:p>
    <w:p>
      <w:r>
        <w:t>6. 病假须提供医院证明：二级以上医院诊断证明书、病历、缴费票据等材料。</w:t>
      </w:r>
    </w:p>
    <w:p>
      <w:r>
        <w:t>7. 请假条须本人手写签字，电子审批的按公司OA流程办理，不得代签。</w:t>
      </w:r>
    </w:p>
    <w:p>
      <w:r>
        <w:t>8. 请假期间如遇紧急工作需要返岗，应积极配合；假期结束后及时办理销假手续。</w:t>
      </w:r>
    </w:p>
    <w:p>
      <w:r>
        <w:t>9. 续假须提前申请：如假期不够需要续假，应在假期届满前办理续假手续，不得超假不归。</w:t>
      </w:r>
    </w:p>
    <w:p>
      <w:r>
        <w:t>10. 突发事件来不及提前请假的，应先电话向领导报告，事后及时补办书面请假手续。</w:t>
      </w:r>
    </w:p>
    <w:p>
      <w:r>
        <w:rPr>
          <w:b/>
          <w:sz w:val="28"/>
        </w:rPr>
        <w:t>【模板六：丧假请假条】</w:t>
      </w:r>
    </w:p>
    <w:p>
      <w:r>
        <w:t>请假条</w:t>
      </w:r>
    </w:p>
    <w:p>
      <w:r>
        <w:t>尊敬的领导：</w:t>
      </w:r>
    </w:p>
    <w:p>
      <w:r>
        <w:t>因本人直系亲属（祖父/祖母/外祖父/外祖母）不幸于2026年X月X日去世，根据国家相关规定，现申请丧假X天，自2026年X月X日至2026年X月X日。请假期间工作已交接给同事XXX，紧急事项可电话联系。恳请领导批准。</w:t>
      </w:r>
    </w:p>
    <w:p/>
    <w:p>
      <w:r>
        <w:t>请假人：XXX</w:t>
      </w:r>
    </w:p>
    <w:p>
      <w:r>
        <w:t>2026年X月X日</w:t>
      </w:r>
    </w:p>
    <w:p/>
    <w:p>
      <w:r>
        <w:rPr>
          <w:b/>
          <w:sz w:val="28"/>
        </w:rPr>
        <w:t>【请假相关法律依据】</w:t>
      </w:r>
    </w:p>
    <w:p>
      <w:r>
        <w:t>1. 《职工带薪年休假条例》规定：职工累计工作已满1年不满10年的，年休假5天；已满10年不满20年的，年休假10天；已满20年的，年休假15天。</w:t>
      </w:r>
    </w:p>
    <w:p>
      <w:r>
        <w:t>2. 《劳动法》规定：劳动者在法定休假日和婚丧假期间以及依法参加社会活动期间，用人单位应当依法支付工资。</w:t>
      </w:r>
    </w:p>
    <w:p>
      <w:r>
        <w:t>3. 婚假：按法定结婚年龄（女20周岁，男22周岁）结婚的，可享受3天婚假。部分省市根据地方条例增加了晚婚假天数，具体以当地规定为准。</w:t>
      </w:r>
    </w:p>
    <w:p>
      <w:r>
        <w:t>4. 产假：女职工生育享受98天产假，其中产前可以休假15天；难产的增加产假15天；生育多胞胎的，每多生育1个婴儿增加产假15天。</w:t>
      </w:r>
    </w:p>
    <w:p>
      <w:r>
        <w:t>5. 丧假：职工本人结婚或职工的直系亲属（父母、配偶和子女）死亡时，可根据具体情况，由本单位行政领导批准，酌情给予一至三天的丧假。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